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9F6F1" w14:textId="77777777" w:rsidR="00B57445" w:rsidRPr="004B020D" w:rsidRDefault="002941E6">
      <w:pPr>
        <w:spacing w:before="160" w:after="60"/>
        <w:jc w:val="center"/>
        <w:rPr>
          <w:rFonts w:ascii="Times New Roman" w:hAnsi="Times New Roman" w:cs="Times New Roman"/>
          <w:sz w:val="24"/>
          <w:szCs w:val="24"/>
        </w:rPr>
      </w:pPr>
      <w:r>
        <w:rPr>
          <w:rFonts w:ascii="Times New Roman" w:hAnsi="Times New Roman"/>
          <w:b/>
          <w:color w:val="000000"/>
          <w:sz w:val="24"/>
        </w:rPr>
        <w:t>CONTRACT DE ACHIZIȚIE PUBLICĂ DE PRODUSE</w:t>
      </w:r>
    </w:p>
    <w:p w14:paraId="6D63546A" w14:textId="77777777" w:rsidR="00B57445" w:rsidRPr="004B020D" w:rsidRDefault="002941E6">
      <w:pPr>
        <w:spacing w:after="240"/>
        <w:jc w:val="center"/>
        <w:rPr>
          <w:rFonts w:ascii="Times New Roman" w:hAnsi="Times New Roman" w:cs="Times New Roman"/>
          <w:sz w:val="24"/>
          <w:szCs w:val="24"/>
        </w:rPr>
      </w:pP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r>
        <w:rPr>
          <w:rFonts w:ascii="Times New Roman" w:hAnsi="Times New Roman"/>
          <w:color w:val="000000"/>
          <w:sz w:val="22"/>
        </w:rPr>
        <w:t>Furnizarea a 3 autoturisme noi plug-in hibrid (PHEV), categoria M1,</w:t>
        <w:br/>
        <w:t>în cadrul Programului privind reducerea emisiilor de gaze cu efect de seră în transporturi - 2025-2030, inclusiv accesorii de încărcare și servicii conexe</w:t>
      </w:r>
    </w:p>
    <w:p w14:paraId="16AA50AF" w14:textId="77777777" w:rsidR="00B57445" w:rsidRPr="004B020D" w:rsidRDefault="002941E6">
      <w:pPr>
        <w:jc w:val="center"/>
        <w:rPr>
          <w:rFonts w:ascii="Times New Roman" w:hAnsi="Times New Roman" w:cs="Times New Roman"/>
          <w:sz w:val="24"/>
          <w:szCs w:val="24"/>
        </w:rPr>
      </w:pPr>
      <w:r w:rsidRPr="004B020D">
        <w:rPr>
          <w:rFonts w:ascii="Times New Roman" w:hAnsi="Times New Roman" w:cs="Times New Roman"/>
          <w:color w:val="000000"/>
          <w:sz w:val="22"/>
          <w:szCs w:val="24"/>
        </w:rPr>
        <w:t>Nr. _____________ din data de _______________</w:t>
      </w:r>
    </w:p>
    <w:p w14:paraId="1EE60BE3" w14:textId="77777777" w:rsidR="00B57445" w:rsidRPr="004B020D" w:rsidRDefault="002941E6">
      <w:pPr>
        <w:rPr>
          <w:rFonts w:ascii="Times New Roman" w:hAnsi="Times New Roman" w:cs="Times New Roman"/>
          <w:sz w:val="24"/>
          <w:szCs w:val="24"/>
        </w:rPr>
      </w:pPr>
      <w:proofErr w:type="spellStart"/>
      <w:r>
        <w:rPr>
          <w:rFonts w:ascii="Times New Roman" w:hAnsi="Times New Roman"/>
          <w:color w:val="000000"/>
          <w:sz w:val="22"/>
        </w:rPr>
        <w:t>Prezentul</w:t>
      </w:r>
      <w:proofErr w:type="spellEnd"/>
      <w:r>
        <w:rPr>
          <w:rFonts w:ascii="Times New Roman" w:hAnsi="Times New Roman"/>
          <w:color w:val="000000"/>
          <w:sz w:val="22"/>
        </w:rPr>
        <w:t xml:space="preserve"> contract de </w:t>
      </w:r>
      <w:proofErr w:type="spellStart"/>
      <w:r>
        <w:rPr>
          <w:rFonts w:ascii="Times New Roman" w:hAnsi="Times New Roman"/>
          <w:color w:val="000000"/>
          <w:sz w:val="22"/>
        </w:rPr>
        <w:t>achiziție</w:t>
      </w:r>
      <w:proofErr w:type="spellEnd"/>
      <w:r>
        <w:rPr>
          <w:rFonts w:ascii="Times New Roman" w:hAnsi="Times New Roman"/>
          <w:color w:val="000000"/>
          <w:sz w:val="22"/>
        </w:rPr>
        <w:t xml:space="preserve"> </w:t>
      </w:r>
      <w:proofErr w:type="spellStart"/>
      <w:r>
        <w:rPr>
          <w:rFonts w:ascii="Times New Roman" w:hAnsi="Times New Roman"/>
          <w:color w:val="000000"/>
          <w:sz w:val="22"/>
        </w:rPr>
        <w:t>publică</w:t>
      </w:r>
      <w:proofErr w:type="spellEnd"/>
      <w:r>
        <w:rPr>
          <w:rFonts w:ascii="Times New Roman" w:hAnsi="Times New Roman"/>
          <w:color w:val="000000"/>
          <w:sz w:val="22"/>
        </w:rPr>
        <w:t xml:space="preserve"> de </w:t>
      </w:r>
      <w:proofErr w:type="spellStart"/>
      <w:r>
        <w:rPr>
          <w:rFonts w:ascii="Times New Roman" w:hAnsi="Times New Roman"/>
          <w:color w:val="000000"/>
          <w:sz w:val="22"/>
        </w:rPr>
        <w:t>produse</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Contractul</w:t>
      </w:r>
      <w:proofErr w:type="spellEnd"/>
      <w:r>
        <w:rPr>
          <w:rFonts w:ascii="Times New Roman" w:hAnsi="Times New Roman"/>
          <w:color w:val="000000"/>
          <w:sz w:val="22"/>
        </w:rPr>
        <w:t xml:space="preserve">”) se </w:t>
      </w:r>
      <w:proofErr w:type="spellStart"/>
      <w:r>
        <w:rPr>
          <w:rFonts w:ascii="Times New Roman" w:hAnsi="Times New Roman"/>
          <w:color w:val="000000"/>
          <w:sz w:val="22"/>
        </w:rPr>
        <w:t>încheie</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temeiul</w:t>
      </w:r>
      <w:proofErr w:type="spellEnd"/>
      <w:r>
        <w:rPr>
          <w:rFonts w:ascii="Times New Roman" w:hAnsi="Times New Roman"/>
          <w:color w:val="000000"/>
          <w:sz w:val="22"/>
        </w:rPr>
        <w:t xml:space="preserve"> </w:t>
      </w:r>
      <w:proofErr w:type="spellStart"/>
      <w:r>
        <w:rPr>
          <w:rFonts w:ascii="Times New Roman" w:hAnsi="Times New Roman"/>
          <w:color w:val="000000"/>
          <w:sz w:val="22"/>
        </w:rPr>
        <w:t>Legii</w:t>
      </w:r>
      <w:proofErr w:type="spellEnd"/>
      <w:r>
        <w:rPr>
          <w:rFonts w:ascii="Times New Roman" w:hAnsi="Times New Roman"/>
          <w:color w:val="000000"/>
          <w:sz w:val="22"/>
        </w:rPr>
        <w:t xml:space="preserve"> nr. 98/2016 </w:t>
      </w:r>
      <w:proofErr w:type="spellStart"/>
      <w:r>
        <w:rPr>
          <w:rFonts w:ascii="Times New Roman" w:hAnsi="Times New Roman"/>
          <w:color w:val="000000"/>
          <w:sz w:val="22"/>
        </w:rPr>
        <w:t>privind</w:t>
      </w:r>
      <w:proofErr w:type="spellEnd"/>
      <w:r>
        <w:rPr>
          <w:rFonts w:ascii="Times New Roman" w:hAnsi="Times New Roman"/>
          <w:color w:val="000000"/>
          <w:sz w:val="22"/>
        </w:rPr>
        <w:t xml:space="preserve"> </w:t>
      </w:r>
      <w:proofErr w:type="spellStart"/>
      <w:r>
        <w:rPr>
          <w:rFonts w:ascii="Times New Roman" w:hAnsi="Times New Roman"/>
          <w:color w:val="000000"/>
          <w:sz w:val="22"/>
        </w:rPr>
        <w:t>achizițiile</w:t>
      </w:r>
      <w:proofErr w:type="spellEnd"/>
      <w:r>
        <w:rPr>
          <w:rFonts w:ascii="Times New Roman" w:hAnsi="Times New Roman"/>
          <w:color w:val="000000"/>
          <w:sz w:val="22"/>
        </w:rPr>
        <w:t xml:space="preserve"> </w:t>
      </w:r>
      <w:proofErr w:type="spellStart"/>
      <w:r>
        <w:rPr>
          <w:rFonts w:ascii="Times New Roman" w:hAnsi="Times New Roman"/>
          <w:color w:val="000000"/>
          <w:sz w:val="22"/>
        </w:rPr>
        <w:t>publice</w:t>
      </w:r>
      <w:proofErr w:type="spellEnd"/>
      <w:r>
        <w:rPr>
          <w:rFonts w:ascii="Times New Roman" w:hAnsi="Times New Roman"/>
          <w:color w:val="000000"/>
          <w:sz w:val="22"/>
        </w:rPr>
        <w:t xml:space="preserve">, al H.G. nr. 395/2016, al </w:t>
      </w:r>
      <w:proofErr w:type="spellStart"/>
      <w:r>
        <w:rPr>
          <w:rFonts w:ascii="Times New Roman" w:hAnsi="Times New Roman"/>
          <w:color w:val="000000"/>
          <w:sz w:val="22"/>
        </w:rPr>
        <w:t>Codului</w:t>
      </w:r>
      <w:proofErr w:type="spellEnd"/>
      <w:r>
        <w:rPr>
          <w:rFonts w:ascii="Times New Roman" w:hAnsi="Times New Roman"/>
          <w:color w:val="000000"/>
          <w:sz w:val="22"/>
        </w:rPr>
        <w:t xml:space="preserve"> civil </w:t>
      </w:r>
      <w:proofErr w:type="spellStart"/>
      <w:r>
        <w:rPr>
          <w:rFonts w:ascii="Times New Roman" w:hAnsi="Times New Roman"/>
          <w:color w:val="000000"/>
          <w:sz w:val="22"/>
        </w:rPr>
        <w:t>și</w:t>
      </w:r>
      <w:proofErr w:type="spellEnd"/>
      <w:r>
        <w:rPr>
          <w:rFonts w:ascii="Times New Roman" w:hAnsi="Times New Roman"/>
          <w:color w:val="000000"/>
          <w:sz w:val="22"/>
        </w:rPr>
        <w:t xml:space="preserve"> al </w:t>
      </w:r>
      <w:proofErr w:type="spellStart"/>
      <w:r>
        <w:rPr>
          <w:rFonts w:ascii="Times New Roman" w:hAnsi="Times New Roman"/>
          <w:color w:val="000000"/>
          <w:sz w:val="22"/>
        </w:rPr>
        <w:t>celorlalte</w:t>
      </w:r>
      <w:proofErr w:type="spellEnd"/>
      <w:r>
        <w:rPr>
          <w:rFonts w:ascii="Times New Roman" w:hAnsi="Times New Roman"/>
          <w:color w:val="000000"/>
          <w:sz w:val="22"/>
        </w:rPr>
        <w:t xml:space="preserve"> </w:t>
      </w:r>
      <w:proofErr w:type="spellStart"/>
      <w:r>
        <w:rPr>
          <w:rFonts w:ascii="Times New Roman" w:hAnsi="Times New Roman"/>
          <w:color w:val="000000"/>
          <w:sz w:val="22"/>
        </w:rPr>
        <w:t>acte</w:t>
      </w:r>
      <w:proofErr w:type="spellEnd"/>
      <w:r>
        <w:rPr>
          <w:rFonts w:ascii="Times New Roman" w:hAnsi="Times New Roman"/>
          <w:color w:val="000000"/>
          <w:sz w:val="22"/>
        </w:rPr>
        <w:t xml:space="preserve"> normative </w:t>
      </w:r>
      <w:proofErr w:type="spellStart"/>
      <w:r>
        <w:rPr>
          <w:rFonts w:ascii="Times New Roman" w:hAnsi="Times New Roman"/>
          <w:color w:val="000000"/>
          <w:sz w:val="22"/>
        </w:rPr>
        <w:t>aplicabile</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urma</w:t>
      </w:r>
      <w:proofErr w:type="spellEnd"/>
      <w:r>
        <w:rPr>
          <w:rFonts w:ascii="Times New Roman" w:hAnsi="Times New Roman"/>
          <w:color w:val="000000"/>
          <w:sz w:val="22"/>
        </w:rPr>
        <w:t xml:space="preserve"> </w:t>
      </w:r>
      <w:proofErr w:type="spellStart"/>
      <w:r>
        <w:rPr>
          <w:rFonts w:ascii="Times New Roman" w:hAnsi="Times New Roman"/>
          <w:color w:val="000000"/>
          <w:sz w:val="22"/>
        </w:rPr>
        <w:t>procedurii</w:t>
      </w:r>
      <w:proofErr w:type="spellEnd"/>
      <w:r>
        <w:rPr>
          <w:rFonts w:ascii="Times New Roman" w:hAnsi="Times New Roman"/>
          <w:color w:val="000000"/>
          <w:sz w:val="22"/>
        </w:rPr>
        <w:t xml:space="preserve"> </w:t>
      </w:r>
      <w:proofErr w:type="spellStart"/>
      <w:r>
        <w:rPr>
          <w:rFonts w:ascii="Times New Roman" w:hAnsi="Times New Roman"/>
          <w:color w:val="000000"/>
          <w:sz w:val="22"/>
        </w:rPr>
        <w:t>simplificate</w:t>
      </w:r>
      <w:proofErr w:type="spellEnd"/>
      <w:r>
        <w:rPr>
          <w:rFonts w:ascii="Times New Roman" w:hAnsi="Times New Roman"/>
          <w:color w:val="000000"/>
          <w:sz w:val="22"/>
        </w:rPr>
        <w:t xml:space="preserve">, </w:t>
      </w:r>
      <w:proofErr w:type="spellStart"/>
      <w:r>
        <w:rPr>
          <w:rFonts w:ascii="Times New Roman" w:hAnsi="Times New Roman"/>
          <w:color w:val="000000"/>
          <w:sz w:val="22"/>
        </w:rPr>
        <w:t>într</w:t>
      </w:r>
      <w:proofErr w:type="spellEnd"/>
      <w:r>
        <w:rPr>
          <w:rFonts w:ascii="Times New Roman" w:hAnsi="Times New Roman"/>
          <w:color w:val="000000"/>
          <w:sz w:val="22"/>
        </w:rPr>
        <w:t xml:space="preserve">-o </w:t>
      </w:r>
      <w:proofErr w:type="spellStart"/>
      <w:r>
        <w:rPr>
          <w:rFonts w:ascii="Times New Roman" w:hAnsi="Times New Roman"/>
          <w:color w:val="000000"/>
          <w:sz w:val="22"/>
        </w:rPr>
        <w:t>singură</w:t>
      </w:r>
      <w:proofErr w:type="spellEnd"/>
      <w:r>
        <w:rPr>
          <w:rFonts w:ascii="Times New Roman" w:hAnsi="Times New Roman"/>
          <w:color w:val="000000"/>
          <w:sz w:val="22"/>
        </w:rPr>
        <w:t xml:space="preserve"> </w:t>
      </w:r>
      <w:proofErr w:type="spellStart"/>
      <w:r>
        <w:rPr>
          <w:rFonts w:ascii="Times New Roman" w:hAnsi="Times New Roman"/>
          <w:color w:val="000000"/>
          <w:sz w:val="22"/>
        </w:rPr>
        <w:t>etapă</w:t>
      </w:r>
      <w:proofErr w:type="spellEnd"/>
      <w:r>
        <w:rPr>
          <w:rFonts w:ascii="Times New Roman" w:hAnsi="Times New Roman"/>
          <w:color w:val="000000"/>
          <w:sz w:val="22"/>
        </w:rPr>
        <w:t xml:space="preserve">, </w:t>
      </w:r>
      <w:proofErr w:type="spellStart"/>
      <w:r>
        <w:rPr>
          <w:rFonts w:ascii="Times New Roman" w:hAnsi="Times New Roman"/>
          <w:color w:val="000000"/>
          <w:sz w:val="22"/>
        </w:rPr>
        <w:t>desfășurate</w:t>
      </w:r>
      <w:proofErr w:type="spellEnd"/>
      <w:r>
        <w:rPr>
          <w:rFonts w:ascii="Times New Roman" w:hAnsi="Times New Roman"/>
          <w:color w:val="000000"/>
          <w:sz w:val="22"/>
        </w:rPr>
        <w:t xml:space="preserve"> online </w:t>
      </w:r>
      <w:proofErr w:type="spellStart"/>
      <w:r>
        <w:rPr>
          <w:rFonts w:ascii="Times New Roman" w:hAnsi="Times New Roman"/>
          <w:color w:val="000000"/>
          <w:sz w:val="22"/>
        </w:rPr>
        <w:t>prin</w:t>
      </w:r>
      <w:proofErr w:type="spellEnd"/>
      <w:r>
        <w:rPr>
          <w:rFonts w:ascii="Times New Roman" w:hAnsi="Times New Roman"/>
          <w:color w:val="000000"/>
          <w:sz w:val="22"/>
        </w:rPr>
        <w:t xml:space="preserve"> SEAP de </w:t>
      </w:r>
      <w:proofErr w:type="spellStart"/>
      <w:r>
        <w:rPr>
          <w:rFonts w:ascii="Times New Roman" w:hAnsi="Times New Roman"/>
          <w:color w:val="000000"/>
          <w:sz w:val="22"/>
        </w:rPr>
        <w:t>autoritatea</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contractantă</w:t>
      </w:r>
      <w:proofErr w:type="spellEnd"/>
      <w:r>
        <w:rPr>
          <w:rFonts w:ascii="Times New Roman" w:hAnsi="Times New Roman"/>
          <w:color w:val="000000"/>
          <w:sz w:val="22"/>
        </w:rPr>
        <w:t xml:space="preserve">, </w:t>
      </w:r>
      <w:proofErr w:type="spellStart"/>
      <w:r>
        <w:rPr>
          <w:rFonts w:ascii="Times New Roman" w:hAnsi="Times New Roman"/>
          <w:color w:val="000000"/>
          <w:sz w:val="22"/>
        </w:rPr>
        <w:t>criteriul</w:t>
      </w:r>
      <w:proofErr w:type="spellEnd"/>
      <w:r>
        <w:rPr>
          <w:rFonts w:ascii="Times New Roman" w:hAnsi="Times New Roman"/>
          <w:color w:val="000000"/>
          <w:sz w:val="22"/>
        </w:rPr>
        <w:t xml:space="preserve"> de </w:t>
      </w:r>
      <w:proofErr w:type="spellStart"/>
      <w:r>
        <w:rPr>
          <w:rFonts w:ascii="Times New Roman" w:hAnsi="Times New Roman"/>
          <w:color w:val="000000"/>
          <w:sz w:val="22"/>
        </w:rPr>
        <w:t>atribuire</w:t>
      </w:r>
      <w:proofErr w:type="spellEnd"/>
      <w:r>
        <w:rPr>
          <w:rFonts w:ascii="Times New Roman" w:hAnsi="Times New Roman"/>
          <w:color w:val="000000"/>
          <w:sz w:val="22"/>
        </w:rPr>
        <w:t xml:space="preserve"> </w:t>
      </w:r>
      <w:proofErr w:type="spellStart"/>
      <w:r>
        <w:rPr>
          <w:rFonts w:ascii="Times New Roman" w:hAnsi="Times New Roman"/>
          <w:color w:val="000000"/>
          <w:sz w:val="22"/>
        </w:rPr>
        <w:t>fiind</w:t>
      </w:r>
      <w:proofErr w:type="spellEnd"/>
      <w:r>
        <w:rPr>
          <w:rFonts w:ascii="Times New Roman" w:hAnsi="Times New Roman"/>
          <w:color w:val="000000"/>
          <w:sz w:val="22"/>
        </w:rPr>
        <w:t xml:space="preserve"> „</w:t>
      </w:r>
      <w:proofErr w:type="spellStart"/>
      <w:r>
        <w:rPr>
          <w:rFonts w:ascii="Times New Roman" w:hAnsi="Times New Roman"/>
          <w:color w:val="000000"/>
          <w:sz w:val="22"/>
        </w:rPr>
        <w:t>prețul</w:t>
      </w:r>
      <w:proofErr w:type="spellEnd"/>
      <w:r>
        <w:rPr>
          <w:rFonts w:ascii="Times New Roman" w:hAnsi="Times New Roman"/>
          <w:color w:val="000000"/>
          <w:sz w:val="22"/>
        </w:rPr>
        <w:t xml:space="preserve"> cel </w:t>
      </w:r>
      <w:proofErr w:type="spellStart"/>
      <w:r>
        <w:rPr>
          <w:rFonts w:ascii="Times New Roman" w:hAnsi="Times New Roman"/>
          <w:color w:val="000000"/>
          <w:sz w:val="22"/>
        </w:rPr>
        <w:t>mai</w:t>
      </w:r>
      <w:proofErr w:type="spellEnd"/>
      <w:r>
        <w:rPr>
          <w:rFonts w:ascii="Times New Roman" w:hAnsi="Times New Roman"/>
          <w:color w:val="000000"/>
          <w:sz w:val="22"/>
        </w:rPr>
        <w:t xml:space="preserve"> </w:t>
      </w:r>
      <w:proofErr w:type="spellStart"/>
      <w:r>
        <w:rPr>
          <w:rFonts w:ascii="Times New Roman" w:hAnsi="Times New Roman"/>
          <w:color w:val="000000"/>
          <w:sz w:val="22"/>
        </w:rPr>
        <w:t>scăzut</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Contractul</w:t>
      </w:r>
      <w:proofErr w:type="spellEnd"/>
      <w:r>
        <w:rPr>
          <w:rFonts w:ascii="Times New Roman" w:hAnsi="Times New Roman"/>
          <w:color w:val="000000"/>
          <w:sz w:val="22"/>
        </w:rPr>
        <w:t xml:space="preserve"> se </w:t>
      </w:r>
      <w:proofErr w:type="spellStart"/>
      <w:r>
        <w:rPr>
          <w:rFonts w:ascii="Times New Roman" w:hAnsi="Times New Roman"/>
          <w:color w:val="000000"/>
          <w:sz w:val="22"/>
        </w:rPr>
        <w:t>execută</w:t>
      </w:r>
      <w:proofErr w:type="spellEnd"/>
      <w:r>
        <w:rPr>
          <w:rFonts w:ascii="Times New Roman" w:hAnsi="Times New Roman"/>
          <w:color w:val="000000"/>
          <w:sz w:val="22"/>
        </w:rPr>
        <w:t xml:space="preserve"> cu </w:t>
      </w:r>
      <w:proofErr w:type="spellStart"/>
      <w:r>
        <w:rPr>
          <w:rFonts w:ascii="Times New Roman" w:hAnsi="Times New Roman"/>
          <w:color w:val="000000"/>
          <w:sz w:val="22"/>
        </w:rPr>
        <w:t>respectarea</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Contractului</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nr. 2759/02.07.2026 </w:t>
      </w:r>
      <w:proofErr w:type="spellStart"/>
      <w:r>
        <w:rPr>
          <w:rFonts w:ascii="Times New Roman" w:hAnsi="Times New Roman"/>
          <w:color w:val="000000"/>
          <w:sz w:val="22"/>
        </w:rPr>
        <w:t>încheiat</w:t>
      </w:r>
      <w:proofErr w:type="spellEnd"/>
      <w:r>
        <w:rPr>
          <w:rFonts w:ascii="Times New Roman" w:hAnsi="Times New Roman"/>
          <w:color w:val="000000"/>
          <w:sz w:val="22"/>
        </w:rPr>
        <w:t xml:space="preserve"> </w:t>
      </w:r>
      <w:proofErr w:type="spellStart"/>
      <w:r>
        <w:rPr>
          <w:rFonts w:ascii="Times New Roman" w:hAnsi="Times New Roman"/>
          <w:color w:val="000000"/>
          <w:sz w:val="22"/>
        </w:rPr>
        <w:t>între</w:t>
      </w:r>
      <w:proofErr w:type="spellEnd"/>
      <w:r>
        <w:rPr>
          <w:rFonts w:ascii="Times New Roman" w:hAnsi="Times New Roman"/>
          <w:color w:val="000000"/>
          <w:sz w:val="22"/>
        </w:rPr>
        <w:t xml:space="preserve"> </w:t>
      </w:r>
      <w:proofErr w:type="spellStart"/>
      <w:r>
        <w:rPr>
          <w:rFonts w:ascii="Times New Roman" w:hAnsi="Times New Roman"/>
          <w:color w:val="000000"/>
          <w:sz w:val="22"/>
        </w:rPr>
        <w:t>Administrația</w:t>
      </w:r>
      <w:proofErr w:type="spellEnd"/>
      <w:r>
        <w:rPr>
          <w:rFonts w:ascii="Times New Roman" w:hAnsi="Times New Roman"/>
          <w:color w:val="000000"/>
          <w:sz w:val="22"/>
        </w:rPr>
        <w:t xml:space="preserve"> </w:t>
      </w:r>
      <w:proofErr w:type="spellStart"/>
      <w:r>
        <w:rPr>
          <w:rFonts w:ascii="Times New Roman" w:hAnsi="Times New Roman"/>
          <w:color w:val="000000"/>
          <w:sz w:val="22"/>
        </w:rPr>
        <w:t>Fondului</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Mediu</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U.A.T. </w:t>
      </w:r>
      <w:proofErr w:type="spellStart"/>
      <w:r>
        <w:rPr>
          <w:rFonts w:ascii="Times New Roman" w:hAnsi="Times New Roman"/>
          <w:color w:val="000000"/>
          <w:sz w:val="22"/>
        </w:rPr>
        <w:t>Comuna</w:t>
      </w:r>
      <w:proofErr w:type="spellEnd"/>
      <w:r>
        <w:rPr>
          <w:rFonts w:ascii="Times New Roman" w:hAnsi="Times New Roman"/>
          <w:color w:val="000000"/>
          <w:sz w:val="22"/>
        </w:rPr>
        <w:t xml:space="preserve"> </w:t>
      </w:r>
      <w:proofErr w:type="spellStart"/>
      <w:r>
        <w:rPr>
          <w:rFonts w:ascii="Times New Roman" w:hAnsi="Times New Roman"/>
          <w:color w:val="000000"/>
          <w:sz w:val="22"/>
        </w:rPr>
        <w:t>Căscioarele</w:t>
      </w:r>
      <w:proofErr w:type="spellEnd"/>
      <w:r>
        <w:rPr>
          <w:rFonts w:ascii="Times New Roman" w:hAnsi="Times New Roman"/>
          <w:color w:val="000000"/>
          <w:sz w:val="22"/>
        </w:rPr>
        <w:t xml:space="preserve">, precum </w:t>
      </w:r>
      <w:proofErr w:type="spellStart"/>
      <w:r>
        <w:rPr>
          <w:rFonts w:ascii="Times New Roman" w:hAnsi="Times New Roman"/>
          <w:color w:val="000000"/>
          <w:sz w:val="22"/>
        </w:rPr>
        <w:t>și</w:t>
      </w:r>
      <w:proofErr w:type="spellEnd"/>
      <w:r>
        <w:rPr>
          <w:rFonts w:ascii="Times New Roman" w:hAnsi="Times New Roman"/>
          <w:color w:val="000000"/>
          <w:sz w:val="22"/>
        </w:rPr>
        <w:t xml:space="preserve"> a </w:t>
      </w:r>
      <w:proofErr w:type="spellStart"/>
      <w:r>
        <w:rPr>
          <w:rFonts w:ascii="Times New Roman" w:hAnsi="Times New Roman"/>
          <w:color w:val="000000"/>
          <w:sz w:val="22"/>
        </w:rPr>
        <w:t>Ghidului</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w:t>
      </w:r>
      <w:proofErr w:type="spellStart"/>
      <w:r>
        <w:rPr>
          <w:rFonts w:ascii="Times New Roman" w:hAnsi="Times New Roman"/>
          <w:color w:val="000000"/>
          <w:sz w:val="22"/>
        </w:rPr>
        <w:t>aplicabil</w:t>
      </w:r>
      <w:proofErr w:type="spellEnd"/>
      <w:r>
        <w:rPr>
          <w:rFonts w:ascii="Times New Roman" w:hAnsi="Times New Roman"/>
          <w:color w:val="000000"/>
          <w:sz w:val="22"/>
        </w:rPr>
        <w:t>.</w:t>
      </w:r>
    </w:p>
    <w:p w14:paraId="7A62D3C9"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PĂRȚILE CONTRACTANTE</w:t>
      </w:r>
    </w:p>
    <w:p w14:paraId="3C63BB6F" w14:textId="77777777" w:rsidR="00B57445" w:rsidRPr="004B020D" w:rsidRDefault="002941E6">
      <w:pPr>
        <w:rPr>
          <w:rFonts w:ascii="Times New Roman" w:hAnsi="Times New Roman" w:cs="Times New Roman"/>
          <w:sz w:val="24"/>
          <w:szCs w:val="24"/>
        </w:rPr>
      </w:pPr>
      <w:r>
        <w:rPr>
          <w:rFonts w:ascii="Times New Roman" w:hAnsi="Times New Roman"/>
          <w:color w:val="000000"/>
          <w:sz w:val="22"/>
        </w:rPr>
        <w:t xml:space="preserve">U.A.T. COMUNA CĂSCIOARELE, </w:t>
      </w:r>
      <w:proofErr w:type="spellStart"/>
      <w:r>
        <w:rPr>
          <w:rFonts w:ascii="Times New Roman" w:hAnsi="Times New Roman"/>
          <w:color w:val="000000"/>
          <w:sz w:val="22"/>
        </w:rPr>
        <w:t>județul</w:t>
      </w:r>
      <w:proofErr w:type="spellEnd"/>
      <w:r>
        <w:rPr>
          <w:rFonts w:ascii="Times New Roman" w:hAnsi="Times New Roman"/>
          <w:color w:val="000000"/>
          <w:sz w:val="22"/>
        </w:rPr>
        <w:t xml:space="preserve"> </w:t>
      </w:r>
      <w:proofErr w:type="spellStart"/>
      <w:r>
        <w:rPr>
          <w:rFonts w:ascii="Times New Roman" w:hAnsi="Times New Roman"/>
          <w:color w:val="000000"/>
          <w:sz w:val="22"/>
        </w:rPr>
        <w:t>Călărași</w:t>
      </w:r>
      <w:proofErr w:type="spellEnd"/>
      <w:r>
        <w:rPr>
          <w:rFonts w:ascii="Times New Roman" w:hAnsi="Times New Roman"/>
          <w:color w:val="000000"/>
          <w:sz w:val="22"/>
        </w:rPr>
        <w:t xml:space="preserve">, cod </w:t>
      </w:r>
      <w:proofErr w:type="spellStart"/>
      <w:r>
        <w:rPr>
          <w:rFonts w:ascii="Times New Roman" w:hAnsi="Times New Roman"/>
          <w:color w:val="000000"/>
          <w:sz w:val="22"/>
        </w:rPr>
        <w:t>poștal</w:t>
      </w:r>
      <w:proofErr w:type="spellEnd"/>
      <w:r>
        <w:rPr>
          <w:rFonts w:ascii="Times New Roman" w:hAnsi="Times New Roman"/>
          <w:color w:val="000000"/>
          <w:sz w:val="22"/>
        </w:rPr>
        <w:t xml:space="preserve"> 917020, CUI 3796802, </w:t>
      </w:r>
      <w:proofErr w:type="spellStart"/>
      <w:r>
        <w:rPr>
          <w:rFonts w:ascii="Times New Roman" w:hAnsi="Times New Roman"/>
          <w:color w:val="000000"/>
          <w:sz w:val="22"/>
        </w:rPr>
        <w:t>cont</w:t>
      </w:r>
      <w:proofErr w:type="spellEnd"/>
      <w:r>
        <w:rPr>
          <w:rFonts w:ascii="Times New Roman" w:hAnsi="Times New Roman"/>
          <w:color w:val="000000"/>
          <w:sz w:val="22"/>
        </w:rPr>
        <w:t xml:space="preserve"> IBAN ____________________, </w:t>
      </w:r>
      <w:proofErr w:type="spellStart"/>
      <w:r>
        <w:rPr>
          <w:rFonts w:ascii="Times New Roman" w:hAnsi="Times New Roman"/>
          <w:color w:val="000000"/>
          <w:sz w:val="22"/>
        </w:rPr>
        <w:t>deschis</w:t>
      </w:r>
      <w:proofErr w:type="spellEnd"/>
      <w:r>
        <w:rPr>
          <w:rFonts w:ascii="Times New Roman" w:hAnsi="Times New Roman"/>
          <w:color w:val="000000"/>
          <w:sz w:val="22"/>
        </w:rPr>
        <w:t xml:space="preserve"> la ____________________, e-mail primariacascioarele2006@yahoo.com, </w:t>
      </w:r>
      <w:proofErr w:type="spellStart"/>
      <w:r>
        <w:rPr>
          <w:rFonts w:ascii="Times New Roman" w:hAnsi="Times New Roman"/>
          <w:color w:val="000000"/>
          <w:sz w:val="22"/>
        </w:rPr>
        <w:t>reprezentată</w:t>
      </w:r>
      <w:proofErr w:type="spellEnd"/>
      <w:r>
        <w:rPr>
          <w:rFonts w:ascii="Times New Roman" w:hAnsi="Times New Roman"/>
          <w:color w:val="000000"/>
          <w:sz w:val="22"/>
        </w:rPr>
        <w:t xml:space="preserve"> legal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domnul</w:t>
      </w:r>
      <w:proofErr w:type="spellEnd"/>
      <w:r>
        <w:rPr>
          <w:rFonts w:ascii="Times New Roman" w:hAnsi="Times New Roman"/>
          <w:color w:val="000000"/>
          <w:sz w:val="22"/>
        </w:rPr>
        <w:t xml:space="preserve"> FLORIN BORDEI, </w:t>
      </w:r>
      <w:proofErr w:type="spellStart"/>
      <w:r>
        <w:rPr>
          <w:rFonts w:ascii="Times New Roman" w:hAnsi="Times New Roman"/>
          <w:color w:val="000000"/>
          <w:sz w:val="22"/>
        </w:rPr>
        <w:t>având</w:t>
      </w:r>
      <w:proofErr w:type="spellEnd"/>
      <w:r>
        <w:rPr>
          <w:rFonts w:ascii="Times New Roman" w:hAnsi="Times New Roman"/>
          <w:color w:val="000000"/>
          <w:sz w:val="22"/>
        </w:rPr>
        <w:t xml:space="preserve"> </w:t>
      </w:r>
      <w:proofErr w:type="spellStart"/>
      <w:r>
        <w:rPr>
          <w:rFonts w:ascii="Times New Roman" w:hAnsi="Times New Roman"/>
          <w:color w:val="000000"/>
          <w:sz w:val="22"/>
        </w:rPr>
        <w:t>funcția</w:t>
      </w:r>
      <w:proofErr w:type="spellEnd"/>
      <w:r>
        <w:rPr>
          <w:rFonts w:ascii="Times New Roman" w:hAnsi="Times New Roman"/>
          <w:color w:val="000000"/>
          <w:sz w:val="22"/>
        </w:rPr>
        <w:t xml:space="preserve"> de Primar,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calitate</w:t>
      </w:r>
      <w:proofErr w:type="spellEnd"/>
      <w:r>
        <w:rPr>
          <w:rFonts w:ascii="Times New Roman" w:hAnsi="Times New Roman"/>
          <w:color w:val="000000"/>
          <w:sz w:val="22"/>
        </w:rPr>
        <w:t xml:space="preserve"> de </w:t>
      </w:r>
      <w:proofErr w:type="spellStart"/>
      <w:r>
        <w:rPr>
          <w:rFonts w:ascii="Times New Roman" w:hAnsi="Times New Roman"/>
          <w:color w:val="000000"/>
          <w:sz w:val="22"/>
        </w:rPr>
        <w:t>Autoritate</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contractantă</w:t>
      </w:r>
      <w:proofErr w:type="spellEnd"/>
      <w:r>
        <w:rPr>
          <w:rFonts w:ascii="Times New Roman" w:hAnsi="Times New Roman"/>
          <w:color w:val="000000"/>
          <w:sz w:val="22"/>
        </w:rPr>
        <w:t>/</w:t>
      </w:r>
      <w:proofErr w:type="spellStart"/>
      <w:r>
        <w:rPr>
          <w:rFonts w:ascii="Times New Roman" w:hAnsi="Times New Roman"/>
          <w:color w:val="000000"/>
          <w:sz w:val="22"/>
        </w:rPr>
        <w:t>Achizitor</w:t>
      </w:r>
      <w:proofErr w:type="spellEnd"/>
      <w:r>
        <w:rPr>
          <w:rFonts w:ascii="Times New Roman" w:hAnsi="Times New Roman"/>
          <w:color w:val="000000"/>
          <w:sz w:val="22"/>
        </w:rPr>
        <w:t xml:space="preserve">, pe de o </w:t>
      </w:r>
      <w:proofErr w:type="spellStart"/>
      <w:r>
        <w:rPr>
          <w:rFonts w:ascii="Times New Roman" w:hAnsi="Times New Roman"/>
          <w:color w:val="000000"/>
          <w:sz w:val="22"/>
        </w:rPr>
        <w:t>parte</w:t>
      </w:r>
      <w:proofErr w:type="spellEnd"/>
      <w:r>
        <w:rPr>
          <w:rFonts w:ascii="Times New Roman" w:hAnsi="Times New Roman"/>
          <w:color w:val="000000"/>
          <w:sz w:val="22"/>
        </w:rPr>
        <w:t>,</w:t>
      </w:r>
    </w:p>
    <w:p w14:paraId="591A5D13" w14:textId="77777777" w:rsidR="00B57445" w:rsidRPr="004B020D" w:rsidRDefault="002941E6">
      <w:p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și</w:t>
      </w:r>
      <w:proofErr w:type="spellEnd"/>
    </w:p>
    <w:p w14:paraId="6371943E" w14:textId="77777777" w:rsidR="00B57445" w:rsidRPr="004B020D" w:rsidRDefault="002941E6">
      <w:pPr>
        <w:rPr>
          <w:rFonts w:ascii="Times New Roman" w:hAnsi="Times New Roman" w:cs="Times New Roman"/>
          <w:sz w:val="24"/>
          <w:szCs w:val="24"/>
        </w:rPr>
      </w:pPr>
      <w:r w:rsidRPr="004B020D">
        <w:rPr>
          <w:rFonts w:ascii="Times New Roman" w:hAnsi="Times New Roman" w:cs="Times New Roman"/>
          <w:color w:val="000000"/>
          <w:sz w:val="22"/>
          <w:szCs w:val="24"/>
        </w:rPr>
        <w:t xml:space="preserve">____________________, cu </w:t>
      </w:r>
      <w:proofErr w:type="spellStart"/>
      <w:r w:rsidRPr="004B020D">
        <w:rPr>
          <w:rFonts w:ascii="Times New Roman" w:hAnsi="Times New Roman" w:cs="Times New Roman"/>
          <w:color w:val="000000"/>
          <w:sz w:val="22"/>
          <w:szCs w:val="24"/>
        </w:rPr>
        <w:t>sediul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____________________, </w:t>
      </w:r>
      <w:proofErr w:type="spellStart"/>
      <w:r w:rsidRPr="004B020D">
        <w:rPr>
          <w:rFonts w:ascii="Times New Roman" w:hAnsi="Times New Roman" w:cs="Times New Roman"/>
          <w:color w:val="000000"/>
          <w:sz w:val="22"/>
          <w:szCs w:val="24"/>
        </w:rPr>
        <w:t>înregistrată</w:t>
      </w:r>
      <w:proofErr w:type="spellEnd"/>
      <w:r w:rsidRPr="004B020D">
        <w:rPr>
          <w:rFonts w:ascii="Times New Roman" w:hAnsi="Times New Roman" w:cs="Times New Roman"/>
          <w:color w:val="000000"/>
          <w:sz w:val="22"/>
          <w:szCs w:val="24"/>
        </w:rPr>
        <w:t xml:space="preserve"> la ONRC sub nr. ____________________, CUI ____________________, </w:t>
      </w:r>
      <w:proofErr w:type="spellStart"/>
      <w:r w:rsidRPr="004B020D">
        <w:rPr>
          <w:rFonts w:ascii="Times New Roman" w:hAnsi="Times New Roman" w:cs="Times New Roman"/>
          <w:color w:val="000000"/>
          <w:sz w:val="22"/>
          <w:szCs w:val="24"/>
        </w:rPr>
        <w:t>cont</w:t>
      </w:r>
      <w:proofErr w:type="spellEnd"/>
      <w:r w:rsidRPr="004B020D">
        <w:rPr>
          <w:rFonts w:ascii="Times New Roman" w:hAnsi="Times New Roman" w:cs="Times New Roman"/>
          <w:color w:val="000000"/>
          <w:sz w:val="22"/>
          <w:szCs w:val="24"/>
        </w:rPr>
        <w:t xml:space="preserve"> IBAN ____________________, </w:t>
      </w:r>
      <w:proofErr w:type="spellStart"/>
      <w:r w:rsidRPr="004B020D">
        <w:rPr>
          <w:rFonts w:ascii="Times New Roman" w:hAnsi="Times New Roman" w:cs="Times New Roman"/>
          <w:color w:val="000000"/>
          <w:sz w:val="22"/>
          <w:szCs w:val="24"/>
        </w:rPr>
        <w:t>deschis</w:t>
      </w:r>
      <w:proofErr w:type="spellEnd"/>
      <w:r w:rsidRPr="004B020D">
        <w:rPr>
          <w:rFonts w:ascii="Times New Roman" w:hAnsi="Times New Roman" w:cs="Times New Roman"/>
          <w:color w:val="000000"/>
          <w:sz w:val="22"/>
          <w:szCs w:val="24"/>
        </w:rPr>
        <w:t xml:space="preserve"> la ____________________, </w:t>
      </w:r>
      <w:proofErr w:type="spellStart"/>
      <w:r w:rsidRPr="004B020D">
        <w:rPr>
          <w:rFonts w:ascii="Times New Roman" w:hAnsi="Times New Roman" w:cs="Times New Roman"/>
          <w:color w:val="000000"/>
          <w:sz w:val="22"/>
          <w:szCs w:val="24"/>
        </w:rPr>
        <w:t>reprezentată</w:t>
      </w:r>
      <w:proofErr w:type="spellEnd"/>
      <w:r w:rsidRPr="004B020D">
        <w:rPr>
          <w:rFonts w:ascii="Times New Roman" w:hAnsi="Times New Roman" w:cs="Times New Roman"/>
          <w:color w:val="000000"/>
          <w:sz w:val="22"/>
          <w:szCs w:val="24"/>
        </w:rPr>
        <w:t xml:space="preserve"> legal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____________________, </w:t>
      </w:r>
      <w:proofErr w:type="spellStart"/>
      <w:r w:rsidRPr="004B020D">
        <w:rPr>
          <w:rFonts w:ascii="Times New Roman" w:hAnsi="Times New Roman" w:cs="Times New Roman"/>
          <w:color w:val="000000"/>
          <w:sz w:val="22"/>
          <w:szCs w:val="24"/>
        </w:rPr>
        <w:t>având</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funcția</w:t>
      </w:r>
      <w:proofErr w:type="spellEnd"/>
      <w:r w:rsidRPr="004B020D">
        <w:rPr>
          <w:rFonts w:ascii="Times New Roman" w:hAnsi="Times New Roman" w:cs="Times New Roman"/>
          <w:color w:val="000000"/>
          <w:sz w:val="22"/>
          <w:szCs w:val="24"/>
        </w:rPr>
        <w:t xml:space="preserve"> de ____________________,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calitate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Contractant</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Furnizor</w:t>
      </w:r>
      <w:proofErr w:type="spellEnd"/>
      <w:r w:rsidRPr="004B020D">
        <w:rPr>
          <w:rFonts w:ascii="Times New Roman" w:hAnsi="Times New Roman" w:cs="Times New Roman"/>
          <w:color w:val="000000"/>
          <w:sz w:val="22"/>
          <w:szCs w:val="24"/>
        </w:rPr>
        <w:t xml:space="preserve">, pe de </w:t>
      </w:r>
      <w:proofErr w:type="spellStart"/>
      <w:r w:rsidRPr="004B020D">
        <w:rPr>
          <w:rFonts w:ascii="Times New Roman" w:hAnsi="Times New Roman" w:cs="Times New Roman"/>
          <w:color w:val="000000"/>
          <w:sz w:val="22"/>
          <w:szCs w:val="24"/>
        </w:rPr>
        <w:t>altă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parte</w:t>
      </w:r>
      <w:proofErr w:type="spellEnd"/>
      <w:r w:rsidRPr="004B020D">
        <w:rPr>
          <w:rFonts w:ascii="Times New Roman" w:hAnsi="Times New Roman" w:cs="Times New Roman"/>
          <w:color w:val="000000"/>
          <w:sz w:val="22"/>
          <w:szCs w:val="24"/>
        </w:rPr>
        <w:t>,</w:t>
      </w:r>
    </w:p>
    <w:p w14:paraId="1750EF69" w14:textId="77777777" w:rsidR="00B57445" w:rsidRPr="004B020D" w:rsidRDefault="002941E6">
      <w:p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denumite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împreună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Părțile</w:t>
      </w:r>
      <w:proofErr w:type="spellEnd"/>
      <w:r w:rsidRPr="004B020D">
        <w:rPr>
          <w:rFonts w:ascii="Times New Roman" w:hAnsi="Times New Roman" w:cs="Times New Roman"/>
          <w:color w:val="000000"/>
          <w:sz w:val="22"/>
          <w:szCs w:val="24"/>
        </w:rPr>
        <w:t xml:space="preserve">”, au </w:t>
      </w:r>
      <w:proofErr w:type="spellStart"/>
      <w:r w:rsidRPr="004B020D">
        <w:rPr>
          <w:rFonts w:ascii="Times New Roman" w:hAnsi="Times New Roman" w:cs="Times New Roman"/>
          <w:color w:val="000000"/>
          <w:sz w:val="22"/>
          <w:szCs w:val="24"/>
        </w:rPr>
        <w:t>convenit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încheierea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prezentului</w:t>
      </w:r>
      <w:proofErr w:type="spellEnd"/>
      <w:r w:rsidRPr="004B020D">
        <w:rPr>
          <w:rFonts w:ascii="Times New Roman" w:hAnsi="Times New Roman" w:cs="Times New Roman"/>
          <w:color w:val="000000"/>
          <w:sz w:val="22"/>
          <w:szCs w:val="24"/>
        </w:rPr>
        <w:t xml:space="preserve"> Contract.</w:t>
      </w:r>
    </w:p>
    <w:p w14:paraId="16FD3D4E"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 – DEFINIȚII</w:t>
      </w:r>
    </w:p>
    <w:p w14:paraId="0C25889F"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1.1. </w:t>
      </w:r>
      <w:proofErr w:type="spellStart"/>
      <w:r w:rsidRPr="004B020D">
        <w:rPr>
          <w:rFonts w:ascii="Times New Roman" w:hAnsi="Times New Roman" w:cs="Times New Roman"/>
          <w:color w:val="000000"/>
          <w:sz w:val="22"/>
          <w:szCs w:val="24"/>
        </w:rPr>
        <w:t>Autoritatea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contractantă</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Achizitorul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Furnizorul</w:t>
      </w:r>
      <w:proofErr w:type="spellEnd"/>
      <w:r w:rsidRPr="004B020D">
        <w:rPr>
          <w:rFonts w:ascii="Times New Roman" w:hAnsi="Times New Roman" w:cs="Times New Roman"/>
          <w:color w:val="000000"/>
          <w:sz w:val="22"/>
          <w:szCs w:val="24"/>
        </w:rPr>
        <w:t xml:space="preserve"> sunt </w:t>
      </w:r>
      <w:proofErr w:type="spellStart"/>
      <w:r w:rsidRPr="004B020D">
        <w:rPr>
          <w:rFonts w:ascii="Times New Roman" w:hAnsi="Times New Roman" w:cs="Times New Roman"/>
          <w:color w:val="000000"/>
          <w:sz w:val="22"/>
          <w:szCs w:val="24"/>
        </w:rPr>
        <w:t>Părțile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identificate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mai</w:t>
      </w:r>
      <w:proofErr w:type="spellEnd"/>
      <w:r w:rsidRPr="004B020D">
        <w:rPr>
          <w:rFonts w:ascii="Times New Roman" w:hAnsi="Times New Roman" w:cs="Times New Roman"/>
          <w:color w:val="000000"/>
          <w:sz w:val="22"/>
          <w:szCs w:val="24"/>
        </w:rPr>
        <w:t xml:space="preserve"> sus.</w:t>
      </w:r>
    </w:p>
    <w:p w14:paraId="16F6E07B"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1.2. </w:t>
      </w:r>
      <w:proofErr w:type="spellStart"/>
      <w:r>
        <w:rPr>
          <w:rFonts w:ascii="Times New Roman" w:hAnsi="Times New Roman"/>
          <w:color w:val="000000"/>
          <w:sz w:val="22"/>
        </w:rPr>
        <w:t>Produse</w:t>
      </w:r>
      <w:proofErr w:type="spellEnd"/>
      <w:r>
        <w:rPr>
          <w:rFonts w:ascii="Times New Roman" w:hAnsi="Times New Roman"/>
          <w:color w:val="000000"/>
          <w:sz w:val="22"/>
        </w:rPr>
        <w:t xml:space="preserve"> </w:t>
      </w:r>
      <w:proofErr w:type="spellStart"/>
      <w:r>
        <w:rPr>
          <w:rFonts w:ascii="Times New Roman" w:hAnsi="Times New Roman"/>
          <w:color w:val="000000"/>
          <w:sz w:val="22"/>
        </w:rPr>
        <w:t>înseamnă</w:t>
      </w:r>
      <w:proofErr w:type="spellEnd"/>
      <w:r>
        <w:rPr>
          <w:rFonts w:ascii="Times New Roman" w:hAnsi="Times New Roman"/>
          <w:color w:val="000000"/>
          <w:sz w:val="22"/>
        </w:rPr>
        <w:t xml:space="preserve"> </w:t>
      </w:r>
      <w:proofErr w:type="spellStart"/>
      <w:r>
        <w:rPr>
          <w:rFonts w:ascii="Times New Roman" w:hAnsi="Times New Roman"/>
          <w:color w:val="000000"/>
          <w:sz w:val="22"/>
        </w:rPr>
        <w:t>cele</w:t>
      </w:r>
      <w:proofErr w:type="spellEnd"/>
      <w:r>
        <w:rPr>
          <w:rFonts w:ascii="Times New Roman" w:hAnsi="Times New Roman"/>
          <w:color w:val="000000"/>
          <w:sz w:val="22"/>
        </w:rPr>
        <w:t xml:space="preserve"> 3 </w:t>
      </w:r>
      <w:proofErr w:type="spellStart"/>
      <w:r>
        <w:rPr>
          <w:rFonts w:ascii="Times New Roman" w:hAnsi="Times New Roman"/>
          <w:color w:val="000000"/>
          <w:sz w:val="22"/>
        </w:rPr>
        <w:t>autoturisme</w:t>
      </w:r>
      <w:proofErr w:type="spellEnd"/>
      <w:r>
        <w:rPr>
          <w:rFonts w:ascii="Times New Roman" w:hAnsi="Times New Roman"/>
          <w:color w:val="000000"/>
          <w:sz w:val="22"/>
        </w:rPr>
        <w:t xml:space="preserve"> </w:t>
      </w:r>
      <w:proofErr w:type="spellStart"/>
      <w:r>
        <w:rPr>
          <w:rFonts w:ascii="Times New Roman" w:hAnsi="Times New Roman"/>
          <w:color w:val="000000"/>
          <w:sz w:val="22"/>
        </w:rPr>
        <w:t>noi</w:t>
      </w:r>
      <w:proofErr w:type="spellEnd"/>
      <w:r>
        <w:rPr>
          <w:rFonts w:ascii="Times New Roman" w:hAnsi="Times New Roman"/>
          <w:color w:val="000000"/>
          <w:sz w:val="22"/>
        </w:rPr>
        <w:t xml:space="preserve"> plug-in </w:t>
      </w:r>
      <w:proofErr w:type="spellStart"/>
      <w:r>
        <w:rPr>
          <w:rFonts w:ascii="Times New Roman" w:hAnsi="Times New Roman"/>
          <w:color w:val="000000"/>
          <w:sz w:val="22"/>
        </w:rPr>
        <w:t>hibrid</w:t>
      </w:r>
      <w:proofErr w:type="spellEnd"/>
      <w:r>
        <w:rPr>
          <w:rFonts w:ascii="Times New Roman" w:hAnsi="Times New Roman"/>
          <w:color w:val="000000"/>
          <w:sz w:val="22"/>
        </w:rPr>
        <w:t xml:space="preserve"> (PHEV), </w:t>
      </w:r>
      <w:proofErr w:type="spellStart"/>
      <w:r>
        <w:rPr>
          <w:rFonts w:ascii="Times New Roman" w:hAnsi="Times New Roman"/>
          <w:color w:val="000000"/>
          <w:sz w:val="22"/>
        </w:rPr>
        <w:t>categoria</w:t>
      </w:r>
      <w:proofErr w:type="spellEnd"/>
      <w:r>
        <w:rPr>
          <w:rFonts w:ascii="Times New Roman" w:hAnsi="Times New Roman"/>
          <w:color w:val="000000"/>
          <w:sz w:val="22"/>
        </w:rPr>
        <w:t xml:space="preserve"> M1, </w:t>
      </w:r>
      <w:proofErr w:type="spellStart"/>
      <w:r>
        <w:rPr>
          <w:rFonts w:ascii="Times New Roman" w:hAnsi="Times New Roman"/>
          <w:color w:val="000000"/>
          <w:sz w:val="22"/>
        </w:rPr>
        <w:t>identice</w:t>
      </w:r>
      <w:proofErr w:type="spellEnd"/>
      <w:r>
        <w:rPr>
          <w:rFonts w:ascii="Times New Roman" w:hAnsi="Times New Roman"/>
          <w:color w:val="000000"/>
          <w:sz w:val="22"/>
        </w:rPr>
        <w:t xml:space="preserve"> ca </w:t>
      </w:r>
      <w:proofErr w:type="spellStart"/>
      <w:r>
        <w:rPr>
          <w:rFonts w:ascii="Times New Roman" w:hAnsi="Times New Roman"/>
          <w:color w:val="000000"/>
          <w:sz w:val="22"/>
        </w:rPr>
        <w:t>producător</w:t>
      </w:r>
      <w:proofErr w:type="spellEnd"/>
      <w:r>
        <w:rPr>
          <w:rFonts w:ascii="Times New Roman" w:hAnsi="Times New Roman"/>
          <w:color w:val="000000"/>
          <w:sz w:val="22"/>
        </w:rPr>
        <w:t xml:space="preserve">, model, </w:t>
      </w:r>
      <w:proofErr w:type="spellStart"/>
      <w:r>
        <w:rPr>
          <w:rFonts w:ascii="Times New Roman" w:hAnsi="Times New Roman"/>
          <w:color w:val="000000"/>
          <w:sz w:val="22"/>
        </w:rPr>
        <w:t>versiune</w:t>
      </w:r>
      <w:proofErr w:type="spellEnd"/>
      <w:r>
        <w:rPr>
          <w:rFonts w:ascii="Times New Roman" w:hAnsi="Times New Roman"/>
          <w:color w:val="000000"/>
          <w:sz w:val="22"/>
        </w:rPr>
        <w:t xml:space="preserve"> de </w:t>
      </w:r>
      <w:proofErr w:type="spellStart"/>
      <w:r>
        <w:rPr>
          <w:rFonts w:ascii="Times New Roman" w:hAnsi="Times New Roman"/>
          <w:color w:val="000000"/>
          <w:sz w:val="22"/>
        </w:rPr>
        <w:t>motorizare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nivel</w:t>
      </w:r>
      <w:proofErr w:type="spellEnd"/>
      <w:r>
        <w:rPr>
          <w:rFonts w:ascii="Times New Roman" w:hAnsi="Times New Roman"/>
          <w:color w:val="000000"/>
          <w:sz w:val="22"/>
        </w:rPr>
        <w:t xml:space="preserve"> de </w:t>
      </w:r>
      <w:proofErr w:type="spellStart"/>
      <w:r>
        <w:rPr>
          <w:rFonts w:ascii="Times New Roman" w:hAnsi="Times New Roman"/>
          <w:color w:val="000000"/>
          <w:sz w:val="22"/>
        </w:rPr>
        <w:t>echipare</w:t>
      </w:r>
      <w:proofErr w:type="spellEnd"/>
      <w:r>
        <w:rPr>
          <w:rFonts w:ascii="Times New Roman" w:hAnsi="Times New Roman"/>
          <w:color w:val="000000"/>
          <w:sz w:val="22"/>
        </w:rPr>
        <w:t xml:space="preserve">, </w:t>
      </w:r>
      <w:proofErr w:type="spellStart"/>
      <w:r>
        <w:rPr>
          <w:rFonts w:ascii="Times New Roman" w:hAnsi="Times New Roman"/>
          <w:color w:val="000000"/>
          <w:sz w:val="22"/>
        </w:rPr>
        <w:t>împreună</w:t>
      </w:r>
      <w:proofErr w:type="spellEnd"/>
      <w:r>
        <w:rPr>
          <w:rFonts w:ascii="Times New Roman" w:hAnsi="Times New Roman"/>
          <w:color w:val="000000"/>
          <w:sz w:val="22"/>
        </w:rPr>
        <w:t xml:space="preserve"> cu </w:t>
      </w:r>
      <w:proofErr w:type="spellStart"/>
      <w:r>
        <w:rPr>
          <w:rFonts w:ascii="Times New Roman" w:hAnsi="Times New Roman"/>
          <w:color w:val="000000"/>
          <w:sz w:val="22"/>
        </w:rPr>
        <w:t>toate</w:t>
      </w:r>
      <w:proofErr w:type="spellEnd"/>
      <w:r>
        <w:rPr>
          <w:rFonts w:ascii="Times New Roman" w:hAnsi="Times New Roman"/>
          <w:color w:val="000000"/>
          <w:sz w:val="22"/>
        </w:rPr>
        <w:t xml:space="preserve"> </w:t>
      </w:r>
      <w:proofErr w:type="spellStart"/>
      <w:r>
        <w:rPr>
          <w:rFonts w:ascii="Times New Roman" w:hAnsi="Times New Roman"/>
          <w:color w:val="000000"/>
          <w:sz w:val="22"/>
        </w:rPr>
        <w:t>dotările</w:t>
      </w:r>
      <w:proofErr w:type="spellEnd"/>
      <w:r>
        <w:rPr>
          <w:rFonts w:ascii="Times New Roman" w:hAnsi="Times New Roman"/>
          <w:color w:val="000000"/>
          <w:sz w:val="22"/>
        </w:rPr>
        <w:t xml:space="preserve">, </w:t>
      </w:r>
      <w:proofErr w:type="spellStart"/>
      <w:r>
        <w:rPr>
          <w:rFonts w:ascii="Times New Roman" w:hAnsi="Times New Roman"/>
          <w:color w:val="000000"/>
          <w:sz w:val="22"/>
        </w:rPr>
        <w:t>cablurile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accesoriile</w:t>
      </w:r>
      <w:proofErr w:type="spellEnd"/>
      <w:r>
        <w:rPr>
          <w:rFonts w:ascii="Times New Roman" w:hAnsi="Times New Roman"/>
          <w:color w:val="000000"/>
          <w:sz w:val="22"/>
        </w:rPr>
        <w:t xml:space="preserve"> de </w:t>
      </w:r>
      <w:proofErr w:type="spellStart"/>
      <w:r>
        <w:rPr>
          <w:rFonts w:ascii="Times New Roman" w:hAnsi="Times New Roman"/>
          <w:color w:val="000000"/>
          <w:sz w:val="22"/>
        </w:rPr>
        <w:t>încărcare</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garanțiile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serviciile</w:t>
      </w:r>
      <w:proofErr w:type="spellEnd"/>
      <w:r>
        <w:rPr>
          <w:rFonts w:ascii="Times New Roman" w:hAnsi="Times New Roman"/>
          <w:color w:val="000000"/>
          <w:sz w:val="22"/>
        </w:rPr>
        <w:t xml:space="preserve"> </w:t>
      </w:r>
      <w:proofErr w:type="spellStart"/>
      <w:r>
        <w:rPr>
          <w:rFonts w:ascii="Times New Roman" w:hAnsi="Times New Roman"/>
          <w:color w:val="000000"/>
          <w:sz w:val="22"/>
        </w:rPr>
        <w:t>conexe</w:t>
      </w:r>
      <w:proofErr w:type="spellEnd"/>
      <w:r>
        <w:rPr>
          <w:rFonts w:ascii="Times New Roman" w:hAnsi="Times New Roman"/>
          <w:color w:val="000000"/>
          <w:sz w:val="22"/>
        </w:rPr>
        <w:t xml:space="preserve"> </w:t>
      </w:r>
      <w:proofErr w:type="spellStart"/>
      <w:r>
        <w:rPr>
          <w:rFonts w:ascii="Times New Roman" w:hAnsi="Times New Roman"/>
          <w:color w:val="000000"/>
          <w:sz w:val="22"/>
        </w:rPr>
        <w:t>asumate</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Contract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Ofertă</w:t>
      </w:r>
      <w:proofErr w:type="spellEnd"/>
      <w:r>
        <w:rPr>
          <w:rFonts w:ascii="Times New Roman" w:hAnsi="Times New Roman"/>
          <w:color w:val="000000"/>
          <w:sz w:val="22"/>
        </w:rPr>
        <w:t>.</w:t>
      </w:r>
    </w:p>
    <w:p w14:paraId="180E8250"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1.3. </w:t>
      </w:r>
      <w:proofErr w:type="spellStart"/>
      <w:r w:rsidRPr="004B020D">
        <w:rPr>
          <w:rFonts w:ascii="Times New Roman" w:hAnsi="Times New Roman" w:cs="Times New Roman"/>
          <w:color w:val="000000"/>
          <w:sz w:val="22"/>
          <w:szCs w:val="24"/>
        </w:rPr>
        <w:t>Documentația</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atribuire</w:t>
      </w:r>
      <w:proofErr w:type="spellEnd"/>
      <w:r w:rsidRPr="004B020D">
        <w:rPr>
          <w:rFonts w:ascii="Times New Roman" w:hAnsi="Times New Roman" w:cs="Times New Roman"/>
          <w:color w:val="000000"/>
          <w:sz w:val="22"/>
          <w:szCs w:val="24"/>
        </w:rPr>
        <w:t xml:space="preserve"> include </w:t>
      </w:r>
      <w:proofErr w:type="spellStart"/>
      <w:r w:rsidRPr="004B020D">
        <w:rPr>
          <w:rFonts w:ascii="Times New Roman" w:hAnsi="Times New Roman" w:cs="Times New Roman"/>
          <w:color w:val="000000"/>
          <w:sz w:val="22"/>
          <w:szCs w:val="24"/>
        </w:rPr>
        <w:t>fișa</w:t>
      </w:r>
      <w:proofErr w:type="spellEnd"/>
      <w:r w:rsidRPr="004B020D">
        <w:rPr>
          <w:rFonts w:ascii="Times New Roman" w:hAnsi="Times New Roman" w:cs="Times New Roman"/>
          <w:color w:val="000000"/>
          <w:sz w:val="22"/>
          <w:szCs w:val="24"/>
        </w:rPr>
        <w:t xml:space="preserve"> de date/</w:t>
      </w:r>
      <w:proofErr w:type="spellStart"/>
      <w:r w:rsidRPr="004B020D">
        <w:rPr>
          <w:rFonts w:ascii="Times New Roman" w:hAnsi="Times New Roman" w:cs="Times New Roman"/>
          <w:color w:val="000000"/>
          <w:sz w:val="22"/>
          <w:szCs w:val="24"/>
        </w:rPr>
        <w:t>instrucțiunile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pentru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ofertanți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caietul</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sarcini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formularele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proiectul</w:t>
      </w:r>
      <w:proofErr w:type="spellEnd"/>
      <w:r w:rsidRPr="004B020D">
        <w:rPr>
          <w:rFonts w:ascii="Times New Roman" w:hAnsi="Times New Roman" w:cs="Times New Roman"/>
          <w:color w:val="000000"/>
          <w:sz w:val="22"/>
          <w:szCs w:val="24"/>
        </w:rPr>
        <w:t xml:space="preserve"> de contract, </w:t>
      </w:r>
      <w:proofErr w:type="spellStart"/>
      <w:r w:rsidRPr="004B020D">
        <w:rPr>
          <w:rFonts w:ascii="Times New Roman" w:hAnsi="Times New Roman" w:cs="Times New Roman"/>
          <w:color w:val="000000"/>
          <w:sz w:val="22"/>
          <w:szCs w:val="24"/>
        </w:rPr>
        <w:t>clarificările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măsurile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remediere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publicate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înainte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termenul-limită</w:t>
      </w:r>
      <w:proofErr w:type="spellEnd"/>
      <w:r w:rsidRPr="004B020D">
        <w:rPr>
          <w:rFonts w:ascii="Times New Roman" w:hAnsi="Times New Roman" w:cs="Times New Roman"/>
          <w:color w:val="000000"/>
          <w:sz w:val="22"/>
          <w:szCs w:val="24"/>
        </w:rPr>
        <w:t>.</w:t>
      </w:r>
    </w:p>
    <w:p w14:paraId="7FA9F04E"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1.4. </w:t>
      </w:r>
      <w:proofErr w:type="spellStart"/>
      <w:r w:rsidRPr="004B020D">
        <w:rPr>
          <w:rFonts w:ascii="Times New Roman" w:hAnsi="Times New Roman" w:cs="Times New Roman"/>
          <w:color w:val="000000"/>
          <w:sz w:val="22"/>
          <w:szCs w:val="24"/>
        </w:rPr>
        <w:t>Oferta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înseamnă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propunerea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tehnică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propunerea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financiară</w:t>
      </w:r>
      <w:proofErr w:type="spellEnd"/>
      <w:r w:rsidRPr="004B020D">
        <w:rPr>
          <w:rFonts w:ascii="Times New Roman" w:hAnsi="Times New Roman" w:cs="Times New Roman"/>
          <w:color w:val="000000"/>
          <w:sz w:val="22"/>
          <w:szCs w:val="24"/>
        </w:rPr>
        <w:t xml:space="preserve"> ale </w:t>
      </w:r>
      <w:proofErr w:type="spellStart"/>
      <w:r w:rsidRPr="004B020D">
        <w:rPr>
          <w:rFonts w:ascii="Times New Roman" w:hAnsi="Times New Roman" w:cs="Times New Roman"/>
          <w:color w:val="000000"/>
          <w:sz w:val="22"/>
          <w:szCs w:val="24"/>
        </w:rPr>
        <w:t>Contractantului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inclusiv</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răspunsurile</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clarificările</w:t>
      </w:r>
      <w:proofErr w:type="spellEnd"/>
      <w:r w:rsidRPr="004B020D">
        <w:rPr>
          <w:rFonts w:ascii="Times New Roman" w:hAnsi="Times New Roman" w:cs="Times New Roman"/>
          <w:color w:val="000000"/>
          <w:sz w:val="22"/>
          <w:szCs w:val="24"/>
        </w:rPr>
        <w:t xml:space="preserve"> din </w:t>
      </w:r>
      <w:proofErr w:type="spellStart"/>
      <w:r w:rsidRPr="004B020D">
        <w:rPr>
          <w:rFonts w:ascii="Times New Roman" w:hAnsi="Times New Roman" w:cs="Times New Roman"/>
          <w:color w:val="000000"/>
          <w:sz w:val="22"/>
          <w:szCs w:val="24"/>
        </w:rPr>
        <w:t>evaluare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forma </w:t>
      </w:r>
      <w:proofErr w:type="spellStart"/>
      <w:r w:rsidRPr="004B020D">
        <w:rPr>
          <w:rFonts w:ascii="Times New Roman" w:hAnsi="Times New Roman" w:cs="Times New Roman"/>
          <w:color w:val="000000"/>
          <w:sz w:val="22"/>
          <w:szCs w:val="24"/>
        </w:rPr>
        <w:t>acceptată</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Autoritatea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contractantă</w:t>
      </w:r>
      <w:proofErr w:type="spellEnd"/>
      <w:r w:rsidRPr="004B020D">
        <w:rPr>
          <w:rFonts w:ascii="Times New Roman" w:hAnsi="Times New Roman" w:cs="Times New Roman"/>
          <w:color w:val="000000"/>
          <w:sz w:val="22"/>
          <w:szCs w:val="24"/>
        </w:rPr>
        <w:t>.</w:t>
      </w:r>
    </w:p>
    <w:p w14:paraId="3574D7D9"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1.5. </w:t>
      </w:r>
      <w:proofErr w:type="spellStart"/>
      <w:r>
        <w:rPr>
          <w:rFonts w:ascii="Times New Roman" w:hAnsi="Times New Roman"/>
          <w:color w:val="000000"/>
          <w:sz w:val="22"/>
        </w:rPr>
        <w:t>Neconformitate</w:t>
      </w:r>
      <w:proofErr w:type="spellEnd"/>
      <w:r>
        <w:rPr>
          <w:rFonts w:ascii="Times New Roman" w:hAnsi="Times New Roman"/>
          <w:color w:val="000000"/>
          <w:sz w:val="22"/>
        </w:rPr>
        <w:t xml:space="preserve"> </w:t>
      </w:r>
      <w:proofErr w:type="spellStart"/>
      <w:r>
        <w:rPr>
          <w:rFonts w:ascii="Times New Roman" w:hAnsi="Times New Roman"/>
          <w:color w:val="000000"/>
          <w:sz w:val="22"/>
        </w:rPr>
        <w:t>înseamnă</w:t>
      </w:r>
      <w:proofErr w:type="spellEnd"/>
      <w:r>
        <w:rPr>
          <w:rFonts w:ascii="Times New Roman" w:hAnsi="Times New Roman"/>
          <w:color w:val="000000"/>
          <w:sz w:val="22"/>
        </w:rPr>
        <w:t xml:space="preserve"> </w:t>
      </w:r>
      <w:proofErr w:type="spellStart"/>
      <w:r>
        <w:rPr>
          <w:rFonts w:ascii="Times New Roman" w:hAnsi="Times New Roman"/>
          <w:color w:val="000000"/>
          <w:sz w:val="22"/>
        </w:rPr>
        <w:t>orice</w:t>
      </w:r>
      <w:proofErr w:type="spellEnd"/>
      <w:r>
        <w:rPr>
          <w:rFonts w:ascii="Times New Roman" w:hAnsi="Times New Roman"/>
          <w:color w:val="000000"/>
          <w:sz w:val="22"/>
        </w:rPr>
        <w:t xml:space="preserve"> </w:t>
      </w:r>
      <w:proofErr w:type="spellStart"/>
      <w:r>
        <w:rPr>
          <w:rFonts w:ascii="Times New Roman" w:hAnsi="Times New Roman"/>
          <w:color w:val="000000"/>
          <w:sz w:val="22"/>
        </w:rPr>
        <w:t>abatere</w:t>
      </w:r>
      <w:proofErr w:type="spellEnd"/>
      <w:r>
        <w:rPr>
          <w:rFonts w:ascii="Times New Roman" w:hAnsi="Times New Roman"/>
          <w:color w:val="000000"/>
          <w:sz w:val="22"/>
        </w:rPr>
        <w:t xml:space="preserve"> a </w:t>
      </w:r>
      <w:proofErr w:type="spellStart"/>
      <w:r>
        <w:rPr>
          <w:rFonts w:ascii="Times New Roman" w:hAnsi="Times New Roman"/>
          <w:color w:val="000000"/>
          <w:sz w:val="22"/>
        </w:rPr>
        <w:t>Produselor</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documentelor</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serviciilor</w:t>
      </w:r>
      <w:proofErr w:type="spellEnd"/>
      <w:r>
        <w:rPr>
          <w:rFonts w:ascii="Times New Roman" w:hAnsi="Times New Roman"/>
          <w:color w:val="000000"/>
          <w:sz w:val="22"/>
        </w:rPr>
        <w:t xml:space="preserve"> </w:t>
      </w:r>
      <w:proofErr w:type="spellStart"/>
      <w:r>
        <w:rPr>
          <w:rFonts w:ascii="Times New Roman" w:hAnsi="Times New Roman"/>
          <w:color w:val="000000"/>
          <w:sz w:val="22"/>
        </w:rPr>
        <w:t>conexe</w:t>
      </w:r>
      <w:proofErr w:type="spellEnd"/>
      <w:r>
        <w:rPr>
          <w:rFonts w:ascii="Times New Roman" w:hAnsi="Times New Roman"/>
          <w:color w:val="000000"/>
          <w:sz w:val="22"/>
        </w:rPr>
        <w:t xml:space="preserve"> de la Contract, </w:t>
      </w:r>
      <w:proofErr w:type="spellStart"/>
      <w:r>
        <w:rPr>
          <w:rFonts w:ascii="Times New Roman" w:hAnsi="Times New Roman"/>
          <w:color w:val="000000"/>
          <w:sz w:val="22"/>
        </w:rPr>
        <w:t>caietul</w:t>
      </w:r>
      <w:proofErr w:type="spellEnd"/>
      <w:r>
        <w:rPr>
          <w:rFonts w:ascii="Times New Roman" w:hAnsi="Times New Roman"/>
          <w:color w:val="000000"/>
          <w:sz w:val="22"/>
        </w:rPr>
        <w:t xml:space="preserve"> de </w:t>
      </w:r>
      <w:proofErr w:type="spellStart"/>
      <w:r>
        <w:rPr>
          <w:rFonts w:ascii="Times New Roman" w:hAnsi="Times New Roman"/>
          <w:color w:val="000000"/>
          <w:sz w:val="22"/>
        </w:rPr>
        <w:t>sarcini</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Ofertă</w:t>
      </w:r>
      <w:proofErr w:type="spellEnd"/>
      <w:r>
        <w:rPr>
          <w:rFonts w:ascii="Times New Roman" w:hAnsi="Times New Roman"/>
          <w:color w:val="000000"/>
          <w:sz w:val="22"/>
        </w:rPr>
        <w:t xml:space="preserve">, </w:t>
      </w:r>
      <w:proofErr w:type="spellStart"/>
      <w:r>
        <w:rPr>
          <w:rFonts w:ascii="Times New Roman" w:hAnsi="Times New Roman"/>
          <w:color w:val="000000"/>
          <w:sz w:val="22"/>
        </w:rPr>
        <w:t>inclusiv</w:t>
      </w:r>
      <w:proofErr w:type="spellEnd"/>
      <w:r>
        <w:rPr>
          <w:rFonts w:ascii="Times New Roman" w:hAnsi="Times New Roman"/>
          <w:color w:val="000000"/>
          <w:sz w:val="22"/>
        </w:rPr>
        <w:t xml:space="preserve"> </w:t>
      </w:r>
      <w:proofErr w:type="spellStart"/>
      <w:r>
        <w:rPr>
          <w:rFonts w:ascii="Times New Roman" w:hAnsi="Times New Roman"/>
          <w:color w:val="000000"/>
          <w:sz w:val="22"/>
        </w:rPr>
        <w:t>nerespectarea</w:t>
      </w:r>
      <w:proofErr w:type="spellEnd"/>
      <w:r>
        <w:rPr>
          <w:rFonts w:ascii="Times New Roman" w:hAnsi="Times New Roman"/>
          <w:color w:val="000000"/>
          <w:sz w:val="22"/>
        </w:rPr>
        <w:t xml:space="preserve"> </w:t>
      </w:r>
      <w:proofErr w:type="spellStart"/>
      <w:r>
        <w:rPr>
          <w:rFonts w:ascii="Times New Roman" w:hAnsi="Times New Roman"/>
          <w:color w:val="000000"/>
          <w:sz w:val="22"/>
        </w:rPr>
        <w:t>unei</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w:t>
      </w:r>
      <w:proofErr w:type="spellEnd"/>
      <w:r>
        <w:rPr>
          <w:rFonts w:ascii="Times New Roman" w:hAnsi="Times New Roman"/>
          <w:color w:val="000000"/>
          <w:sz w:val="22"/>
        </w:rPr>
        <w:t xml:space="preserve"> </w:t>
      </w:r>
      <w:proofErr w:type="spellStart"/>
      <w:r>
        <w:rPr>
          <w:rFonts w:ascii="Times New Roman" w:hAnsi="Times New Roman"/>
          <w:color w:val="000000"/>
          <w:sz w:val="22"/>
        </w:rPr>
        <w:t>tehnice</w:t>
      </w:r>
      <w:proofErr w:type="spellEnd"/>
      <w:r>
        <w:rPr>
          <w:rFonts w:ascii="Times New Roman" w:hAnsi="Times New Roman"/>
          <w:color w:val="000000"/>
          <w:sz w:val="22"/>
        </w:rPr>
        <w:t xml:space="preserve"> </w:t>
      </w:r>
      <w:proofErr w:type="spellStart"/>
      <w:r>
        <w:rPr>
          <w:rFonts w:ascii="Times New Roman" w:hAnsi="Times New Roman"/>
          <w:color w:val="000000"/>
          <w:sz w:val="22"/>
        </w:rPr>
        <w:t>minime</w:t>
      </w:r>
      <w:proofErr w:type="spellEnd"/>
      <w:r>
        <w:rPr>
          <w:rFonts w:ascii="Times New Roman" w:hAnsi="Times New Roman"/>
          <w:color w:val="000000"/>
          <w:sz w:val="22"/>
        </w:rPr>
        <w:t xml:space="preserve">, a </w:t>
      </w:r>
      <w:proofErr w:type="spellStart"/>
      <w:r>
        <w:rPr>
          <w:rFonts w:ascii="Times New Roman" w:hAnsi="Times New Roman"/>
          <w:color w:val="000000"/>
          <w:sz w:val="22"/>
        </w:rPr>
        <w:t>condițiilor</w:t>
      </w:r>
      <w:proofErr w:type="spellEnd"/>
      <w:r>
        <w:rPr>
          <w:rFonts w:ascii="Times New Roman" w:hAnsi="Times New Roman"/>
          <w:color w:val="000000"/>
          <w:sz w:val="22"/>
        </w:rPr>
        <w:t xml:space="preserve"> de </w:t>
      </w:r>
      <w:proofErr w:type="spellStart"/>
      <w:r>
        <w:rPr>
          <w:rFonts w:ascii="Times New Roman" w:hAnsi="Times New Roman"/>
          <w:color w:val="000000"/>
          <w:sz w:val="22"/>
        </w:rPr>
        <w:t>eligibilitate</w:t>
      </w:r>
      <w:proofErr w:type="spellEnd"/>
      <w:r>
        <w:rPr>
          <w:rFonts w:ascii="Times New Roman" w:hAnsi="Times New Roman"/>
          <w:color w:val="000000"/>
          <w:sz w:val="22"/>
        </w:rPr>
        <w:t xml:space="preserve"> AFM </w:t>
      </w:r>
      <w:proofErr w:type="spellStart"/>
      <w:r>
        <w:rPr>
          <w:rFonts w:ascii="Times New Roman" w:hAnsi="Times New Roman"/>
          <w:color w:val="000000"/>
          <w:sz w:val="22"/>
        </w:rPr>
        <w:t>ori</w:t>
      </w:r>
      <w:proofErr w:type="spellEnd"/>
      <w:r>
        <w:rPr>
          <w:rFonts w:ascii="Times New Roman" w:hAnsi="Times New Roman"/>
          <w:color w:val="000000"/>
          <w:sz w:val="22"/>
        </w:rPr>
        <w:t xml:space="preserve"> a </w:t>
      </w:r>
      <w:proofErr w:type="spellStart"/>
      <w:r>
        <w:rPr>
          <w:rFonts w:ascii="Times New Roman" w:hAnsi="Times New Roman"/>
          <w:color w:val="000000"/>
          <w:sz w:val="22"/>
        </w:rPr>
        <w:t>unei</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w:t>
      </w:r>
      <w:proofErr w:type="spellEnd"/>
      <w:r>
        <w:rPr>
          <w:rFonts w:ascii="Times New Roman" w:hAnsi="Times New Roman"/>
          <w:color w:val="000000"/>
          <w:sz w:val="22"/>
        </w:rPr>
        <w:t xml:space="preserve"> concrete </w:t>
      </w:r>
      <w:proofErr w:type="spellStart"/>
      <w:r>
        <w:rPr>
          <w:rFonts w:ascii="Times New Roman" w:hAnsi="Times New Roman"/>
          <w:color w:val="000000"/>
          <w:sz w:val="22"/>
        </w:rPr>
        <w:t>asumate</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propunerea</w:t>
      </w:r>
      <w:proofErr w:type="spellEnd"/>
      <w:r>
        <w:rPr>
          <w:rFonts w:ascii="Times New Roman" w:hAnsi="Times New Roman"/>
          <w:color w:val="000000"/>
          <w:sz w:val="22"/>
        </w:rPr>
        <w:t xml:space="preserve"> </w:t>
      </w:r>
      <w:proofErr w:type="spellStart"/>
      <w:r>
        <w:rPr>
          <w:rFonts w:ascii="Times New Roman" w:hAnsi="Times New Roman"/>
          <w:color w:val="000000"/>
          <w:sz w:val="22"/>
        </w:rPr>
        <w:t>tehnică</w:t>
      </w:r>
      <w:proofErr w:type="spellEnd"/>
      <w:r>
        <w:rPr>
          <w:rFonts w:ascii="Times New Roman" w:hAnsi="Times New Roman"/>
          <w:color w:val="000000"/>
          <w:sz w:val="22"/>
        </w:rPr>
        <w:t>.</w:t>
      </w:r>
    </w:p>
    <w:p w14:paraId="5E896EE1"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1.6. </w:t>
      </w:r>
      <w:proofErr w:type="spellStart"/>
      <w:r w:rsidRPr="004B020D">
        <w:rPr>
          <w:rFonts w:ascii="Times New Roman" w:hAnsi="Times New Roman" w:cs="Times New Roman"/>
          <w:color w:val="000000"/>
          <w:sz w:val="22"/>
          <w:szCs w:val="24"/>
        </w:rPr>
        <w:t>Recepția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obiecțiuni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acceptarea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cantitativă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documentară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calitativă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funcțională</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tuturor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Produselor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consemnată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proces</w:t>
      </w:r>
      <w:proofErr w:type="spellEnd"/>
      <w:r w:rsidRPr="004B020D">
        <w:rPr>
          <w:rFonts w:ascii="Times New Roman" w:hAnsi="Times New Roman" w:cs="Times New Roman"/>
          <w:color w:val="000000"/>
          <w:sz w:val="22"/>
          <w:szCs w:val="24"/>
        </w:rPr>
        <w:t xml:space="preserve">-verbal </w:t>
      </w:r>
      <w:proofErr w:type="spellStart"/>
      <w:r w:rsidRPr="004B020D">
        <w:rPr>
          <w:rFonts w:ascii="Times New Roman" w:hAnsi="Times New Roman" w:cs="Times New Roman"/>
          <w:color w:val="000000"/>
          <w:sz w:val="22"/>
          <w:szCs w:val="24"/>
        </w:rPr>
        <w:t>semnat</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comisia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Autorității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contractante</w:t>
      </w:r>
      <w:proofErr w:type="spellEnd"/>
      <w:r w:rsidRPr="004B020D">
        <w:rPr>
          <w:rFonts w:ascii="Times New Roman" w:hAnsi="Times New Roman" w:cs="Times New Roman"/>
          <w:color w:val="000000"/>
          <w:sz w:val="22"/>
          <w:szCs w:val="24"/>
        </w:rPr>
        <w:t>.</w:t>
      </w:r>
    </w:p>
    <w:p w14:paraId="596F9FC7"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1.7. </w:t>
      </w:r>
      <w:r w:rsidRPr="004B020D">
        <w:rPr>
          <w:rFonts w:ascii="Times New Roman" w:hAnsi="Times New Roman" w:cs="Times New Roman"/>
          <w:color w:val="000000"/>
          <w:sz w:val="22"/>
          <w:szCs w:val="24"/>
        </w:rPr>
        <w:t xml:space="preserve">Zi </w:t>
      </w:r>
      <w:proofErr w:type="spellStart"/>
      <w:r w:rsidRPr="004B020D">
        <w:rPr>
          <w:rFonts w:ascii="Times New Roman" w:hAnsi="Times New Roman" w:cs="Times New Roman"/>
          <w:color w:val="000000"/>
          <w:sz w:val="22"/>
          <w:szCs w:val="24"/>
        </w:rPr>
        <w:t>înseamnă</w:t>
      </w:r>
      <w:proofErr w:type="spellEnd"/>
      <w:r w:rsidRPr="004B020D">
        <w:rPr>
          <w:rFonts w:ascii="Times New Roman" w:hAnsi="Times New Roman" w:cs="Times New Roman"/>
          <w:color w:val="000000"/>
          <w:sz w:val="22"/>
          <w:szCs w:val="24"/>
        </w:rPr>
        <w:t xml:space="preserve"> zi </w:t>
      </w:r>
      <w:proofErr w:type="spellStart"/>
      <w:r w:rsidRPr="004B020D">
        <w:rPr>
          <w:rFonts w:ascii="Times New Roman" w:hAnsi="Times New Roman" w:cs="Times New Roman"/>
          <w:color w:val="000000"/>
          <w:sz w:val="22"/>
          <w:szCs w:val="24"/>
        </w:rPr>
        <w:t>calendaristică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nu se </w:t>
      </w:r>
      <w:proofErr w:type="spellStart"/>
      <w:r w:rsidRPr="004B020D">
        <w:rPr>
          <w:rFonts w:ascii="Times New Roman" w:hAnsi="Times New Roman" w:cs="Times New Roman"/>
          <w:color w:val="000000"/>
          <w:sz w:val="22"/>
          <w:szCs w:val="24"/>
        </w:rPr>
        <w:t>prevede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expres</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zi </w:t>
      </w:r>
      <w:proofErr w:type="spellStart"/>
      <w:r w:rsidRPr="004B020D">
        <w:rPr>
          <w:rFonts w:ascii="Times New Roman" w:hAnsi="Times New Roman" w:cs="Times New Roman"/>
          <w:color w:val="000000"/>
          <w:sz w:val="22"/>
          <w:szCs w:val="24"/>
        </w:rPr>
        <w:t>lucrătoare</w:t>
      </w:r>
      <w:proofErr w:type="spellEnd"/>
      <w:r w:rsidRPr="004B020D">
        <w:rPr>
          <w:rFonts w:ascii="Times New Roman" w:hAnsi="Times New Roman" w:cs="Times New Roman"/>
          <w:color w:val="000000"/>
          <w:sz w:val="22"/>
          <w:szCs w:val="24"/>
        </w:rPr>
        <w:t>.</w:t>
      </w:r>
    </w:p>
    <w:p w14:paraId="2A5180AB"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1.8. </w:t>
      </w:r>
      <w:proofErr w:type="spellStart"/>
      <w:r w:rsidRPr="004B020D">
        <w:rPr>
          <w:rFonts w:ascii="Times New Roman" w:hAnsi="Times New Roman" w:cs="Times New Roman"/>
          <w:color w:val="000000"/>
          <w:sz w:val="22"/>
          <w:szCs w:val="24"/>
        </w:rPr>
        <w:t>Forță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majoră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caz</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fortuit</w:t>
      </w:r>
      <w:proofErr w:type="spellEnd"/>
      <w:r w:rsidRPr="004B020D">
        <w:rPr>
          <w:rFonts w:ascii="Times New Roman" w:hAnsi="Times New Roman" w:cs="Times New Roman"/>
          <w:color w:val="000000"/>
          <w:sz w:val="22"/>
          <w:szCs w:val="24"/>
        </w:rPr>
        <w:t xml:space="preserve"> au </w:t>
      </w:r>
      <w:proofErr w:type="spellStart"/>
      <w:r w:rsidRPr="004B020D">
        <w:rPr>
          <w:rFonts w:ascii="Times New Roman" w:hAnsi="Times New Roman" w:cs="Times New Roman"/>
          <w:color w:val="000000"/>
          <w:sz w:val="22"/>
          <w:szCs w:val="24"/>
        </w:rPr>
        <w:t>sensul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prevăzut</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Codul</w:t>
      </w:r>
      <w:proofErr w:type="spellEnd"/>
      <w:r w:rsidRPr="004B020D">
        <w:rPr>
          <w:rFonts w:ascii="Times New Roman" w:hAnsi="Times New Roman" w:cs="Times New Roman"/>
          <w:color w:val="000000"/>
          <w:sz w:val="22"/>
          <w:szCs w:val="24"/>
        </w:rPr>
        <w:t xml:space="preserve"> civil.</w:t>
      </w:r>
    </w:p>
    <w:p w14:paraId="13C1DEC4" w14:textId="77777777" w:rsidR="00DB4D80" w:rsidRDefault="00000000">
      <w:r>
        <w:rPr>
          <w:rFonts w:ascii="Times New Roman" w:hAnsi="Times New Roman"/>
          <w:color w:val="000000"/>
          <w:sz w:val="22"/>
        </w:rPr>
        <w:t xml:space="preserve">1.9. </w:t>
      </w:r>
      <w:proofErr w:type="spellStart"/>
      <w:r>
        <w:rPr>
          <w:rFonts w:ascii="Times New Roman" w:hAnsi="Times New Roman"/>
          <w:color w:val="000000"/>
          <w:sz w:val="22"/>
        </w:rPr>
        <w:t>Programul</w:t>
      </w:r>
      <w:proofErr w:type="spellEnd"/>
      <w:r>
        <w:rPr>
          <w:rFonts w:ascii="Times New Roman" w:hAnsi="Times New Roman"/>
          <w:color w:val="000000"/>
          <w:sz w:val="22"/>
        </w:rPr>
        <w:t xml:space="preserve"> AFM </w:t>
      </w:r>
      <w:proofErr w:type="spellStart"/>
      <w:r>
        <w:rPr>
          <w:rFonts w:ascii="Times New Roman" w:hAnsi="Times New Roman"/>
          <w:color w:val="000000"/>
          <w:sz w:val="22"/>
        </w:rPr>
        <w:t>înseamnă</w:t>
      </w:r>
      <w:proofErr w:type="spellEnd"/>
      <w:r>
        <w:rPr>
          <w:rFonts w:ascii="Times New Roman" w:hAnsi="Times New Roman"/>
          <w:color w:val="000000"/>
          <w:sz w:val="22"/>
        </w:rPr>
        <w:t xml:space="preserve"> </w:t>
      </w:r>
      <w:proofErr w:type="spellStart"/>
      <w:r>
        <w:rPr>
          <w:rFonts w:ascii="Times New Roman" w:hAnsi="Times New Roman"/>
          <w:color w:val="000000"/>
          <w:sz w:val="22"/>
        </w:rPr>
        <w:t>Programul</w:t>
      </w:r>
      <w:proofErr w:type="spellEnd"/>
      <w:r>
        <w:rPr>
          <w:rFonts w:ascii="Times New Roman" w:hAnsi="Times New Roman"/>
          <w:color w:val="000000"/>
          <w:sz w:val="22"/>
        </w:rPr>
        <w:t xml:space="preserve"> </w:t>
      </w:r>
      <w:proofErr w:type="spellStart"/>
      <w:r>
        <w:rPr>
          <w:rFonts w:ascii="Times New Roman" w:hAnsi="Times New Roman"/>
          <w:color w:val="000000"/>
          <w:sz w:val="22"/>
        </w:rPr>
        <w:t>privind</w:t>
      </w:r>
      <w:proofErr w:type="spellEnd"/>
      <w:r>
        <w:rPr>
          <w:rFonts w:ascii="Times New Roman" w:hAnsi="Times New Roman"/>
          <w:color w:val="000000"/>
          <w:sz w:val="22"/>
        </w:rPr>
        <w:t xml:space="preserve"> </w:t>
      </w:r>
      <w:proofErr w:type="spellStart"/>
      <w:r>
        <w:rPr>
          <w:rFonts w:ascii="Times New Roman" w:hAnsi="Times New Roman"/>
          <w:color w:val="000000"/>
          <w:sz w:val="22"/>
        </w:rPr>
        <w:t>reducerea</w:t>
      </w:r>
      <w:proofErr w:type="spellEnd"/>
      <w:r>
        <w:rPr>
          <w:rFonts w:ascii="Times New Roman" w:hAnsi="Times New Roman"/>
          <w:color w:val="000000"/>
          <w:sz w:val="22"/>
        </w:rPr>
        <w:t xml:space="preserve"> </w:t>
      </w:r>
      <w:proofErr w:type="spellStart"/>
      <w:r>
        <w:rPr>
          <w:rFonts w:ascii="Times New Roman" w:hAnsi="Times New Roman"/>
          <w:color w:val="000000"/>
          <w:sz w:val="22"/>
        </w:rPr>
        <w:t>emisiilor</w:t>
      </w:r>
      <w:proofErr w:type="spellEnd"/>
      <w:r>
        <w:rPr>
          <w:rFonts w:ascii="Times New Roman" w:hAnsi="Times New Roman"/>
          <w:color w:val="000000"/>
          <w:sz w:val="22"/>
        </w:rPr>
        <w:t xml:space="preserve"> de gaze cu </w:t>
      </w:r>
      <w:proofErr w:type="spellStart"/>
      <w:r>
        <w:rPr>
          <w:rFonts w:ascii="Times New Roman" w:hAnsi="Times New Roman"/>
          <w:color w:val="000000"/>
          <w:sz w:val="22"/>
        </w:rPr>
        <w:t>efect</w:t>
      </w:r>
      <w:proofErr w:type="spellEnd"/>
      <w:r>
        <w:rPr>
          <w:rFonts w:ascii="Times New Roman" w:hAnsi="Times New Roman"/>
          <w:color w:val="000000"/>
          <w:sz w:val="22"/>
        </w:rPr>
        <w:t xml:space="preserve"> de </w:t>
      </w:r>
      <w:proofErr w:type="spellStart"/>
      <w:r>
        <w:rPr>
          <w:rFonts w:ascii="Times New Roman" w:hAnsi="Times New Roman"/>
          <w:color w:val="000000"/>
          <w:sz w:val="22"/>
        </w:rPr>
        <w:t>seră</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transporturi</w:t>
      </w:r>
      <w:proofErr w:type="spellEnd"/>
      <w:r>
        <w:rPr>
          <w:rFonts w:ascii="Times New Roman" w:hAnsi="Times New Roman"/>
          <w:color w:val="000000"/>
          <w:sz w:val="22"/>
        </w:rPr>
        <w:t xml:space="preserve">, </w:t>
      </w:r>
      <w:proofErr w:type="spellStart"/>
      <w:r>
        <w:rPr>
          <w:rFonts w:ascii="Times New Roman" w:hAnsi="Times New Roman"/>
          <w:color w:val="000000"/>
          <w:sz w:val="22"/>
        </w:rPr>
        <w:t>finanțat</w:t>
      </w:r>
      <w:proofErr w:type="spellEnd"/>
      <w:r>
        <w:rPr>
          <w:rFonts w:ascii="Times New Roman" w:hAnsi="Times New Roman"/>
          <w:color w:val="000000"/>
          <w:sz w:val="22"/>
        </w:rPr>
        <w:t xml:space="preserve"> din Fondul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mediu</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cadrul</w:t>
      </w:r>
      <w:proofErr w:type="spellEnd"/>
      <w:r>
        <w:rPr>
          <w:rFonts w:ascii="Times New Roman" w:hAnsi="Times New Roman"/>
          <w:color w:val="000000"/>
          <w:sz w:val="22"/>
        </w:rPr>
        <w:t xml:space="preserve"> </w:t>
      </w:r>
      <w:proofErr w:type="spellStart"/>
      <w:r>
        <w:rPr>
          <w:rFonts w:ascii="Times New Roman" w:hAnsi="Times New Roman"/>
          <w:color w:val="000000"/>
          <w:sz w:val="22"/>
        </w:rPr>
        <w:t>căruia</w:t>
      </w:r>
      <w:proofErr w:type="spellEnd"/>
      <w:r>
        <w:rPr>
          <w:rFonts w:ascii="Times New Roman" w:hAnsi="Times New Roman"/>
          <w:color w:val="000000"/>
          <w:sz w:val="22"/>
        </w:rPr>
        <w:t xml:space="preserve"> U.A.T. </w:t>
      </w:r>
      <w:proofErr w:type="spellStart"/>
      <w:r>
        <w:rPr>
          <w:rFonts w:ascii="Times New Roman" w:hAnsi="Times New Roman"/>
          <w:color w:val="000000"/>
          <w:sz w:val="22"/>
        </w:rPr>
        <w:t>Comuna</w:t>
      </w:r>
      <w:proofErr w:type="spellEnd"/>
      <w:r>
        <w:rPr>
          <w:rFonts w:ascii="Times New Roman" w:hAnsi="Times New Roman"/>
          <w:color w:val="000000"/>
          <w:sz w:val="22"/>
        </w:rPr>
        <w:t xml:space="preserve"> </w:t>
      </w:r>
      <w:proofErr w:type="spellStart"/>
      <w:r>
        <w:rPr>
          <w:rFonts w:ascii="Times New Roman" w:hAnsi="Times New Roman"/>
          <w:color w:val="000000"/>
          <w:sz w:val="22"/>
        </w:rPr>
        <w:t>Căscioarele</w:t>
      </w:r>
      <w:proofErr w:type="spellEnd"/>
      <w:r>
        <w:rPr>
          <w:rFonts w:ascii="Times New Roman" w:hAnsi="Times New Roman"/>
          <w:color w:val="000000"/>
          <w:sz w:val="22"/>
        </w:rPr>
        <w:t xml:space="preserve"> </w:t>
      </w:r>
      <w:proofErr w:type="spellStart"/>
      <w:r>
        <w:rPr>
          <w:rFonts w:ascii="Times New Roman" w:hAnsi="Times New Roman"/>
          <w:color w:val="000000"/>
          <w:sz w:val="22"/>
        </w:rPr>
        <w:t>beneficiază</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finanțarea</w:t>
      </w:r>
      <w:proofErr w:type="spellEnd"/>
      <w:r>
        <w:rPr>
          <w:rFonts w:ascii="Times New Roman" w:hAnsi="Times New Roman"/>
          <w:color w:val="000000"/>
          <w:sz w:val="22"/>
        </w:rPr>
        <w:t xml:space="preserve"> </w:t>
      </w:r>
      <w:proofErr w:type="spellStart"/>
      <w:r>
        <w:rPr>
          <w:rFonts w:ascii="Times New Roman" w:hAnsi="Times New Roman"/>
          <w:color w:val="000000"/>
          <w:sz w:val="22"/>
        </w:rPr>
        <w:t>acordată</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Contractul</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nr. 2759/02.07.2026.</w:t>
      </w:r>
    </w:p>
    <w:p w14:paraId="0F8BB2FD" w14:textId="77777777" w:rsidR="00DB4D80" w:rsidRDefault="00000000">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r>
        <w:rPr>
          <w:rFonts w:ascii="Times New Roman" w:hAnsi="Times New Roman"/>
          <w:color w:val="000000"/>
          <w:sz w:val="22"/>
        </w:rPr>
        <w:t>1.10. Ecotichet înseamnă finanțarea nerambursabilă în cuantum nominal de 120.000 lei aferentă unui singur autovehicul, care se scade din prețul de comercializare cu TVA al autovehiculului, în condițiile Ghidului de finanțare și ale Contractului de finanțare AFM; pentru prezentul Contract sunt aferente 3 ecotichete, în valoare totală de 360.000 lei.</w:t>
      </w:r>
    </w:p>
    <w:p w14:paraId="7D5E46B5"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lastRenderedPageBreak/>
        <w:t>ART. 2 – INTERPRETARE</w:t>
      </w:r>
    </w:p>
    <w:p w14:paraId="24CB93CD"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2.1. </w:t>
      </w:r>
      <w:proofErr w:type="spellStart"/>
      <w:r w:rsidRPr="004B020D">
        <w:rPr>
          <w:rFonts w:ascii="Times New Roman" w:hAnsi="Times New Roman" w:cs="Times New Roman"/>
          <w:color w:val="000000"/>
          <w:sz w:val="22"/>
          <w:szCs w:val="24"/>
        </w:rPr>
        <w:t>Termenii</w:t>
      </w:r>
      <w:proofErr w:type="spellEnd"/>
      <w:r w:rsidRPr="004B020D">
        <w:rPr>
          <w:rFonts w:ascii="Times New Roman" w:hAnsi="Times New Roman" w:cs="Times New Roman"/>
          <w:color w:val="000000"/>
          <w:sz w:val="22"/>
          <w:szCs w:val="24"/>
        </w:rPr>
        <w:t xml:space="preserve"> la singular </w:t>
      </w:r>
      <w:proofErr w:type="spellStart"/>
      <w:r w:rsidRPr="004B020D">
        <w:rPr>
          <w:rFonts w:ascii="Times New Roman" w:hAnsi="Times New Roman" w:cs="Times New Roman"/>
          <w:color w:val="000000"/>
          <w:sz w:val="22"/>
          <w:szCs w:val="24"/>
        </w:rPr>
        <w:t>includ</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pluralul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invers,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sensul</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impune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altfel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Titlurile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articolelor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servesc</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orientării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limitează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conținutul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clauzelor</w:t>
      </w:r>
      <w:proofErr w:type="spellEnd"/>
      <w:r w:rsidRPr="004B020D">
        <w:rPr>
          <w:rFonts w:ascii="Times New Roman" w:hAnsi="Times New Roman" w:cs="Times New Roman"/>
          <w:color w:val="000000"/>
          <w:sz w:val="22"/>
          <w:szCs w:val="24"/>
        </w:rPr>
        <w:t>.</w:t>
      </w:r>
    </w:p>
    <w:p w14:paraId="30F1F7AA"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2.2. </w:t>
      </w:r>
      <w:proofErr w:type="spellStart"/>
      <w:r w:rsidRPr="004B020D">
        <w:rPr>
          <w:rFonts w:ascii="Times New Roman" w:hAnsi="Times New Roman" w:cs="Times New Roman"/>
          <w:color w:val="000000"/>
          <w:sz w:val="22"/>
          <w:szCs w:val="24"/>
        </w:rPr>
        <w:t>Nulitatea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unei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clauze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neesențiale</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afectează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valabilitatea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celorlalte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dispoziții</w:t>
      </w:r>
      <w:proofErr w:type="spellEnd"/>
      <w:r w:rsidRPr="004B020D">
        <w:rPr>
          <w:rFonts w:ascii="Times New Roman" w:hAnsi="Times New Roman" w:cs="Times New Roman"/>
          <w:color w:val="000000"/>
          <w:sz w:val="22"/>
          <w:szCs w:val="24"/>
        </w:rPr>
        <w:t>.</w:t>
      </w:r>
    </w:p>
    <w:p w14:paraId="4DB70694"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3 – OBIECTUL CONTRACTULUI</w:t>
      </w:r>
    </w:p>
    <w:p w14:paraId="01844319"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3.1. </w:t>
      </w:r>
      <w:proofErr w:type="spellStart"/>
      <w:r>
        <w:rPr>
          <w:rFonts w:ascii="Times New Roman" w:hAnsi="Times New Roman"/>
          <w:color w:val="000000"/>
          <w:sz w:val="22"/>
        </w:rPr>
        <w:t>Contractantul</w:t>
      </w:r>
      <w:proofErr w:type="spellEnd"/>
      <w:r>
        <w:rPr>
          <w:rFonts w:ascii="Times New Roman" w:hAnsi="Times New Roman"/>
          <w:color w:val="000000"/>
          <w:sz w:val="22"/>
        </w:rPr>
        <w:t xml:space="preserve"> se </w:t>
      </w:r>
      <w:proofErr w:type="spellStart"/>
      <w:r>
        <w:rPr>
          <w:rFonts w:ascii="Times New Roman" w:hAnsi="Times New Roman"/>
          <w:color w:val="000000"/>
          <w:sz w:val="22"/>
        </w:rPr>
        <w:t>obligă</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furnizeze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predea</w:t>
      </w:r>
      <w:proofErr w:type="spellEnd"/>
      <w:r>
        <w:rPr>
          <w:rFonts w:ascii="Times New Roman" w:hAnsi="Times New Roman"/>
          <w:color w:val="000000"/>
          <w:sz w:val="22"/>
        </w:rPr>
        <w:t xml:space="preserve"> 3 </w:t>
      </w:r>
      <w:proofErr w:type="spellStart"/>
      <w:r>
        <w:rPr>
          <w:rFonts w:ascii="Times New Roman" w:hAnsi="Times New Roman"/>
          <w:color w:val="000000"/>
          <w:sz w:val="22"/>
        </w:rPr>
        <w:t>autoturisme</w:t>
      </w:r>
      <w:proofErr w:type="spellEnd"/>
      <w:r>
        <w:rPr>
          <w:rFonts w:ascii="Times New Roman" w:hAnsi="Times New Roman"/>
          <w:color w:val="000000"/>
          <w:sz w:val="22"/>
        </w:rPr>
        <w:t xml:space="preserve"> </w:t>
      </w:r>
      <w:proofErr w:type="spellStart"/>
      <w:r>
        <w:rPr>
          <w:rFonts w:ascii="Times New Roman" w:hAnsi="Times New Roman"/>
          <w:color w:val="000000"/>
          <w:sz w:val="22"/>
        </w:rPr>
        <w:t>noi</w:t>
      </w:r>
      <w:proofErr w:type="spellEnd"/>
      <w:r>
        <w:rPr>
          <w:rFonts w:ascii="Times New Roman" w:hAnsi="Times New Roman"/>
          <w:color w:val="000000"/>
          <w:sz w:val="22"/>
        </w:rPr>
        <w:t xml:space="preserve">, </w:t>
      </w:r>
      <w:proofErr w:type="spellStart"/>
      <w:r>
        <w:rPr>
          <w:rFonts w:ascii="Times New Roman" w:hAnsi="Times New Roman"/>
          <w:color w:val="000000"/>
          <w:sz w:val="22"/>
        </w:rPr>
        <w:t>neutilizate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neînmatriculate</w:t>
      </w:r>
      <w:proofErr w:type="spellEnd"/>
      <w:r>
        <w:rPr>
          <w:rFonts w:ascii="Times New Roman" w:hAnsi="Times New Roman"/>
          <w:color w:val="000000"/>
          <w:sz w:val="22"/>
        </w:rPr>
        <w:t xml:space="preserve"> anterior, plug-in </w:t>
      </w:r>
      <w:proofErr w:type="spellStart"/>
      <w:r>
        <w:rPr>
          <w:rFonts w:ascii="Times New Roman" w:hAnsi="Times New Roman"/>
          <w:color w:val="000000"/>
          <w:sz w:val="22"/>
        </w:rPr>
        <w:t>hibrid</w:t>
      </w:r>
      <w:proofErr w:type="spellEnd"/>
      <w:r>
        <w:rPr>
          <w:rFonts w:ascii="Times New Roman" w:hAnsi="Times New Roman"/>
          <w:color w:val="000000"/>
          <w:sz w:val="22"/>
        </w:rPr>
        <w:t xml:space="preserve"> (PHEV), </w:t>
      </w:r>
      <w:proofErr w:type="spellStart"/>
      <w:r>
        <w:rPr>
          <w:rFonts w:ascii="Times New Roman" w:hAnsi="Times New Roman"/>
          <w:color w:val="000000"/>
          <w:sz w:val="22"/>
        </w:rPr>
        <w:t>categoria</w:t>
      </w:r>
      <w:proofErr w:type="spellEnd"/>
      <w:r>
        <w:rPr>
          <w:rFonts w:ascii="Times New Roman" w:hAnsi="Times New Roman"/>
          <w:color w:val="000000"/>
          <w:sz w:val="22"/>
        </w:rPr>
        <w:t xml:space="preserve"> M1, </w:t>
      </w:r>
      <w:proofErr w:type="spellStart"/>
      <w:r>
        <w:rPr>
          <w:rFonts w:ascii="Times New Roman" w:hAnsi="Times New Roman"/>
          <w:color w:val="000000"/>
          <w:sz w:val="22"/>
        </w:rPr>
        <w:t>identice</w:t>
      </w:r>
      <w:proofErr w:type="spellEnd"/>
      <w:r>
        <w:rPr>
          <w:rFonts w:ascii="Times New Roman" w:hAnsi="Times New Roman"/>
          <w:color w:val="000000"/>
          <w:sz w:val="22"/>
        </w:rPr>
        <w:t xml:space="preserve"> ca </w:t>
      </w:r>
      <w:proofErr w:type="spellStart"/>
      <w:r>
        <w:rPr>
          <w:rFonts w:ascii="Times New Roman" w:hAnsi="Times New Roman"/>
          <w:color w:val="000000"/>
          <w:sz w:val="22"/>
        </w:rPr>
        <w:t>producător</w:t>
      </w:r>
      <w:proofErr w:type="spellEnd"/>
      <w:r>
        <w:rPr>
          <w:rFonts w:ascii="Times New Roman" w:hAnsi="Times New Roman"/>
          <w:color w:val="000000"/>
          <w:sz w:val="22"/>
        </w:rPr>
        <w:t xml:space="preserve">, model, </w:t>
      </w:r>
      <w:proofErr w:type="spellStart"/>
      <w:r>
        <w:rPr>
          <w:rFonts w:ascii="Times New Roman" w:hAnsi="Times New Roman"/>
          <w:color w:val="000000"/>
          <w:sz w:val="22"/>
        </w:rPr>
        <w:t>versiune</w:t>
      </w:r>
      <w:proofErr w:type="spellEnd"/>
      <w:r>
        <w:rPr>
          <w:rFonts w:ascii="Times New Roman" w:hAnsi="Times New Roman"/>
          <w:color w:val="000000"/>
          <w:sz w:val="22"/>
        </w:rPr>
        <w:t xml:space="preserve"> de </w:t>
      </w:r>
      <w:proofErr w:type="spellStart"/>
      <w:r>
        <w:rPr>
          <w:rFonts w:ascii="Times New Roman" w:hAnsi="Times New Roman"/>
          <w:color w:val="000000"/>
          <w:sz w:val="22"/>
        </w:rPr>
        <w:t>motorizare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nivel</w:t>
      </w:r>
      <w:proofErr w:type="spellEnd"/>
      <w:r>
        <w:rPr>
          <w:rFonts w:ascii="Times New Roman" w:hAnsi="Times New Roman"/>
          <w:color w:val="000000"/>
          <w:sz w:val="22"/>
        </w:rPr>
        <w:t xml:space="preserve"> de </w:t>
      </w:r>
      <w:proofErr w:type="spellStart"/>
      <w:r>
        <w:rPr>
          <w:rFonts w:ascii="Times New Roman" w:hAnsi="Times New Roman"/>
          <w:color w:val="000000"/>
          <w:sz w:val="22"/>
        </w:rPr>
        <w:t>echipare</w:t>
      </w:r>
      <w:proofErr w:type="spellEnd"/>
      <w:r>
        <w:rPr>
          <w:rFonts w:ascii="Times New Roman" w:hAnsi="Times New Roman"/>
          <w:color w:val="000000"/>
          <w:sz w:val="22"/>
        </w:rPr>
        <w:t xml:space="preserve">, </w:t>
      </w:r>
      <w:proofErr w:type="spellStart"/>
      <w:r>
        <w:rPr>
          <w:rFonts w:ascii="Times New Roman" w:hAnsi="Times New Roman"/>
          <w:color w:val="000000"/>
          <w:sz w:val="22"/>
        </w:rPr>
        <w:t>inclusiv</w:t>
      </w:r>
      <w:proofErr w:type="spellEnd"/>
      <w:r>
        <w:rPr>
          <w:rFonts w:ascii="Times New Roman" w:hAnsi="Times New Roman"/>
          <w:color w:val="000000"/>
          <w:sz w:val="22"/>
        </w:rPr>
        <w:t xml:space="preserve"> </w:t>
      </w:r>
      <w:proofErr w:type="spellStart"/>
      <w:r>
        <w:rPr>
          <w:rFonts w:ascii="Times New Roman" w:hAnsi="Times New Roman"/>
          <w:color w:val="000000"/>
          <w:sz w:val="22"/>
        </w:rPr>
        <w:t>cablurile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accesoriile</w:t>
      </w:r>
      <w:proofErr w:type="spellEnd"/>
      <w:r>
        <w:rPr>
          <w:rFonts w:ascii="Times New Roman" w:hAnsi="Times New Roman"/>
          <w:color w:val="000000"/>
          <w:sz w:val="22"/>
        </w:rPr>
        <w:t xml:space="preserve"> de </w:t>
      </w:r>
      <w:proofErr w:type="spellStart"/>
      <w:r>
        <w:rPr>
          <w:rFonts w:ascii="Times New Roman" w:hAnsi="Times New Roman"/>
          <w:color w:val="000000"/>
          <w:sz w:val="22"/>
        </w:rPr>
        <w:t>încărcare</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de </w:t>
      </w:r>
      <w:proofErr w:type="spellStart"/>
      <w:r>
        <w:rPr>
          <w:rFonts w:ascii="Times New Roman" w:hAnsi="Times New Roman"/>
          <w:color w:val="000000"/>
          <w:sz w:val="22"/>
        </w:rPr>
        <w:t>omologare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înmatriculare</w:t>
      </w:r>
      <w:proofErr w:type="spellEnd"/>
      <w:r>
        <w:rPr>
          <w:rFonts w:ascii="Times New Roman" w:hAnsi="Times New Roman"/>
          <w:color w:val="000000"/>
          <w:sz w:val="22"/>
        </w:rPr>
        <w:t xml:space="preserve">, </w:t>
      </w:r>
      <w:proofErr w:type="spellStart"/>
      <w:r>
        <w:rPr>
          <w:rFonts w:ascii="Times New Roman" w:hAnsi="Times New Roman"/>
          <w:color w:val="000000"/>
          <w:sz w:val="22"/>
        </w:rPr>
        <w:t>garanțiile</w:t>
      </w:r>
      <w:proofErr w:type="spellEnd"/>
      <w:r>
        <w:rPr>
          <w:rFonts w:ascii="Times New Roman" w:hAnsi="Times New Roman"/>
          <w:color w:val="000000"/>
          <w:sz w:val="22"/>
        </w:rPr>
        <w:t xml:space="preserve">, </w:t>
      </w:r>
      <w:proofErr w:type="spellStart"/>
      <w:r>
        <w:rPr>
          <w:rFonts w:ascii="Times New Roman" w:hAnsi="Times New Roman"/>
          <w:color w:val="000000"/>
          <w:sz w:val="22"/>
        </w:rPr>
        <w:t>instruirea</w:t>
      </w:r>
      <w:proofErr w:type="spellEnd"/>
      <w:r>
        <w:rPr>
          <w:rFonts w:ascii="Times New Roman" w:hAnsi="Times New Roman"/>
          <w:color w:val="000000"/>
          <w:sz w:val="22"/>
        </w:rPr>
        <w:t xml:space="preserve"> la </w:t>
      </w:r>
      <w:proofErr w:type="spellStart"/>
      <w:r>
        <w:rPr>
          <w:rFonts w:ascii="Times New Roman" w:hAnsi="Times New Roman"/>
          <w:color w:val="000000"/>
          <w:sz w:val="22"/>
        </w:rPr>
        <w:t>predare</w:t>
      </w:r>
      <w:proofErr w:type="spellEnd"/>
      <w:r>
        <w:rPr>
          <w:rFonts w:ascii="Times New Roman" w:hAnsi="Times New Roman"/>
          <w:color w:val="000000"/>
          <w:sz w:val="22"/>
        </w:rPr>
        <w:t xml:space="preserve">, </w:t>
      </w:r>
      <w:proofErr w:type="spellStart"/>
      <w:r>
        <w:rPr>
          <w:rFonts w:ascii="Times New Roman" w:hAnsi="Times New Roman"/>
          <w:color w:val="000000"/>
          <w:sz w:val="22"/>
        </w:rPr>
        <w:t>serviciile</w:t>
      </w:r>
      <w:proofErr w:type="spellEnd"/>
      <w:r>
        <w:rPr>
          <w:rFonts w:ascii="Times New Roman" w:hAnsi="Times New Roman"/>
          <w:color w:val="000000"/>
          <w:sz w:val="22"/>
        </w:rPr>
        <w:t xml:space="preserve"> </w:t>
      </w:r>
      <w:proofErr w:type="spellStart"/>
      <w:r>
        <w:rPr>
          <w:rFonts w:ascii="Times New Roman" w:hAnsi="Times New Roman"/>
          <w:color w:val="000000"/>
          <w:sz w:val="22"/>
        </w:rPr>
        <w:t>conexe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toate</w:t>
      </w:r>
      <w:proofErr w:type="spellEnd"/>
      <w:r>
        <w:rPr>
          <w:rFonts w:ascii="Times New Roman" w:hAnsi="Times New Roman"/>
          <w:color w:val="000000"/>
          <w:sz w:val="22"/>
        </w:rPr>
        <w:t xml:space="preserve"> </w:t>
      </w:r>
      <w:proofErr w:type="spellStart"/>
      <w:r>
        <w:rPr>
          <w:rFonts w:ascii="Times New Roman" w:hAnsi="Times New Roman"/>
          <w:color w:val="000000"/>
          <w:sz w:val="22"/>
        </w:rPr>
        <w:t>operațiunile</w:t>
      </w:r>
      <w:proofErr w:type="spellEnd"/>
      <w:r>
        <w:rPr>
          <w:rFonts w:ascii="Times New Roman" w:hAnsi="Times New Roman"/>
          <w:color w:val="000000"/>
          <w:sz w:val="22"/>
        </w:rPr>
        <w:t xml:space="preserve"> care </w:t>
      </w:r>
      <w:proofErr w:type="spellStart"/>
      <w:r>
        <w:rPr>
          <w:rFonts w:ascii="Times New Roman" w:hAnsi="Times New Roman"/>
          <w:color w:val="000000"/>
          <w:sz w:val="22"/>
        </w:rPr>
        <w:t>îi</w:t>
      </w:r>
      <w:proofErr w:type="spellEnd"/>
      <w:r>
        <w:rPr>
          <w:rFonts w:ascii="Times New Roman" w:hAnsi="Times New Roman"/>
          <w:color w:val="000000"/>
          <w:sz w:val="22"/>
        </w:rPr>
        <w:t xml:space="preserve"> </w:t>
      </w:r>
      <w:proofErr w:type="spellStart"/>
      <w:r>
        <w:rPr>
          <w:rFonts w:ascii="Times New Roman" w:hAnsi="Times New Roman"/>
          <w:color w:val="000000"/>
          <w:sz w:val="22"/>
        </w:rPr>
        <w:t>revin</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aplicarea</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decontarea</w:t>
      </w:r>
      <w:proofErr w:type="spellEnd"/>
      <w:r>
        <w:rPr>
          <w:rFonts w:ascii="Times New Roman" w:hAnsi="Times New Roman"/>
          <w:color w:val="000000"/>
          <w:sz w:val="22"/>
        </w:rPr>
        <w:t xml:space="preserve"> </w:t>
      </w:r>
      <w:proofErr w:type="spellStart"/>
      <w:r>
        <w:rPr>
          <w:rFonts w:ascii="Times New Roman" w:hAnsi="Times New Roman"/>
          <w:color w:val="000000"/>
          <w:sz w:val="22"/>
        </w:rPr>
        <w:t>ecotichetelor</w:t>
      </w:r>
      <w:proofErr w:type="spellEnd"/>
      <w:r>
        <w:rPr>
          <w:rFonts w:ascii="Times New Roman" w:hAnsi="Times New Roman"/>
          <w:color w:val="000000"/>
          <w:sz w:val="22"/>
        </w:rPr>
        <w:t xml:space="preserve"> AFM.</w:t>
      </w:r>
    </w:p>
    <w:p w14:paraId="4A0EB5B4"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3.2. </w:t>
      </w:r>
      <w:proofErr w:type="spellStart"/>
      <w:r>
        <w:rPr>
          <w:rFonts w:ascii="Times New Roman" w:hAnsi="Times New Roman"/>
          <w:color w:val="000000"/>
          <w:sz w:val="22"/>
        </w:rPr>
        <w:t>Produsele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prestațiile</w:t>
      </w:r>
      <w:proofErr w:type="spellEnd"/>
      <w:r>
        <w:rPr>
          <w:rFonts w:ascii="Times New Roman" w:hAnsi="Times New Roman"/>
          <w:color w:val="000000"/>
          <w:sz w:val="22"/>
        </w:rPr>
        <w:t xml:space="preserve"> </w:t>
      </w:r>
      <w:proofErr w:type="spellStart"/>
      <w:r>
        <w:rPr>
          <w:rFonts w:ascii="Times New Roman" w:hAnsi="Times New Roman"/>
          <w:color w:val="000000"/>
          <w:sz w:val="22"/>
        </w:rPr>
        <w:t>conexe</w:t>
      </w:r>
      <w:proofErr w:type="spellEnd"/>
      <w:r>
        <w:rPr>
          <w:rFonts w:ascii="Times New Roman" w:hAnsi="Times New Roman"/>
          <w:color w:val="000000"/>
          <w:sz w:val="22"/>
        </w:rPr>
        <w:t xml:space="preserve"> </w:t>
      </w:r>
      <w:proofErr w:type="spellStart"/>
      <w:r>
        <w:rPr>
          <w:rFonts w:ascii="Times New Roman" w:hAnsi="Times New Roman"/>
          <w:color w:val="000000"/>
          <w:sz w:val="22"/>
        </w:rPr>
        <w:t>vor</w:t>
      </w:r>
      <w:proofErr w:type="spellEnd"/>
      <w:r>
        <w:rPr>
          <w:rFonts w:ascii="Times New Roman" w:hAnsi="Times New Roman"/>
          <w:color w:val="000000"/>
          <w:sz w:val="22"/>
        </w:rPr>
        <w:t xml:space="preserve"> </w:t>
      </w:r>
      <w:proofErr w:type="spellStart"/>
      <w:r>
        <w:rPr>
          <w:rFonts w:ascii="Times New Roman" w:hAnsi="Times New Roman"/>
          <w:color w:val="000000"/>
          <w:sz w:val="22"/>
        </w:rPr>
        <w:t>respecta</w:t>
      </w:r>
      <w:proofErr w:type="spellEnd"/>
      <w:r>
        <w:rPr>
          <w:rFonts w:ascii="Times New Roman" w:hAnsi="Times New Roman"/>
          <w:color w:val="000000"/>
          <w:sz w:val="22"/>
        </w:rPr>
        <w:t xml:space="preserve"> integral </w:t>
      </w:r>
      <w:proofErr w:type="spellStart"/>
      <w:r>
        <w:rPr>
          <w:rFonts w:ascii="Times New Roman" w:hAnsi="Times New Roman"/>
          <w:color w:val="000000"/>
          <w:sz w:val="22"/>
        </w:rPr>
        <w:t>caietul</w:t>
      </w:r>
      <w:proofErr w:type="spellEnd"/>
      <w:r>
        <w:rPr>
          <w:rFonts w:ascii="Times New Roman" w:hAnsi="Times New Roman"/>
          <w:color w:val="000000"/>
          <w:sz w:val="22"/>
        </w:rPr>
        <w:t xml:space="preserve"> de </w:t>
      </w:r>
      <w:proofErr w:type="spellStart"/>
      <w:r>
        <w:rPr>
          <w:rFonts w:ascii="Times New Roman" w:hAnsi="Times New Roman"/>
          <w:color w:val="000000"/>
          <w:sz w:val="22"/>
        </w:rPr>
        <w:t>sarcini</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caracteristicile</w:t>
      </w:r>
      <w:proofErr w:type="spellEnd"/>
      <w:r>
        <w:rPr>
          <w:rFonts w:ascii="Times New Roman" w:hAnsi="Times New Roman"/>
          <w:color w:val="000000"/>
          <w:sz w:val="22"/>
        </w:rPr>
        <w:t xml:space="preserve"> concrete din </w:t>
      </w:r>
      <w:proofErr w:type="spellStart"/>
      <w:r>
        <w:rPr>
          <w:rFonts w:ascii="Times New Roman" w:hAnsi="Times New Roman"/>
          <w:color w:val="000000"/>
          <w:sz w:val="22"/>
        </w:rPr>
        <w:t>propunerea</w:t>
      </w:r>
      <w:proofErr w:type="spellEnd"/>
      <w:r>
        <w:rPr>
          <w:rFonts w:ascii="Times New Roman" w:hAnsi="Times New Roman"/>
          <w:color w:val="000000"/>
          <w:sz w:val="22"/>
        </w:rPr>
        <w:t xml:space="preserve"> </w:t>
      </w:r>
      <w:proofErr w:type="spellStart"/>
      <w:r>
        <w:rPr>
          <w:rFonts w:ascii="Times New Roman" w:hAnsi="Times New Roman"/>
          <w:color w:val="000000"/>
          <w:sz w:val="22"/>
        </w:rPr>
        <w:t>tehnică</w:t>
      </w:r>
      <w:proofErr w:type="spellEnd"/>
      <w:r>
        <w:rPr>
          <w:rFonts w:ascii="Times New Roman" w:hAnsi="Times New Roman"/>
          <w:color w:val="000000"/>
          <w:sz w:val="22"/>
        </w:rPr>
        <w:t xml:space="preserve">. </w:t>
      </w:r>
      <w:proofErr w:type="spellStart"/>
      <w:r>
        <w:rPr>
          <w:rFonts w:ascii="Times New Roman" w:hAnsi="Times New Roman"/>
          <w:color w:val="000000"/>
          <w:sz w:val="22"/>
        </w:rPr>
        <w:t>Nicio</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caracteristică</w:t>
      </w:r>
      <w:proofErr w:type="spellEnd"/>
      <w:r>
        <w:rPr>
          <w:rFonts w:ascii="Times New Roman" w:hAnsi="Times New Roman"/>
          <w:color w:val="000000"/>
          <w:sz w:val="22"/>
        </w:rPr>
        <w:t xml:space="preserve"> </w:t>
      </w:r>
      <w:proofErr w:type="spellStart"/>
      <w:r>
        <w:rPr>
          <w:rFonts w:ascii="Times New Roman" w:hAnsi="Times New Roman"/>
          <w:color w:val="000000"/>
          <w:sz w:val="22"/>
        </w:rPr>
        <w:t>tehnică</w:t>
      </w:r>
      <w:proofErr w:type="spellEnd"/>
      <w:r>
        <w:rPr>
          <w:rFonts w:ascii="Times New Roman" w:hAnsi="Times New Roman"/>
          <w:color w:val="000000"/>
          <w:sz w:val="22"/>
        </w:rPr>
        <w:t xml:space="preserve"> </w:t>
      </w:r>
      <w:proofErr w:type="spellStart"/>
      <w:r>
        <w:rPr>
          <w:rFonts w:ascii="Times New Roman" w:hAnsi="Times New Roman"/>
          <w:color w:val="000000"/>
          <w:sz w:val="22"/>
        </w:rPr>
        <w:t>minimă</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caracteristică</w:t>
      </w:r>
      <w:proofErr w:type="spellEnd"/>
      <w:r>
        <w:rPr>
          <w:rFonts w:ascii="Times New Roman" w:hAnsi="Times New Roman"/>
          <w:color w:val="000000"/>
          <w:sz w:val="22"/>
        </w:rPr>
        <w:t xml:space="preserve"> </w:t>
      </w:r>
      <w:proofErr w:type="spellStart"/>
      <w:r>
        <w:rPr>
          <w:rFonts w:ascii="Times New Roman" w:hAnsi="Times New Roman"/>
          <w:color w:val="000000"/>
          <w:sz w:val="22"/>
        </w:rPr>
        <w:t>superioară</w:t>
      </w:r>
      <w:proofErr w:type="spellEnd"/>
      <w:r>
        <w:rPr>
          <w:rFonts w:ascii="Times New Roman" w:hAnsi="Times New Roman"/>
          <w:color w:val="000000"/>
          <w:sz w:val="22"/>
        </w:rPr>
        <w:t xml:space="preserve"> </w:t>
      </w:r>
      <w:proofErr w:type="spellStart"/>
      <w:r>
        <w:rPr>
          <w:rFonts w:ascii="Times New Roman" w:hAnsi="Times New Roman"/>
          <w:color w:val="000000"/>
          <w:sz w:val="22"/>
        </w:rPr>
        <w:t>asumată</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Ofertă</w:t>
      </w:r>
      <w:proofErr w:type="spellEnd"/>
      <w:r>
        <w:rPr>
          <w:rFonts w:ascii="Times New Roman" w:hAnsi="Times New Roman"/>
          <w:color w:val="000000"/>
          <w:sz w:val="22"/>
        </w:rPr>
        <w:t xml:space="preserve"> nu </w:t>
      </w:r>
      <w:proofErr w:type="spellStart"/>
      <w:r>
        <w:rPr>
          <w:rFonts w:ascii="Times New Roman" w:hAnsi="Times New Roman"/>
          <w:color w:val="000000"/>
          <w:sz w:val="22"/>
        </w:rPr>
        <w:t>poate</w:t>
      </w:r>
      <w:proofErr w:type="spellEnd"/>
      <w:r>
        <w:rPr>
          <w:rFonts w:ascii="Times New Roman" w:hAnsi="Times New Roman"/>
          <w:color w:val="000000"/>
          <w:sz w:val="22"/>
        </w:rPr>
        <w:t xml:space="preserve"> fi </w:t>
      </w:r>
      <w:proofErr w:type="spellStart"/>
      <w:r>
        <w:rPr>
          <w:rFonts w:ascii="Times New Roman" w:hAnsi="Times New Roman"/>
          <w:color w:val="000000"/>
          <w:sz w:val="22"/>
        </w:rPr>
        <w:t>diminuată</w:t>
      </w:r>
      <w:proofErr w:type="spellEnd"/>
      <w:r>
        <w:rPr>
          <w:rFonts w:ascii="Times New Roman" w:hAnsi="Times New Roman"/>
          <w:color w:val="000000"/>
          <w:sz w:val="22"/>
        </w:rPr>
        <w:t xml:space="preserve"> pe </w:t>
      </w:r>
      <w:proofErr w:type="spellStart"/>
      <w:r>
        <w:rPr>
          <w:rFonts w:ascii="Times New Roman" w:hAnsi="Times New Roman"/>
          <w:color w:val="000000"/>
          <w:sz w:val="22"/>
        </w:rPr>
        <w:t>parcursul</w:t>
      </w:r>
      <w:proofErr w:type="spellEnd"/>
      <w:r>
        <w:rPr>
          <w:rFonts w:ascii="Times New Roman" w:hAnsi="Times New Roman"/>
          <w:color w:val="000000"/>
          <w:sz w:val="22"/>
        </w:rPr>
        <w:t xml:space="preserve"> </w:t>
      </w:r>
      <w:proofErr w:type="spellStart"/>
      <w:r>
        <w:rPr>
          <w:rFonts w:ascii="Times New Roman" w:hAnsi="Times New Roman"/>
          <w:color w:val="000000"/>
          <w:sz w:val="22"/>
        </w:rPr>
        <w:t>executării</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Contractului</w:t>
      </w:r>
      <w:proofErr w:type="spellEnd"/>
      <w:r>
        <w:rPr>
          <w:rFonts w:ascii="Times New Roman" w:hAnsi="Times New Roman"/>
          <w:color w:val="000000"/>
          <w:sz w:val="22"/>
        </w:rPr>
        <w:t>.</w:t>
      </w:r>
    </w:p>
    <w:p w14:paraId="315D86E5"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3.3. Cod CPV principal: 34110000-1 - </w:t>
      </w:r>
      <w:proofErr w:type="spellStart"/>
      <w:r>
        <w:rPr>
          <w:rFonts w:ascii="Times New Roman" w:hAnsi="Times New Roman"/>
          <w:color w:val="000000"/>
          <w:sz w:val="22"/>
        </w:rPr>
        <w:t>Autoturisme</w:t>
      </w:r>
      <w:proofErr w:type="spellEnd"/>
      <w:r>
        <w:rPr>
          <w:rFonts w:ascii="Times New Roman" w:hAnsi="Times New Roman"/>
          <w:color w:val="000000"/>
          <w:sz w:val="22"/>
        </w:rPr>
        <w:t>.</w:t>
      </w:r>
    </w:p>
    <w:p w14:paraId="6C0CCF96"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4 – PREȚUL CONTRACTULUI ȘI SURSELE DE FINANȚARE</w:t>
      </w:r>
    </w:p>
    <w:p w14:paraId="4284A9E0"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4.1. </w:t>
      </w:r>
      <w:proofErr w:type="spellStart"/>
      <w:r w:rsidRPr="004B020D">
        <w:rPr>
          <w:rFonts w:ascii="Times New Roman" w:hAnsi="Times New Roman" w:cs="Times New Roman"/>
          <w:color w:val="000000"/>
          <w:sz w:val="22"/>
          <w:szCs w:val="24"/>
        </w:rPr>
        <w:t>Prețul</w:t>
      </w:r>
      <w:proofErr w:type="spellEnd"/>
      <w:r w:rsidRPr="004B020D">
        <w:rPr>
          <w:rFonts w:ascii="Times New Roman" w:hAnsi="Times New Roman" w:cs="Times New Roman"/>
          <w:color w:val="000000"/>
          <w:sz w:val="22"/>
          <w:szCs w:val="24"/>
        </w:rPr>
        <w:t xml:space="preserve"> total al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de __________ lei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TVA, la care se </w:t>
      </w:r>
      <w:proofErr w:type="spellStart"/>
      <w:r w:rsidRPr="004B020D">
        <w:rPr>
          <w:rFonts w:ascii="Times New Roman" w:hAnsi="Times New Roman" w:cs="Times New Roman"/>
          <w:color w:val="000000"/>
          <w:sz w:val="22"/>
          <w:szCs w:val="24"/>
        </w:rPr>
        <w:t>adaugă</w:t>
      </w:r>
      <w:proofErr w:type="spellEnd"/>
      <w:r w:rsidRPr="004B020D">
        <w:rPr>
          <w:rFonts w:ascii="Times New Roman" w:hAnsi="Times New Roman" w:cs="Times New Roman"/>
          <w:color w:val="000000"/>
          <w:sz w:val="22"/>
          <w:szCs w:val="24"/>
        </w:rPr>
        <w:t xml:space="preserve"> TVA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cuantum</w:t>
      </w:r>
      <w:proofErr w:type="spellEnd"/>
      <w:r w:rsidRPr="004B020D">
        <w:rPr>
          <w:rFonts w:ascii="Times New Roman" w:hAnsi="Times New Roman" w:cs="Times New Roman"/>
          <w:color w:val="000000"/>
          <w:sz w:val="22"/>
          <w:szCs w:val="24"/>
        </w:rPr>
        <w:t xml:space="preserve"> de __________ lei, </w:t>
      </w:r>
      <w:proofErr w:type="spellStart"/>
      <w:r w:rsidRPr="004B020D">
        <w:rPr>
          <w:rFonts w:ascii="Times New Roman" w:hAnsi="Times New Roman" w:cs="Times New Roman"/>
          <w:color w:val="000000"/>
          <w:sz w:val="22"/>
          <w:szCs w:val="24"/>
        </w:rPr>
        <w:t>rezultând</w:t>
      </w:r>
      <w:proofErr w:type="spellEnd"/>
      <w:r w:rsidRPr="004B020D">
        <w:rPr>
          <w:rFonts w:ascii="Times New Roman" w:hAnsi="Times New Roman" w:cs="Times New Roman"/>
          <w:color w:val="000000"/>
          <w:sz w:val="22"/>
          <w:szCs w:val="24"/>
        </w:rPr>
        <w:t xml:space="preserve"> __________ lei cu TVA, conform </w:t>
      </w:r>
      <w:proofErr w:type="spellStart"/>
      <w:r w:rsidRPr="004B020D">
        <w:rPr>
          <w:rFonts w:ascii="Times New Roman" w:hAnsi="Times New Roman" w:cs="Times New Roman"/>
          <w:color w:val="000000"/>
          <w:sz w:val="22"/>
          <w:szCs w:val="24"/>
        </w:rPr>
        <w:t>propunerii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financiare</w:t>
      </w:r>
      <w:proofErr w:type="spellEnd"/>
      <w:r w:rsidRPr="004B020D">
        <w:rPr>
          <w:rFonts w:ascii="Times New Roman" w:hAnsi="Times New Roman" w:cs="Times New Roman"/>
          <w:color w:val="000000"/>
          <w:sz w:val="22"/>
          <w:szCs w:val="24"/>
        </w:rPr>
        <w:t>.</w:t>
      </w:r>
    </w:p>
    <w:p w14:paraId="7675BDEE"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4.2. </w:t>
      </w:r>
      <w:proofErr w:type="spellStart"/>
      <w:r w:rsidRPr="004B020D">
        <w:rPr>
          <w:rFonts w:ascii="Times New Roman" w:hAnsi="Times New Roman" w:cs="Times New Roman"/>
          <w:color w:val="000000"/>
          <w:sz w:val="22"/>
          <w:szCs w:val="24"/>
        </w:rPr>
        <w:t>Prețul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unitar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de __________ lei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TVA/</w:t>
      </w:r>
      <w:proofErr w:type="spellStart"/>
      <w:r w:rsidRPr="004B020D">
        <w:rPr>
          <w:rFonts w:ascii="Times New Roman" w:hAnsi="Times New Roman" w:cs="Times New Roman"/>
          <w:color w:val="000000"/>
          <w:sz w:val="22"/>
          <w:szCs w:val="24"/>
        </w:rPr>
        <w:t>autoturism</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respectiv</w:t>
      </w:r>
      <w:proofErr w:type="spellEnd"/>
      <w:r w:rsidRPr="004B020D">
        <w:rPr>
          <w:rFonts w:ascii="Times New Roman" w:hAnsi="Times New Roman" w:cs="Times New Roman"/>
          <w:color w:val="000000"/>
          <w:sz w:val="22"/>
          <w:szCs w:val="24"/>
        </w:rPr>
        <w:t xml:space="preserve"> __________ lei cu TVA/</w:t>
      </w:r>
      <w:proofErr w:type="spellStart"/>
      <w:r w:rsidRPr="004B020D">
        <w:rPr>
          <w:rFonts w:ascii="Times New Roman" w:hAnsi="Times New Roman" w:cs="Times New Roman"/>
          <w:color w:val="000000"/>
          <w:sz w:val="22"/>
          <w:szCs w:val="24"/>
        </w:rPr>
        <w:t>autoturism</w:t>
      </w:r>
      <w:proofErr w:type="spellEnd"/>
      <w:r w:rsidRPr="004B020D">
        <w:rPr>
          <w:rFonts w:ascii="Times New Roman" w:hAnsi="Times New Roman" w:cs="Times New Roman"/>
          <w:color w:val="000000"/>
          <w:sz w:val="22"/>
          <w:szCs w:val="24"/>
        </w:rPr>
        <w:t>.</w:t>
      </w:r>
    </w:p>
    <w:p w14:paraId="1E043F36" w14:textId="77777777" w:rsidR="00B57445" w:rsidRPr="004B020D" w:rsidRDefault="002941E6">
      <w:pPr>
        <w:ind w:left="369" w:hanging="369"/>
        <w:rPr>
          <w:rFonts w:ascii="Times New Roman" w:hAnsi="Times New Roman" w:cs="Times New Roman"/>
          <w:sz w:val="24"/>
          <w:szCs w:val="24"/>
        </w:rPr>
      </w:pPr>
      <w:r>
        <w:rPr>
          <w:rFonts w:ascii="Times New Roman" w:hAnsi="Times New Roman"/>
        </w:rPr>
        <w:t>4.3. Finanțarea Contractului este asigurată din fonduri nerambursabile acordate de Administrația Fondului pentru Mediu și din bugetul local al U.A.T. Comuna Căscioarele. Conform Contractului de finanțare nr. 2759/02.07.2026, finanțarea nerambursabilă este în cuantum total de 360.000,00 lei, aferentă unui număr de 3 ecotichete a câte 120.000,00 lei. Valoarea fiecărui ecotichet se scade din prețul de comercializare cu TVA al autovehiculului, iar diferența de plată se suportă din bugetul local, în limita maximă de 33.000,00 lei cu TVA pentru cele 3 autoturisme, respectiv 11.000,00 lei cu TVA/autoturism. La cota de TVA de 21% avută în vedere la fundamentare, contribuția proprie corespunde sumei de 27.272,73 lei fără TVA. Contribuția efectivă se stabilește în funcție de prețul ofertei câștigătoare și nu poate depăși limitele bugetare aprobate.</w:t>
      </w:r>
    </w:p>
    <w:p w14:paraId="23F9B5E3"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4.4. </w:t>
      </w:r>
      <w:proofErr w:type="spellStart"/>
      <w:r>
        <w:rPr>
          <w:rFonts w:ascii="Times New Roman" w:hAnsi="Times New Roman"/>
          <w:color w:val="000000"/>
          <w:sz w:val="22"/>
        </w:rPr>
        <w:t>Prețul</w:t>
      </w:r>
      <w:proofErr w:type="spellEnd"/>
      <w:r>
        <w:rPr>
          <w:rFonts w:ascii="Times New Roman" w:hAnsi="Times New Roman"/>
          <w:color w:val="000000"/>
          <w:sz w:val="22"/>
        </w:rPr>
        <w:t xml:space="preserve"> </w:t>
      </w:r>
      <w:proofErr w:type="spellStart"/>
      <w:r>
        <w:rPr>
          <w:rFonts w:ascii="Times New Roman" w:hAnsi="Times New Roman"/>
          <w:color w:val="000000"/>
          <w:sz w:val="22"/>
        </w:rPr>
        <w:t>este</w:t>
      </w:r>
      <w:proofErr w:type="spellEnd"/>
      <w:r>
        <w:rPr>
          <w:rFonts w:ascii="Times New Roman" w:hAnsi="Times New Roman"/>
          <w:color w:val="000000"/>
          <w:sz w:val="22"/>
        </w:rPr>
        <w:t xml:space="preserve"> </w:t>
      </w:r>
      <w:proofErr w:type="spellStart"/>
      <w:r>
        <w:rPr>
          <w:rFonts w:ascii="Times New Roman" w:hAnsi="Times New Roman"/>
          <w:color w:val="000000"/>
          <w:sz w:val="22"/>
        </w:rPr>
        <w:t>ferm</w:t>
      </w:r>
      <w:proofErr w:type="spellEnd"/>
      <w:r>
        <w:rPr>
          <w:rFonts w:ascii="Times New Roman" w:hAnsi="Times New Roman"/>
          <w:color w:val="000000"/>
          <w:sz w:val="22"/>
        </w:rPr>
        <w:t xml:space="preserve">, </w:t>
      </w:r>
      <w:proofErr w:type="spellStart"/>
      <w:r>
        <w:rPr>
          <w:rFonts w:ascii="Times New Roman" w:hAnsi="Times New Roman"/>
          <w:color w:val="000000"/>
          <w:sz w:val="22"/>
        </w:rPr>
        <w:t>exprimat</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lei, </w:t>
      </w:r>
      <w:proofErr w:type="spellStart"/>
      <w:r>
        <w:rPr>
          <w:rFonts w:ascii="Times New Roman" w:hAnsi="Times New Roman"/>
          <w:color w:val="000000"/>
          <w:sz w:val="22"/>
        </w:rPr>
        <w:t>și</w:t>
      </w:r>
      <w:proofErr w:type="spellEnd"/>
      <w:r>
        <w:rPr>
          <w:rFonts w:ascii="Times New Roman" w:hAnsi="Times New Roman"/>
          <w:color w:val="000000"/>
          <w:sz w:val="22"/>
        </w:rPr>
        <w:t xml:space="preserve"> include </w:t>
      </w:r>
      <w:proofErr w:type="spellStart"/>
      <w:r>
        <w:rPr>
          <w:rFonts w:ascii="Times New Roman" w:hAnsi="Times New Roman"/>
          <w:color w:val="000000"/>
          <w:sz w:val="22"/>
        </w:rPr>
        <w:t>toate</w:t>
      </w:r>
      <w:proofErr w:type="spellEnd"/>
      <w:r>
        <w:rPr>
          <w:rFonts w:ascii="Times New Roman" w:hAnsi="Times New Roman"/>
          <w:color w:val="000000"/>
          <w:sz w:val="22"/>
        </w:rPr>
        <w:t xml:space="preserve"> </w:t>
      </w:r>
      <w:proofErr w:type="spellStart"/>
      <w:r>
        <w:rPr>
          <w:rFonts w:ascii="Times New Roman" w:hAnsi="Times New Roman"/>
          <w:color w:val="000000"/>
          <w:sz w:val="22"/>
        </w:rPr>
        <w:t>costurile</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executarea</w:t>
      </w:r>
      <w:proofErr w:type="spellEnd"/>
      <w:r>
        <w:rPr>
          <w:rFonts w:ascii="Times New Roman" w:hAnsi="Times New Roman"/>
          <w:color w:val="000000"/>
          <w:sz w:val="22"/>
        </w:rPr>
        <w:t xml:space="preserve"> </w:t>
      </w:r>
      <w:proofErr w:type="spellStart"/>
      <w:r>
        <w:rPr>
          <w:rFonts w:ascii="Times New Roman" w:hAnsi="Times New Roman"/>
          <w:color w:val="000000"/>
          <w:sz w:val="22"/>
        </w:rPr>
        <w:t>integrală</w:t>
      </w:r>
      <w:proofErr w:type="spellEnd"/>
      <w:r>
        <w:rPr>
          <w:rFonts w:ascii="Times New Roman" w:hAnsi="Times New Roman"/>
          <w:color w:val="000000"/>
          <w:sz w:val="22"/>
        </w:rPr>
        <w:t xml:space="preserve">: </w:t>
      </w:r>
      <w:proofErr w:type="spellStart"/>
      <w:r>
        <w:rPr>
          <w:rFonts w:ascii="Times New Roman" w:hAnsi="Times New Roman"/>
          <w:color w:val="000000"/>
          <w:sz w:val="22"/>
        </w:rPr>
        <w:t>vehicule</w:t>
      </w:r>
      <w:proofErr w:type="spellEnd"/>
      <w:r>
        <w:rPr>
          <w:rFonts w:ascii="Times New Roman" w:hAnsi="Times New Roman"/>
          <w:color w:val="000000"/>
          <w:sz w:val="22"/>
        </w:rPr>
        <w:t xml:space="preserve">, </w:t>
      </w:r>
      <w:proofErr w:type="spellStart"/>
      <w:r>
        <w:rPr>
          <w:rFonts w:ascii="Times New Roman" w:hAnsi="Times New Roman"/>
          <w:color w:val="000000"/>
          <w:sz w:val="22"/>
        </w:rPr>
        <w:t>dotări</w:t>
      </w:r>
      <w:proofErr w:type="spellEnd"/>
      <w:r>
        <w:rPr>
          <w:rFonts w:ascii="Times New Roman" w:hAnsi="Times New Roman"/>
          <w:color w:val="000000"/>
          <w:sz w:val="22"/>
        </w:rPr>
        <w:t xml:space="preserve">, </w:t>
      </w:r>
      <w:proofErr w:type="spellStart"/>
      <w:r>
        <w:rPr>
          <w:rFonts w:ascii="Times New Roman" w:hAnsi="Times New Roman"/>
          <w:color w:val="000000"/>
          <w:sz w:val="22"/>
        </w:rPr>
        <w:t>cabluri</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accesorii</w:t>
      </w:r>
      <w:proofErr w:type="spellEnd"/>
      <w:r>
        <w:rPr>
          <w:rFonts w:ascii="Times New Roman" w:hAnsi="Times New Roman"/>
          <w:color w:val="000000"/>
          <w:sz w:val="22"/>
        </w:rPr>
        <w:t xml:space="preserve"> de </w:t>
      </w:r>
      <w:proofErr w:type="spellStart"/>
      <w:r>
        <w:rPr>
          <w:rFonts w:ascii="Times New Roman" w:hAnsi="Times New Roman"/>
          <w:color w:val="000000"/>
          <w:sz w:val="22"/>
        </w:rPr>
        <w:t>încărcare</w:t>
      </w:r>
      <w:proofErr w:type="spellEnd"/>
      <w:r>
        <w:rPr>
          <w:rFonts w:ascii="Times New Roman" w:hAnsi="Times New Roman"/>
          <w:color w:val="000000"/>
          <w:sz w:val="22"/>
        </w:rPr>
        <w:t xml:space="preserve">, transport, </w:t>
      </w:r>
      <w:proofErr w:type="spellStart"/>
      <w:r>
        <w:rPr>
          <w:rFonts w:ascii="Times New Roman" w:hAnsi="Times New Roman"/>
          <w:color w:val="000000"/>
          <w:sz w:val="22"/>
        </w:rPr>
        <w:t>asigurare</w:t>
      </w:r>
      <w:proofErr w:type="spellEnd"/>
      <w:r>
        <w:rPr>
          <w:rFonts w:ascii="Times New Roman" w:hAnsi="Times New Roman"/>
          <w:color w:val="000000"/>
          <w:sz w:val="22"/>
        </w:rPr>
        <w:t xml:space="preserve"> </w:t>
      </w:r>
      <w:proofErr w:type="spellStart"/>
      <w:r>
        <w:rPr>
          <w:rFonts w:ascii="Times New Roman" w:hAnsi="Times New Roman"/>
          <w:color w:val="000000"/>
          <w:sz w:val="22"/>
        </w:rPr>
        <w:t>până</w:t>
      </w:r>
      <w:proofErr w:type="spellEnd"/>
      <w:r>
        <w:rPr>
          <w:rFonts w:ascii="Times New Roman" w:hAnsi="Times New Roman"/>
          <w:color w:val="000000"/>
          <w:sz w:val="22"/>
        </w:rPr>
        <w:t xml:space="preserve"> la </w:t>
      </w:r>
      <w:proofErr w:type="spellStart"/>
      <w:r>
        <w:rPr>
          <w:rFonts w:ascii="Times New Roman" w:hAnsi="Times New Roman"/>
          <w:color w:val="000000"/>
          <w:sz w:val="22"/>
        </w:rPr>
        <w:t>predare</w:t>
      </w:r>
      <w:proofErr w:type="spellEnd"/>
      <w:r>
        <w:rPr>
          <w:rFonts w:ascii="Times New Roman" w:hAnsi="Times New Roman"/>
          <w:color w:val="000000"/>
          <w:sz w:val="22"/>
        </w:rPr>
        <w:t xml:space="preserve">, </w:t>
      </w:r>
      <w:proofErr w:type="spellStart"/>
      <w:r>
        <w:rPr>
          <w:rFonts w:ascii="Times New Roman" w:hAnsi="Times New Roman"/>
          <w:color w:val="000000"/>
          <w:sz w:val="22"/>
        </w:rPr>
        <w:t>pregătire</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w:t>
      </w:r>
      <w:proofErr w:type="spellEnd"/>
      <w:r>
        <w:rPr>
          <w:rFonts w:ascii="Times New Roman" w:hAnsi="Times New Roman"/>
          <w:color w:val="000000"/>
          <w:sz w:val="22"/>
        </w:rPr>
        <w:t xml:space="preserve">, </w:t>
      </w:r>
      <w:proofErr w:type="spellStart"/>
      <w:r>
        <w:rPr>
          <w:rFonts w:ascii="Times New Roman" w:hAnsi="Times New Roman"/>
          <w:color w:val="000000"/>
          <w:sz w:val="22"/>
        </w:rPr>
        <w:t>formalitățile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operațiunile</w:t>
      </w:r>
      <w:proofErr w:type="spellEnd"/>
      <w:r>
        <w:rPr>
          <w:rFonts w:ascii="Times New Roman" w:hAnsi="Times New Roman"/>
          <w:color w:val="000000"/>
          <w:sz w:val="22"/>
        </w:rPr>
        <w:t xml:space="preserve"> </w:t>
      </w:r>
      <w:proofErr w:type="spellStart"/>
      <w:r>
        <w:rPr>
          <w:rFonts w:ascii="Times New Roman" w:hAnsi="Times New Roman"/>
          <w:color w:val="000000"/>
          <w:sz w:val="22"/>
        </w:rPr>
        <w:t>ce</w:t>
      </w:r>
      <w:proofErr w:type="spellEnd"/>
      <w:r>
        <w:rPr>
          <w:rFonts w:ascii="Times New Roman" w:hAnsi="Times New Roman"/>
          <w:color w:val="000000"/>
          <w:sz w:val="22"/>
        </w:rPr>
        <w:t xml:space="preserve"> </w:t>
      </w:r>
      <w:proofErr w:type="spellStart"/>
      <w:r>
        <w:rPr>
          <w:rFonts w:ascii="Times New Roman" w:hAnsi="Times New Roman"/>
          <w:color w:val="000000"/>
          <w:sz w:val="22"/>
        </w:rPr>
        <w:t>revin</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Contractantului</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mecanismul</w:t>
      </w:r>
      <w:proofErr w:type="spellEnd"/>
      <w:r>
        <w:rPr>
          <w:rFonts w:ascii="Times New Roman" w:hAnsi="Times New Roman"/>
          <w:color w:val="000000"/>
          <w:sz w:val="22"/>
        </w:rPr>
        <w:t xml:space="preserve"> AFM, </w:t>
      </w:r>
      <w:proofErr w:type="spellStart"/>
      <w:r>
        <w:rPr>
          <w:rFonts w:ascii="Times New Roman" w:hAnsi="Times New Roman"/>
          <w:color w:val="000000"/>
          <w:sz w:val="22"/>
        </w:rPr>
        <w:t>instruire</w:t>
      </w:r>
      <w:proofErr w:type="spellEnd"/>
      <w:r>
        <w:rPr>
          <w:rFonts w:ascii="Times New Roman" w:hAnsi="Times New Roman"/>
          <w:color w:val="000000"/>
          <w:sz w:val="22"/>
        </w:rPr>
        <w:t xml:space="preserve">, </w:t>
      </w:r>
      <w:proofErr w:type="spellStart"/>
      <w:r>
        <w:rPr>
          <w:rFonts w:ascii="Times New Roman" w:hAnsi="Times New Roman"/>
          <w:color w:val="000000"/>
          <w:sz w:val="22"/>
        </w:rPr>
        <w:t>garanții</w:t>
      </w:r>
      <w:proofErr w:type="spellEnd"/>
      <w:r>
        <w:rPr>
          <w:rFonts w:ascii="Times New Roman" w:hAnsi="Times New Roman"/>
          <w:color w:val="000000"/>
          <w:sz w:val="22"/>
        </w:rPr>
        <w:t xml:space="preserve">, service-ul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orice</w:t>
      </w:r>
      <w:proofErr w:type="spellEnd"/>
      <w:r>
        <w:rPr>
          <w:rFonts w:ascii="Times New Roman" w:hAnsi="Times New Roman"/>
          <w:color w:val="000000"/>
          <w:sz w:val="22"/>
        </w:rPr>
        <w:t xml:space="preserve"> </w:t>
      </w:r>
      <w:proofErr w:type="spellStart"/>
      <w:r>
        <w:rPr>
          <w:rFonts w:ascii="Times New Roman" w:hAnsi="Times New Roman"/>
          <w:color w:val="000000"/>
          <w:sz w:val="22"/>
        </w:rPr>
        <w:t>alte</w:t>
      </w:r>
      <w:proofErr w:type="spellEnd"/>
      <w:r>
        <w:rPr>
          <w:rFonts w:ascii="Times New Roman" w:hAnsi="Times New Roman"/>
          <w:color w:val="000000"/>
          <w:sz w:val="22"/>
        </w:rPr>
        <w:t xml:space="preserve"> </w:t>
      </w:r>
      <w:proofErr w:type="spellStart"/>
      <w:r>
        <w:rPr>
          <w:rFonts w:ascii="Times New Roman" w:hAnsi="Times New Roman"/>
          <w:color w:val="000000"/>
          <w:sz w:val="22"/>
        </w:rPr>
        <w:t>costuri</w:t>
      </w:r>
      <w:proofErr w:type="spellEnd"/>
      <w:r>
        <w:rPr>
          <w:rFonts w:ascii="Times New Roman" w:hAnsi="Times New Roman"/>
          <w:color w:val="000000"/>
          <w:sz w:val="22"/>
        </w:rPr>
        <w:t xml:space="preserve"> </w:t>
      </w:r>
      <w:proofErr w:type="spellStart"/>
      <w:r>
        <w:rPr>
          <w:rFonts w:ascii="Times New Roman" w:hAnsi="Times New Roman"/>
          <w:color w:val="000000"/>
          <w:sz w:val="22"/>
        </w:rPr>
        <w:t>necesare</w:t>
      </w:r>
      <w:proofErr w:type="spellEnd"/>
      <w:r>
        <w:rPr>
          <w:rFonts w:ascii="Times New Roman" w:hAnsi="Times New Roman"/>
          <w:color w:val="000000"/>
          <w:sz w:val="22"/>
        </w:rPr>
        <w:t xml:space="preserve"> </w:t>
      </w:r>
      <w:proofErr w:type="spellStart"/>
      <w:r>
        <w:rPr>
          <w:rFonts w:ascii="Times New Roman" w:hAnsi="Times New Roman"/>
          <w:color w:val="000000"/>
          <w:sz w:val="22"/>
        </w:rPr>
        <w:t>furnizării</w:t>
      </w:r>
      <w:proofErr w:type="spellEnd"/>
      <w:r>
        <w:rPr>
          <w:rFonts w:ascii="Times New Roman" w:hAnsi="Times New Roman"/>
          <w:color w:val="000000"/>
          <w:sz w:val="22"/>
        </w:rPr>
        <w:t xml:space="preserve"> complete.</w:t>
      </w:r>
    </w:p>
    <w:p w14:paraId="3DC392F1"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4.5. </w:t>
      </w:r>
      <w:proofErr w:type="spellStart"/>
      <w:r w:rsidRPr="004B020D">
        <w:rPr>
          <w:rFonts w:ascii="Times New Roman" w:hAnsi="Times New Roman" w:cs="Times New Roman"/>
          <w:color w:val="000000"/>
          <w:sz w:val="22"/>
          <w:szCs w:val="24"/>
        </w:rPr>
        <w:t>Prețul</w:t>
      </w:r>
      <w:proofErr w:type="spellEnd"/>
      <w:r w:rsidRPr="004B020D">
        <w:rPr>
          <w:rFonts w:ascii="Times New Roman" w:hAnsi="Times New Roman" w:cs="Times New Roman"/>
          <w:color w:val="000000"/>
          <w:sz w:val="22"/>
          <w:szCs w:val="24"/>
        </w:rPr>
        <w:t xml:space="preserve"> nu se </w:t>
      </w:r>
      <w:proofErr w:type="spellStart"/>
      <w:r w:rsidRPr="004B020D">
        <w:rPr>
          <w:rFonts w:ascii="Times New Roman" w:hAnsi="Times New Roman" w:cs="Times New Roman"/>
          <w:color w:val="000000"/>
          <w:sz w:val="22"/>
          <w:szCs w:val="24"/>
        </w:rPr>
        <w:t>ajustează</w:t>
      </w:r>
      <w:proofErr w:type="spellEnd"/>
      <w:r w:rsidRPr="004B020D">
        <w:rPr>
          <w:rFonts w:ascii="Times New Roman" w:hAnsi="Times New Roman" w:cs="Times New Roman"/>
          <w:color w:val="000000"/>
          <w:sz w:val="22"/>
          <w:szCs w:val="24"/>
        </w:rPr>
        <w:t xml:space="preserve"> pe </w:t>
      </w:r>
      <w:proofErr w:type="spellStart"/>
      <w:r w:rsidRPr="004B020D">
        <w:rPr>
          <w:rFonts w:ascii="Times New Roman" w:hAnsi="Times New Roman" w:cs="Times New Roman"/>
          <w:color w:val="000000"/>
          <w:sz w:val="22"/>
          <w:szCs w:val="24"/>
        </w:rPr>
        <w:t>durata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Modificarea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cotei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legale</w:t>
      </w:r>
      <w:proofErr w:type="spellEnd"/>
      <w:r w:rsidRPr="004B020D">
        <w:rPr>
          <w:rFonts w:ascii="Times New Roman" w:hAnsi="Times New Roman" w:cs="Times New Roman"/>
          <w:color w:val="000000"/>
          <w:sz w:val="22"/>
          <w:szCs w:val="24"/>
        </w:rPr>
        <w:t xml:space="preserve"> de TVA se </w:t>
      </w:r>
      <w:proofErr w:type="spellStart"/>
      <w:r w:rsidRPr="004B020D">
        <w:rPr>
          <w:rFonts w:ascii="Times New Roman" w:hAnsi="Times New Roman" w:cs="Times New Roman"/>
          <w:color w:val="000000"/>
          <w:sz w:val="22"/>
          <w:szCs w:val="24"/>
        </w:rPr>
        <w:t>reflectă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pentru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operațiunile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taxabile</w:t>
      </w:r>
      <w:proofErr w:type="spellEnd"/>
      <w:r w:rsidRPr="004B020D">
        <w:rPr>
          <w:rFonts w:ascii="Times New Roman" w:hAnsi="Times New Roman" w:cs="Times New Roman"/>
          <w:color w:val="000000"/>
          <w:sz w:val="22"/>
          <w:szCs w:val="24"/>
        </w:rPr>
        <w:t xml:space="preserve"> la data </w:t>
      </w:r>
      <w:proofErr w:type="spellStart"/>
      <w:r w:rsidRPr="004B020D">
        <w:rPr>
          <w:rFonts w:ascii="Times New Roman" w:hAnsi="Times New Roman" w:cs="Times New Roman"/>
          <w:color w:val="000000"/>
          <w:sz w:val="22"/>
          <w:szCs w:val="24"/>
        </w:rPr>
        <w:t>exigibilității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modificarea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prețului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TVA.</w:t>
      </w:r>
    </w:p>
    <w:p w14:paraId="12E8FA5A" w14:textId="77777777" w:rsidR="00DB4D80" w:rsidRDefault="00000000">
      <w:r>
        <w:rPr>
          <w:rFonts w:ascii="Times New Roman" w:hAnsi="Times New Roman"/>
          <w:color w:val="000000"/>
          <w:sz w:val="22"/>
        </w:rPr>
        <w:t xml:space="preserve">4.6.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fiecare</w:t>
      </w:r>
      <w:proofErr w:type="spellEnd"/>
      <w:r>
        <w:rPr>
          <w:rFonts w:ascii="Times New Roman" w:hAnsi="Times New Roman"/>
          <w:color w:val="000000"/>
          <w:sz w:val="22"/>
        </w:rPr>
        <w:t xml:space="preserve"> </w:t>
      </w:r>
      <w:proofErr w:type="spellStart"/>
      <w:r>
        <w:rPr>
          <w:rFonts w:ascii="Times New Roman" w:hAnsi="Times New Roman"/>
          <w:color w:val="000000"/>
          <w:sz w:val="22"/>
        </w:rPr>
        <w:t>autovehicul</w:t>
      </w:r>
      <w:proofErr w:type="spellEnd"/>
      <w:r>
        <w:rPr>
          <w:rFonts w:ascii="Times New Roman" w:hAnsi="Times New Roman"/>
          <w:color w:val="000000"/>
          <w:sz w:val="22"/>
        </w:rPr>
        <w:t xml:space="preserve"> se </w:t>
      </w:r>
      <w:proofErr w:type="spellStart"/>
      <w:r>
        <w:rPr>
          <w:rFonts w:ascii="Times New Roman" w:hAnsi="Times New Roman"/>
          <w:color w:val="000000"/>
          <w:sz w:val="22"/>
        </w:rPr>
        <w:t>utilizează</w:t>
      </w:r>
      <w:proofErr w:type="spellEnd"/>
      <w:r>
        <w:rPr>
          <w:rFonts w:ascii="Times New Roman" w:hAnsi="Times New Roman"/>
          <w:color w:val="000000"/>
          <w:sz w:val="22"/>
        </w:rPr>
        <w:t xml:space="preserve"> un </w:t>
      </w:r>
      <w:proofErr w:type="spellStart"/>
      <w:r>
        <w:rPr>
          <w:rFonts w:ascii="Times New Roman" w:hAnsi="Times New Roman"/>
          <w:color w:val="000000"/>
          <w:sz w:val="22"/>
        </w:rPr>
        <w:t>singur</w:t>
      </w:r>
      <w:proofErr w:type="spellEnd"/>
      <w:r>
        <w:rPr>
          <w:rFonts w:ascii="Times New Roman" w:hAnsi="Times New Roman"/>
          <w:color w:val="000000"/>
          <w:sz w:val="22"/>
        </w:rPr>
        <w:t xml:space="preserve"> </w:t>
      </w:r>
      <w:proofErr w:type="spellStart"/>
      <w:r>
        <w:rPr>
          <w:rFonts w:ascii="Times New Roman" w:hAnsi="Times New Roman"/>
          <w:color w:val="000000"/>
          <w:sz w:val="22"/>
        </w:rPr>
        <w:t>ecotichet</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cuantum</w:t>
      </w:r>
      <w:proofErr w:type="spellEnd"/>
      <w:r>
        <w:rPr>
          <w:rFonts w:ascii="Times New Roman" w:hAnsi="Times New Roman"/>
          <w:color w:val="000000"/>
          <w:sz w:val="22"/>
        </w:rPr>
        <w:t xml:space="preserve"> de 120.000 lei,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w:t>
      </w:r>
      <w:proofErr w:type="spellStart"/>
      <w:r>
        <w:rPr>
          <w:rFonts w:ascii="Times New Roman" w:hAnsi="Times New Roman"/>
          <w:color w:val="000000"/>
          <w:sz w:val="22"/>
        </w:rPr>
        <w:t>Ghidului</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Contractantul</w:t>
      </w:r>
      <w:proofErr w:type="spellEnd"/>
      <w:r>
        <w:rPr>
          <w:rFonts w:ascii="Times New Roman" w:hAnsi="Times New Roman"/>
          <w:color w:val="000000"/>
          <w:sz w:val="22"/>
        </w:rPr>
        <w:t xml:space="preserve"> </w:t>
      </w:r>
      <w:proofErr w:type="spellStart"/>
      <w:r>
        <w:rPr>
          <w:rFonts w:ascii="Times New Roman" w:hAnsi="Times New Roman"/>
          <w:color w:val="000000"/>
          <w:sz w:val="22"/>
        </w:rPr>
        <w:t>va</w:t>
      </w:r>
      <w:proofErr w:type="spellEnd"/>
      <w:r>
        <w:rPr>
          <w:rFonts w:ascii="Times New Roman" w:hAnsi="Times New Roman"/>
          <w:color w:val="000000"/>
          <w:sz w:val="22"/>
        </w:rPr>
        <w:t xml:space="preserve"> </w:t>
      </w:r>
      <w:proofErr w:type="spellStart"/>
      <w:r>
        <w:rPr>
          <w:rFonts w:ascii="Times New Roman" w:hAnsi="Times New Roman"/>
          <w:color w:val="000000"/>
          <w:sz w:val="22"/>
        </w:rPr>
        <w:t>asigura</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producătorul</w:t>
      </w:r>
      <w:proofErr w:type="spellEnd"/>
      <w:r>
        <w:rPr>
          <w:rFonts w:ascii="Times New Roman" w:hAnsi="Times New Roman"/>
          <w:color w:val="000000"/>
          <w:sz w:val="22"/>
        </w:rPr>
        <w:t xml:space="preserve"> </w:t>
      </w:r>
      <w:proofErr w:type="spellStart"/>
      <w:r>
        <w:rPr>
          <w:rFonts w:ascii="Times New Roman" w:hAnsi="Times New Roman"/>
          <w:color w:val="000000"/>
          <w:sz w:val="22"/>
        </w:rPr>
        <w:t>validat</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punctul</w:t>
      </w:r>
      <w:proofErr w:type="spellEnd"/>
      <w:r>
        <w:rPr>
          <w:rFonts w:ascii="Times New Roman" w:hAnsi="Times New Roman"/>
          <w:color w:val="000000"/>
          <w:sz w:val="22"/>
        </w:rPr>
        <w:t xml:space="preserve"> de </w:t>
      </w:r>
      <w:proofErr w:type="spellStart"/>
      <w:r>
        <w:rPr>
          <w:rFonts w:ascii="Times New Roman" w:hAnsi="Times New Roman"/>
          <w:color w:val="000000"/>
          <w:sz w:val="22"/>
        </w:rPr>
        <w:t>lucru</w:t>
      </w:r>
      <w:proofErr w:type="spellEnd"/>
      <w:r>
        <w:rPr>
          <w:rFonts w:ascii="Times New Roman" w:hAnsi="Times New Roman"/>
          <w:color w:val="000000"/>
          <w:sz w:val="22"/>
        </w:rPr>
        <w:t>/</w:t>
      </w:r>
      <w:proofErr w:type="spellStart"/>
      <w:r>
        <w:rPr>
          <w:rFonts w:ascii="Times New Roman" w:hAnsi="Times New Roman"/>
          <w:color w:val="000000"/>
          <w:sz w:val="22"/>
        </w:rPr>
        <w:t>agentul</w:t>
      </w:r>
      <w:proofErr w:type="spellEnd"/>
      <w:r>
        <w:rPr>
          <w:rFonts w:ascii="Times New Roman" w:hAnsi="Times New Roman"/>
          <w:color w:val="000000"/>
          <w:sz w:val="22"/>
        </w:rPr>
        <w:t>/</w:t>
      </w:r>
      <w:proofErr w:type="spellStart"/>
      <w:r>
        <w:rPr>
          <w:rFonts w:ascii="Times New Roman" w:hAnsi="Times New Roman"/>
          <w:color w:val="000000"/>
          <w:sz w:val="22"/>
        </w:rPr>
        <w:t>partenerul</w:t>
      </w:r>
      <w:proofErr w:type="spellEnd"/>
      <w:r>
        <w:rPr>
          <w:rFonts w:ascii="Times New Roman" w:hAnsi="Times New Roman"/>
          <w:color w:val="000000"/>
          <w:sz w:val="22"/>
        </w:rPr>
        <w:t xml:space="preserve"> </w:t>
      </w:r>
      <w:proofErr w:type="spellStart"/>
      <w:r>
        <w:rPr>
          <w:rFonts w:ascii="Times New Roman" w:hAnsi="Times New Roman"/>
          <w:color w:val="000000"/>
          <w:sz w:val="22"/>
        </w:rPr>
        <w:t>autorizat</w:t>
      </w:r>
      <w:proofErr w:type="spellEnd"/>
      <w:r>
        <w:rPr>
          <w:rFonts w:ascii="Times New Roman" w:hAnsi="Times New Roman"/>
          <w:color w:val="000000"/>
          <w:sz w:val="22"/>
        </w:rPr>
        <w:t xml:space="preserve"> </w:t>
      </w:r>
      <w:proofErr w:type="spellStart"/>
      <w:r>
        <w:rPr>
          <w:rFonts w:ascii="Times New Roman" w:hAnsi="Times New Roman"/>
          <w:color w:val="000000"/>
          <w:sz w:val="22"/>
        </w:rPr>
        <w:t>corespunzător</w:t>
      </w:r>
      <w:proofErr w:type="spellEnd"/>
      <w:r>
        <w:rPr>
          <w:rFonts w:ascii="Times New Roman" w:hAnsi="Times New Roman"/>
          <w:color w:val="000000"/>
          <w:sz w:val="22"/>
        </w:rPr>
        <w:t xml:space="preserve">, </w:t>
      </w:r>
      <w:proofErr w:type="spellStart"/>
      <w:r>
        <w:rPr>
          <w:rFonts w:ascii="Times New Roman" w:hAnsi="Times New Roman"/>
          <w:color w:val="000000"/>
          <w:sz w:val="22"/>
        </w:rPr>
        <w:t>aplicarea</w:t>
      </w:r>
      <w:proofErr w:type="spellEnd"/>
      <w:r>
        <w:rPr>
          <w:rFonts w:ascii="Times New Roman" w:hAnsi="Times New Roman"/>
          <w:color w:val="000000"/>
          <w:sz w:val="22"/>
        </w:rPr>
        <w:t xml:space="preserve"> </w:t>
      </w:r>
      <w:proofErr w:type="spellStart"/>
      <w:r>
        <w:rPr>
          <w:rFonts w:ascii="Times New Roman" w:hAnsi="Times New Roman"/>
          <w:color w:val="000000"/>
          <w:sz w:val="22"/>
        </w:rPr>
        <w:t>ecotichetului</w:t>
      </w:r>
      <w:proofErr w:type="spellEnd"/>
      <w:r>
        <w:rPr>
          <w:rFonts w:ascii="Times New Roman" w:hAnsi="Times New Roman"/>
          <w:color w:val="000000"/>
          <w:sz w:val="22"/>
        </w:rPr>
        <w:t xml:space="preserve"> </w:t>
      </w:r>
      <w:proofErr w:type="spellStart"/>
      <w:r>
        <w:rPr>
          <w:rFonts w:ascii="Times New Roman" w:hAnsi="Times New Roman"/>
          <w:color w:val="000000"/>
          <w:sz w:val="22"/>
        </w:rPr>
        <w:t>asupra</w:t>
      </w:r>
      <w:proofErr w:type="spellEnd"/>
      <w:r>
        <w:rPr>
          <w:rFonts w:ascii="Times New Roman" w:hAnsi="Times New Roman"/>
          <w:color w:val="000000"/>
          <w:sz w:val="22"/>
        </w:rPr>
        <w:t xml:space="preserve"> </w:t>
      </w:r>
      <w:proofErr w:type="spellStart"/>
      <w:r>
        <w:rPr>
          <w:rFonts w:ascii="Times New Roman" w:hAnsi="Times New Roman"/>
          <w:color w:val="000000"/>
          <w:sz w:val="22"/>
        </w:rPr>
        <w:t>prețului</w:t>
      </w:r>
      <w:proofErr w:type="spellEnd"/>
      <w:r>
        <w:rPr>
          <w:rFonts w:ascii="Times New Roman" w:hAnsi="Times New Roman"/>
          <w:color w:val="000000"/>
          <w:sz w:val="22"/>
        </w:rPr>
        <w:t xml:space="preserve"> de </w:t>
      </w:r>
      <w:proofErr w:type="spellStart"/>
      <w:r>
        <w:rPr>
          <w:rFonts w:ascii="Times New Roman" w:hAnsi="Times New Roman"/>
          <w:color w:val="000000"/>
          <w:sz w:val="22"/>
        </w:rPr>
        <w:t>comercializare</w:t>
      </w:r>
      <w:proofErr w:type="spellEnd"/>
      <w:r>
        <w:rPr>
          <w:rFonts w:ascii="Times New Roman" w:hAnsi="Times New Roman"/>
          <w:color w:val="000000"/>
          <w:sz w:val="22"/>
        </w:rPr>
        <w:t xml:space="preserve"> cu TVA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îndeplinirea</w:t>
      </w:r>
      <w:proofErr w:type="spellEnd"/>
      <w:r>
        <w:rPr>
          <w:rFonts w:ascii="Times New Roman" w:hAnsi="Times New Roman"/>
          <w:color w:val="000000"/>
          <w:sz w:val="22"/>
        </w:rPr>
        <w:t xml:space="preserve"> </w:t>
      </w:r>
      <w:proofErr w:type="spellStart"/>
      <w:r>
        <w:rPr>
          <w:rFonts w:ascii="Times New Roman" w:hAnsi="Times New Roman"/>
          <w:color w:val="000000"/>
          <w:sz w:val="22"/>
        </w:rPr>
        <w:t>formalităților</w:t>
      </w:r>
      <w:proofErr w:type="spellEnd"/>
      <w:r>
        <w:rPr>
          <w:rFonts w:ascii="Times New Roman" w:hAnsi="Times New Roman"/>
          <w:color w:val="000000"/>
          <w:sz w:val="22"/>
        </w:rPr>
        <w:t xml:space="preserve"> </w:t>
      </w:r>
      <w:proofErr w:type="spellStart"/>
      <w:r>
        <w:rPr>
          <w:rFonts w:ascii="Times New Roman" w:hAnsi="Times New Roman"/>
          <w:color w:val="000000"/>
          <w:sz w:val="22"/>
        </w:rPr>
        <w:t>necesare</w:t>
      </w:r>
      <w:proofErr w:type="spellEnd"/>
      <w:r>
        <w:rPr>
          <w:rFonts w:ascii="Times New Roman" w:hAnsi="Times New Roman"/>
          <w:color w:val="000000"/>
          <w:sz w:val="22"/>
        </w:rPr>
        <w:t xml:space="preserve"> </w:t>
      </w:r>
      <w:proofErr w:type="spellStart"/>
      <w:r>
        <w:rPr>
          <w:rFonts w:ascii="Times New Roman" w:hAnsi="Times New Roman"/>
          <w:color w:val="000000"/>
          <w:sz w:val="22"/>
        </w:rPr>
        <w:t>decontării</w:t>
      </w:r>
      <w:proofErr w:type="spellEnd"/>
      <w:r>
        <w:rPr>
          <w:rFonts w:ascii="Times New Roman" w:hAnsi="Times New Roman"/>
          <w:color w:val="000000"/>
          <w:sz w:val="22"/>
        </w:rPr>
        <w:t>.</w:t>
      </w:r>
    </w:p>
    <w:p w14:paraId="0ED8F729" w14:textId="77777777" w:rsidR="00DB4D80" w:rsidRDefault="00000000">
      <w:r>
        <w:rPr>
          <w:rFonts w:ascii="Times New Roman" w:hAnsi="Times New Roman"/>
          <w:color w:val="000000"/>
          <w:sz w:val="22"/>
        </w:rPr>
        <w:t xml:space="preserve">4.7. Factura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aferente</w:t>
      </w:r>
      <w:proofErr w:type="spellEnd"/>
      <w:r>
        <w:rPr>
          <w:rFonts w:ascii="Times New Roman" w:hAnsi="Times New Roman"/>
          <w:color w:val="000000"/>
          <w:sz w:val="22"/>
        </w:rPr>
        <w:t xml:space="preserve"> </w:t>
      </w:r>
      <w:proofErr w:type="spellStart"/>
      <w:r>
        <w:rPr>
          <w:rFonts w:ascii="Times New Roman" w:hAnsi="Times New Roman"/>
          <w:color w:val="000000"/>
          <w:sz w:val="22"/>
        </w:rPr>
        <w:t>mecanismului</w:t>
      </w:r>
      <w:proofErr w:type="spellEnd"/>
      <w:r>
        <w:rPr>
          <w:rFonts w:ascii="Times New Roman" w:hAnsi="Times New Roman"/>
          <w:color w:val="000000"/>
          <w:sz w:val="22"/>
        </w:rPr>
        <w:t xml:space="preserve"> AFM </w:t>
      </w:r>
      <w:proofErr w:type="spellStart"/>
      <w:r>
        <w:rPr>
          <w:rFonts w:ascii="Times New Roman" w:hAnsi="Times New Roman"/>
          <w:color w:val="000000"/>
          <w:sz w:val="22"/>
        </w:rPr>
        <w:t>vor</w:t>
      </w:r>
      <w:proofErr w:type="spellEnd"/>
      <w:r>
        <w:rPr>
          <w:rFonts w:ascii="Times New Roman" w:hAnsi="Times New Roman"/>
          <w:color w:val="000000"/>
          <w:sz w:val="22"/>
        </w:rPr>
        <w:t xml:space="preserve"> </w:t>
      </w:r>
      <w:proofErr w:type="spellStart"/>
      <w:r>
        <w:rPr>
          <w:rFonts w:ascii="Times New Roman" w:hAnsi="Times New Roman"/>
          <w:color w:val="000000"/>
          <w:sz w:val="22"/>
        </w:rPr>
        <w:t>evidenția</w:t>
      </w:r>
      <w:proofErr w:type="spellEnd"/>
      <w:r>
        <w:rPr>
          <w:rFonts w:ascii="Times New Roman" w:hAnsi="Times New Roman"/>
          <w:color w:val="000000"/>
          <w:sz w:val="22"/>
        </w:rPr>
        <w:t xml:space="preserve"> </w:t>
      </w:r>
      <w:proofErr w:type="spellStart"/>
      <w:r>
        <w:rPr>
          <w:rFonts w:ascii="Times New Roman" w:hAnsi="Times New Roman"/>
          <w:color w:val="000000"/>
          <w:sz w:val="22"/>
        </w:rPr>
        <w:t>elementele</w:t>
      </w:r>
      <w:proofErr w:type="spellEnd"/>
      <w:r>
        <w:rPr>
          <w:rFonts w:ascii="Times New Roman" w:hAnsi="Times New Roman"/>
          <w:color w:val="000000"/>
          <w:sz w:val="22"/>
        </w:rPr>
        <w:t xml:space="preserve"> </w:t>
      </w:r>
      <w:proofErr w:type="spellStart"/>
      <w:r>
        <w:rPr>
          <w:rFonts w:ascii="Times New Roman" w:hAnsi="Times New Roman"/>
          <w:color w:val="000000"/>
          <w:sz w:val="22"/>
        </w:rPr>
        <w:t>impuse</w:t>
      </w:r>
      <w:proofErr w:type="spellEnd"/>
      <w:r>
        <w:rPr>
          <w:rFonts w:ascii="Times New Roman" w:hAnsi="Times New Roman"/>
          <w:color w:val="000000"/>
          <w:sz w:val="22"/>
        </w:rPr>
        <w:t xml:space="preserve"> de program, </w:t>
      </w:r>
      <w:proofErr w:type="spellStart"/>
      <w:r>
        <w:rPr>
          <w:rFonts w:ascii="Times New Roman" w:hAnsi="Times New Roman"/>
          <w:color w:val="000000"/>
          <w:sz w:val="22"/>
        </w:rPr>
        <w:t>inclusiv</w:t>
      </w:r>
      <w:proofErr w:type="spellEnd"/>
      <w:r>
        <w:rPr>
          <w:rFonts w:ascii="Times New Roman" w:hAnsi="Times New Roman"/>
          <w:color w:val="000000"/>
          <w:sz w:val="22"/>
        </w:rPr>
        <w:t xml:space="preserve"> </w:t>
      </w:r>
      <w:proofErr w:type="spellStart"/>
      <w:r>
        <w:rPr>
          <w:rFonts w:ascii="Times New Roman" w:hAnsi="Times New Roman"/>
          <w:color w:val="000000"/>
          <w:sz w:val="22"/>
        </w:rPr>
        <w:t>prețul</w:t>
      </w:r>
      <w:proofErr w:type="spellEnd"/>
      <w:r>
        <w:rPr>
          <w:rFonts w:ascii="Times New Roman" w:hAnsi="Times New Roman"/>
          <w:color w:val="000000"/>
          <w:sz w:val="22"/>
        </w:rPr>
        <w:t xml:space="preserve"> de </w:t>
      </w:r>
      <w:proofErr w:type="spellStart"/>
      <w:r>
        <w:rPr>
          <w:rFonts w:ascii="Times New Roman" w:hAnsi="Times New Roman"/>
          <w:color w:val="000000"/>
          <w:sz w:val="22"/>
        </w:rPr>
        <w:t>comercializare</w:t>
      </w:r>
      <w:proofErr w:type="spellEnd"/>
      <w:r>
        <w:rPr>
          <w:rFonts w:ascii="Times New Roman" w:hAnsi="Times New Roman"/>
          <w:color w:val="000000"/>
          <w:sz w:val="22"/>
        </w:rPr>
        <w:t xml:space="preserve"> al </w:t>
      </w:r>
      <w:proofErr w:type="spellStart"/>
      <w:r>
        <w:rPr>
          <w:rFonts w:ascii="Times New Roman" w:hAnsi="Times New Roman"/>
          <w:color w:val="000000"/>
          <w:sz w:val="22"/>
        </w:rPr>
        <w:t>fiecărui</w:t>
      </w:r>
      <w:proofErr w:type="spellEnd"/>
      <w:r>
        <w:rPr>
          <w:rFonts w:ascii="Times New Roman" w:hAnsi="Times New Roman"/>
          <w:color w:val="000000"/>
          <w:sz w:val="22"/>
        </w:rPr>
        <w:t xml:space="preserve"> </w:t>
      </w:r>
      <w:proofErr w:type="spellStart"/>
      <w:r>
        <w:rPr>
          <w:rFonts w:ascii="Times New Roman" w:hAnsi="Times New Roman"/>
          <w:color w:val="000000"/>
          <w:sz w:val="22"/>
        </w:rPr>
        <w:t>autovehicul</w:t>
      </w:r>
      <w:proofErr w:type="spellEnd"/>
      <w:r>
        <w:rPr>
          <w:rFonts w:ascii="Times New Roman" w:hAnsi="Times New Roman"/>
          <w:color w:val="000000"/>
          <w:sz w:val="22"/>
        </w:rPr>
        <w:t xml:space="preserve">, </w:t>
      </w:r>
      <w:proofErr w:type="spellStart"/>
      <w:r>
        <w:rPr>
          <w:rFonts w:ascii="Times New Roman" w:hAnsi="Times New Roman"/>
          <w:color w:val="000000"/>
          <w:sz w:val="22"/>
        </w:rPr>
        <w:t>valoarea</w:t>
      </w:r>
      <w:proofErr w:type="spellEnd"/>
      <w:r>
        <w:rPr>
          <w:rFonts w:ascii="Times New Roman" w:hAnsi="Times New Roman"/>
          <w:color w:val="000000"/>
          <w:sz w:val="22"/>
        </w:rPr>
        <w:t xml:space="preserve"> </w:t>
      </w:r>
      <w:proofErr w:type="spellStart"/>
      <w:r>
        <w:rPr>
          <w:rFonts w:ascii="Times New Roman" w:hAnsi="Times New Roman"/>
          <w:color w:val="000000"/>
          <w:sz w:val="22"/>
        </w:rPr>
        <w:t>ecotichetului</w:t>
      </w:r>
      <w:proofErr w:type="spellEnd"/>
      <w:r>
        <w:rPr>
          <w:rFonts w:ascii="Times New Roman" w:hAnsi="Times New Roman"/>
          <w:color w:val="000000"/>
          <w:sz w:val="22"/>
        </w:rPr>
        <w:t xml:space="preserve"> </w:t>
      </w:r>
      <w:proofErr w:type="spellStart"/>
      <w:r>
        <w:rPr>
          <w:rFonts w:ascii="Times New Roman" w:hAnsi="Times New Roman"/>
          <w:color w:val="000000"/>
          <w:sz w:val="22"/>
        </w:rPr>
        <w:t>aplicat</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diferența</w:t>
      </w:r>
      <w:proofErr w:type="spellEnd"/>
      <w:r>
        <w:rPr>
          <w:rFonts w:ascii="Times New Roman" w:hAnsi="Times New Roman"/>
          <w:color w:val="000000"/>
          <w:sz w:val="22"/>
        </w:rPr>
        <w:t xml:space="preserve"> de </w:t>
      </w:r>
      <w:proofErr w:type="spellStart"/>
      <w:r>
        <w:rPr>
          <w:rFonts w:ascii="Times New Roman" w:hAnsi="Times New Roman"/>
          <w:color w:val="000000"/>
          <w:sz w:val="22"/>
        </w:rPr>
        <w:t>plată</w:t>
      </w:r>
      <w:proofErr w:type="spellEnd"/>
      <w:r>
        <w:rPr>
          <w:rFonts w:ascii="Times New Roman" w:hAnsi="Times New Roman"/>
          <w:color w:val="000000"/>
          <w:sz w:val="22"/>
        </w:rPr>
        <w:t xml:space="preserve"> </w:t>
      </w:r>
      <w:proofErr w:type="spellStart"/>
      <w:r>
        <w:rPr>
          <w:rFonts w:ascii="Times New Roman" w:hAnsi="Times New Roman"/>
          <w:color w:val="000000"/>
          <w:sz w:val="22"/>
        </w:rPr>
        <w:t>suportată</w:t>
      </w:r>
      <w:proofErr w:type="spellEnd"/>
      <w:r>
        <w:rPr>
          <w:rFonts w:ascii="Times New Roman" w:hAnsi="Times New Roman"/>
          <w:color w:val="000000"/>
          <w:sz w:val="22"/>
        </w:rPr>
        <w:t xml:space="preserve"> de </w:t>
      </w:r>
      <w:proofErr w:type="spellStart"/>
      <w:r>
        <w:rPr>
          <w:rFonts w:ascii="Times New Roman" w:hAnsi="Times New Roman"/>
          <w:color w:val="000000"/>
          <w:sz w:val="22"/>
        </w:rPr>
        <w:t>Autoritatea</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contractantă</w:t>
      </w:r>
      <w:proofErr w:type="spellEnd"/>
      <w:r>
        <w:rPr>
          <w:rFonts w:ascii="Times New Roman" w:hAnsi="Times New Roman"/>
          <w:color w:val="000000"/>
          <w:sz w:val="22"/>
        </w:rPr>
        <w:t xml:space="preserve">, </w:t>
      </w:r>
      <w:proofErr w:type="spellStart"/>
      <w:r>
        <w:rPr>
          <w:rFonts w:ascii="Times New Roman" w:hAnsi="Times New Roman"/>
          <w:color w:val="000000"/>
          <w:sz w:val="22"/>
        </w:rPr>
        <w:t>după</w:t>
      </w:r>
      <w:proofErr w:type="spellEnd"/>
      <w:r>
        <w:rPr>
          <w:rFonts w:ascii="Times New Roman" w:hAnsi="Times New Roman"/>
          <w:color w:val="000000"/>
          <w:sz w:val="22"/>
        </w:rPr>
        <w:t xml:space="preserve"> </w:t>
      </w:r>
      <w:proofErr w:type="spellStart"/>
      <w:r>
        <w:rPr>
          <w:rFonts w:ascii="Times New Roman" w:hAnsi="Times New Roman"/>
          <w:color w:val="000000"/>
          <w:sz w:val="22"/>
        </w:rPr>
        <w:t>caz</w:t>
      </w:r>
      <w:proofErr w:type="spellEnd"/>
      <w:r>
        <w:rPr>
          <w:rFonts w:ascii="Times New Roman" w:hAnsi="Times New Roman"/>
          <w:color w:val="000000"/>
          <w:sz w:val="22"/>
        </w:rPr>
        <w:t xml:space="preserve">. </w:t>
      </w:r>
      <w:proofErr w:type="spellStart"/>
      <w:r>
        <w:rPr>
          <w:rFonts w:ascii="Times New Roman" w:hAnsi="Times New Roman"/>
          <w:color w:val="000000"/>
          <w:sz w:val="22"/>
        </w:rPr>
        <w:t>Structura</w:t>
      </w:r>
      <w:proofErr w:type="spellEnd"/>
      <w:r>
        <w:rPr>
          <w:rFonts w:ascii="Times New Roman" w:hAnsi="Times New Roman"/>
          <w:color w:val="000000"/>
          <w:sz w:val="22"/>
        </w:rPr>
        <w:t xml:space="preserve"> </w:t>
      </w:r>
      <w:proofErr w:type="spellStart"/>
      <w:r>
        <w:rPr>
          <w:rFonts w:ascii="Times New Roman" w:hAnsi="Times New Roman"/>
          <w:color w:val="000000"/>
          <w:sz w:val="22"/>
        </w:rPr>
        <w:t>surselor</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nu </w:t>
      </w:r>
      <w:proofErr w:type="spellStart"/>
      <w:r>
        <w:rPr>
          <w:rFonts w:ascii="Times New Roman" w:hAnsi="Times New Roman"/>
          <w:color w:val="000000"/>
          <w:sz w:val="22"/>
        </w:rPr>
        <w:t>modifică</w:t>
      </w:r>
      <w:proofErr w:type="spellEnd"/>
      <w:r>
        <w:rPr>
          <w:rFonts w:ascii="Times New Roman" w:hAnsi="Times New Roman"/>
          <w:color w:val="000000"/>
          <w:sz w:val="22"/>
        </w:rPr>
        <w:t xml:space="preserve"> </w:t>
      </w:r>
      <w:proofErr w:type="spellStart"/>
      <w:r>
        <w:rPr>
          <w:rFonts w:ascii="Times New Roman" w:hAnsi="Times New Roman"/>
          <w:color w:val="000000"/>
          <w:sz w:val="22"/>
        </w:rPr>
        <w:t>prețul</w:t>
      </w:r>
      <w:proofErr w:type="spellEnd"/>
      <w:r>
        <w:rPr>
          <w:rFonts w:ascii="Times New Roman" w:hAnsi="Times New Roman"/>
          <w:color w:val="000000"/>
          <w:sz w:val="22"/>
        </w:rPr>
        <w:t xml:space="preserve"> contractual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nici</w:t>
      </w:r>
      <w:proofErr w:type="spellEnd"/>
      <w:r>
        <w:rPr>
          <w:rFonts w:ascii="Times New Roman" w:hAnsi="Times New Roman"/>
          <w:color w:val="000000"/>
          <w:sz w:val="22"/>
        </w:rPr>
        <w:t xml:space="preserve"> </w:t>
      </w:r>
      <w:proofErr w:type="spellStart"/>
      <w:r>
        <w:rPr>
          <w:rFonts w:ascii="Times New Roman" w:hAnsi="Times New Roman"/>
          <w:color w:val="000000"/>
          <w:sz w:val="22"/>
        </w:rPr>
        <w:t>obligațiile</w:t>
      </w:r>
      <w:proofErr w:type="spellEnd"/>
      <w:r>
        <w:rPr>
          <w:rFonts w:ascii="Times New Roman" w:hAnsi="Times New Roman"/>
          <w:color w:val="000000"/>
          <w:sz w:val="22"/>
        </w:rPr>
        <w:t xml:space="preserve"> de </w:t>
      </w:r>
      <w:proofErr w:type="spellStart"/>
      <w:r>
        <w:rPr>
          <w:rFonts w:ascii="Times New Roman" w:hAnsi="Times New Roman"/>
          <w:color w:val="000000"/>
          <w:sz w:val="22"/>
        </w:rPr>
        <w:t>furnizare</w:t>
      </w:r>
      <w:proofErr w:type="spellEnd"/>
      <w:r>
        <w:rPr>
          <w:rFonts w:ascii="Times New Roman" w:hAnsi="Times New Roman"/>
          <w:color w:val="000000"/>
          <w:sz w:val="22"/>
        </w:rPr>
        <w:t xml:space="preserve"> </w:t>
      </w:r>
      <w:proofErr w:type="spellStart"/>
      <w:r>
        <w:rPr>
          <w:rFonts w:ascii="Times New Roman" w:hAnsi="Times New Roman"/>
          <w:color w:val="000000"/>
          <w:sz w:val="22"/>
        </w:rPr>
        <w:t>asumate</w:t>
      </w:r>
      <w:proofErr w:type="spellEnd"/>
      <w:r>
        <w:rPr>
          <w:rFonts w:ascii="Times New Roman" w:hAnsi="Times New Roman"/>
          <w:color w:val="000000"/>
          <w:sz w:val="22"/>
        </w:rPr>
        <w:t>.</w:t>
      </w:r>
    </w:p>
    <w:p w14:paraId="348E96AB" w14:textId="77777777" w:rsidR="00DB4D80" w:rsidRDefault="00000000">
      <w:r>
        <w:rPr>
          <w:rFonts w:ascii="Times New Roman" w:hAnsi="Times New Roman"/>
        </w:rPr>
        <w:t>4.8. Prețul de comercializare al fiecărui autoturism trebuie să respecte cumulativ condițiile de eligibilitate prevăzute în documentația de atribuire și în Programul AFM, plafonul legal de 35.000 euro inclusiv TVA/autoturism și plafonul financiar al prezentei achiziții de maximum 131.000,00 lei cu TVA/autoturism, stabilit prin documentele de fundamentare. Prețul total al Contractului nu poate depăși valoarea estimată de 324.793,39 lei fără TVA, respectiv 393.000,00 lei cu TVA la cota de 21% avută în vedere la fundamentare. Orice cost suplimentar obligatoriu necesar conformității sau eligibilității, care nu a fost inclus în oferta financiară, rămâne în sarcina Contractantului.</w:t>
      </w:r>
    </w:p>
    <w:p w14:paraId="5D36EF7E"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5 – DURATA ȘI INTRAREA ÎN VIGOARE</w:t>
      </w:r>
    </w:p>
    <w:p w14:paraId="1F8E98A8"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5.1.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intră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vigoare</w:t>
      </w:r>
      <w:proofErr w:type="spellEnd"/>
      <w:r w:rsidRPr="004B020D">
        <w:rPr>
          <w:rFonts w:ascii="Times New Roman" w:hAnsi="Times New Roman" w:cs="Times New Roman"/>
          <w:color w:val="000000"/>
          <w:sz w:val="22"/>
          <w:szCs w:val="24"/>
        </w:rPr>
        <w:t xml:space="preserve"> la data </w:t>
      </w:r>
      <w:proofErr w:type="spellStart"/>
      <w:r w:rsidRPr="004B020D">
        <w:rPr>
          <w:rFonts w:ascii="Times New Roman" w:hAnsi="Times New Roman" w:cs="Times New Roman"/>
          <w:color w:val="000000"/>
          <w:sz w:val="22"/>
          <w:szCs w:val="24"/>
        </w:rPr>
        <w:t>semnării</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către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ambele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Părți</w:t>
      </w:r>
      <w:proofErr w:type="spellEnd"/>
      <w:r w:rsidRPr="004B020D">
        <w:rPr>
          <w:rFonts w:ascii="Times New Roman" w:hAnsi="Times New Roman" w:cs="Times New Roman"/>
          <w:color w:val="000000"/>
          <w:sz w:val="22"/>
          <w:szCs w:val="24"/>
        </w:rPr>
        <w:t>.</w:t>
      </w:r>
    </w:p>
    <w:p w14:paraId="3C831D61" w14:textId="77777777" w:rsidR="00B57445" w:rsidRPr="004B020D" w:rsidRDefault="002941E6">
      <w:pPr>
        <w:ind w:left="369" w:hanging="369"/>
        <w:rPr>
          <w:rFonts w:ascii="Times New Roman" w:hAnsi="Times New Roman" w:cs="Times New Roman"/>
          <w:sz w:val="24"/>
          <w:szCs w:val="24"/>
        </w:rPr>
      </w:pP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r>
        <w:rPr>
          <w:rFonts w:ascii="Times New Roman" w:hAnsi="Times New Roman"/>
          <w:b/>
          <w:color w:val="000000"/>
          <w:sz w:val="22"/>
        </w:rPr>
        <w:t xml:space="preserve">5.2. </w:t>
      </w:r>
      <w:r>
        <w:rPr>
          <w:rFonts w:ascii="Times New Roman" w:hAnsi="Times New Roman"/>
          <w:color w:val="000000"/>
          <w:sz w:val="22"/>
        </w:rPr>
        <w:t>Termenul ferm de livrare și de finalizare a tuturor obligațiilor de predare, facturare și documentare aferente finanțării este de maximum 75 de zile calendaristice de la intrarea în vigoare a Contractului, fără depășirea termenelor aplicabile Programului AFM.</w:t>
      </w:r>
    </w:p>
    <w:p w14:paraId="0D0ADC7F"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lastRenderedPageBreak/>
        <w:t xml:space="preserve">5.3.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produce </w:t>
      </w:r>
      <w:proofErr w:type="spellStart"/>
      <w:r w:rsidRPr="004B020D">
        <w:rPr>
          <w:rFonts w:ascii="Times New Roman" w:hAnsi="Times New Roman" w:cs="Times New Roman"/>
          <w:color w:val="000000"/>
          <w:sz w:val="22"/>
          <w:szCs w:val="24"/>
        </w:rPr>
        <w:t>efecte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până</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îndeplinirea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tuturor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inclusiv</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plata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soluționarea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neconformităților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obligațiile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garanție</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mentenanță</w:t>
      </w:r>
      <w:proofErr w:type="spellEnd"/>
      <w:r w:rsidRPr="004B020D">
        <w:rPr>
          <w:rFonts w:ascii="Times New Roman" w:hAnsi="Times New Roman" w:cs="Times New Roman"/>
          <w:color w:val="000000"/>
          <w:sz w:val="22"/>
          <w:szCs w:val="24"/>
        </w:rPr>
        <w:t xml:space="preserve"> care,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natura lor, </w:t>
      </w:r>
      <w:proofErr w:type="spellStart"/>
      <w:r w:rsidRPr="004B020D">
        <w:rPr>
          <w:rFonts w:ascii="Times New Roman" w:hAnsi="Times New Roman" w:cs="Times New Roman"/>
          <w:color w:val="000000"/>
          <w:sz w:val="22"/>
          <w:szCs w:val="24"/>
        </w:rPr>
        <w:t>supraviețuiesc</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recepției</w:t>
      </w:r>
      <w:proofErr w:type="spellEnd"/>
      <w:r w:rsidRPr="004B020D">
        <w:rPr>
          <w:rFonts w:ascii="Times New Roman" w:hAnsi="Times New Roman" w:cs="Times New Roman"/>
          <w:color w:val="000000"/>
          <w:sz w:val="22"/>
          <w:szCs w:val="24"/>
        </w:rPr>
        <w:t>.</w:t>
      </w:r>
    </w:p>
    <w:p w14:paraId="74B9A7D6"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6 – DOCUMENTELE CONTRACTULUI</w:t>
      </w:r>
    </w:p>
    <w:p w14:paraId="1168A352"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6.1. </w:t>
      </w:r>
      <w:r w:rsidRPr="004B020D">
        <w:rPr>
          <w:rFonts w:ascii="Times New Roman" w:hAnsi="Times New Roman" w:cs="Times New Roman"/>
          <w:color w:val="000000"/>
          <w:sz w:val="22"/>
          <w:szCs w:val="24"/>
        </w:rPr>
        <w:t xml:space="preserve">Fac </w:t>
      </w:r>
      <w:proofErr w:type="spellStart"/>
      <w:r w:rsidRPr="004B020D">
        <w:rPr>
          <w:rFonts w:ascii="Times New Roman" w:hAnsi="Times New Roman" w:cs="Times New Roman"/>
          <w:color w:val="000000"/>
          <w:sz w:val="22"/>
          <w:szCs w:val="24"/>
        </w:rPr>
        <w:t>parte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integrantă</w:t>
      </w:r>
      <w:proofErr w:type="spellEnd"/>
      <w:r w:rsidRPr="004B020D">
        <w:rPr>
          <w:rFonts w:ascii="Times New Roman" w:hAnsi="Times New Roman" w:cs="Times New Roman"/>
          <w:color w:val="000000"/>
          <w:sz w:val="22"/>
          <w:szCs w:val="24"/>
        </w:rPr>
        <w:t xml:space="preserve"> din Contract,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următoarea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ordine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precedență</w:t>
      </w:r>
      <w:proofErr w:type="spellEnd"/>
      <w:r w:rsidRPr="004B020D">
        <w:rPr>
          <w:rFonts w:ascii="Times New Roman" w:hAnsi="Times New Roman" w:cs="Times New Roman"/>
          <w:color w:val="000000"/>
          <w:sz w:val="22"/>
          <w:szCs w:val="24"/>
        </w:rPr>
        <w:t>:</w:t>
      </w:r>
    </w:p>
    <w:p w14:paraId="764E4DE3" w14:textId="77777777" w:rsidR="00B57445" w:rsidRPr="004B020D" w:rsidRDefault="002941E6" w:rsidP="004B020D">
      <w:pPr>
        <w:pStyle w:val="Listparagraf"/>
        <w:numPr>
          <w:ilvl w:val="0"/>
          <w:numId w:val="10"/>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actele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adiționale</w:t>
      </w:r>
      <w:proofErr w:type="spellEnd"/>
      <w:r w:rsidRPr="004B020D">
        <w:rPr>
          <w:rFonts w:ascii="Times New Roman" w:hAnsi="Times New Roman" w:cs="Times New Roman"/>
          <w:color w:val="000000"/>
          <w:sz w:val="22"/>
          <w:szCs w:val="24"/>
        </w:rPr>
        <w:t xml:space="preserve"> legal </w:t>
      </w:r>
      <w:proofErr w:type="spellStart"/>
      <w:r w:rsidRPr="004B020D">
        <w:rPr>
          <w:rFonts w:ascii="Times New Roman" w:hAnsi="Times New Roman" w:cs="Times New Roman"/>
          <w:color w:val="000000"/>
          <w:sz w:val="22"/>
          <w:szCs w:val="24"/>
        </w:rPr>
        <w:t>încheiate</w:t>
      </w:r>
      <w:proofErr w:type="spellEnd"/>
      <w:r w:rsidRPr="004B020D">
        <w:rPr>
          <w:rFonts w:ascii="Times New Roman" w:hAnsi="Times New Roman" w:cs="Times New Roman"/>
          <w:color w:val="000000"/>
          <w:sz w:val="22"/>
          <w:szCs w:val="24"/>
        </w:rPr>
        <w:t>;</w:t>
      </w:r>
    </w:p>
    <w:p w14:paraId="350EFA26" w14:textId="77777777" w:rsidR="00B57445" w:rsidRPr="004B020D" w:rsidRDefault="002941E6" w:rsidP="004B020D">
      <w:pPr>
        <w:pStyle w:val="Listparagraf"/>
        <w:numPr>
          <w:ilvl w:val="0"/>
          <w:numId w:val="10"/>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caietul</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sarcini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inclusiv</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clarificările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măsurile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remediere</w:t>
      </w:r>
      <w:proofErr w:type="spellEnd"/>
      <w:r w:rsidRPr="004B020D">
        <w:rPr>
          <w:rFonts w:ascii="Times New Roman" w:hAnsi="Times New Roman" w:cs="Times New Roman"/>
          <w:color w:val="000000"/>
          <w:sz w:val="22"/>
          <w:szCs w:val="24"/>
        </w:rPr>
        <w:t>;</w:t>
      </w:r>
    </w:p>
    <w:p w14:paraId="1A9F40E0" w14:textId="77777777" w:rsidR="00B57445" w:rsidRPr="004B020D" w:rsidRDefault="002941E6" w:rsidP="004B020D">
      <w:pPr>
        <w:pStyle w:val="Listparagraf"/>
        <w:numPr>
          <w:ilvl w:val="0"/>
          <w:numId w:val="10"/>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propunerea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tehnică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răspunsurile</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clarificări</w:t>
      </w:r>
      <w:proofErr w:type="spellEnd"/>
      <w:r w:rsidRPr="004B020D">
        <w:rPr>
          <w:rFonts w:ascii="Times New Roman" w:hAnsi="Times New Roman" w:cs="Times New Roman"/>
          <w:color w:val="000000"/>
          <w:sz w:val="22"/>
          <w:szCs w:val="24"/>
        </w:rPr>
        <w:t>;</w:t>
      </w:r>
    </w:p>
    <w:p w14:paraId="6A888646" w14:textId="77777777" w:rsidR="00B57445" w:rsidRPr="004B020D" w:rsidRDefault="002941E6" w:rsidP="004B020D">
      <w:pPr>
        <w:pStyle w:val="Listparagraf"/>
        <w:numPr>
          <w:ilvl w:val="0"/>
          <w:numId w:val="10"/>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propunerea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financiară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centralizatorul</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prețuri</w:t>
      </w:r>
      <w:proofErr w:type="spellEnd"/>
      <w:r w:rsidRPr="004B020D">
        <w:rPr>
          <w:rFonts w:ascii="Times New Roman" w:hAnsi="Times New Roman" w:cs="Times New Roman"/>
          <w:color w:val="000000"/>
          <w:sz w:val="22"/>
          <w:szCs w:val="24"/>
        </w:rPr>
        <w:t>;</w:t>
      </w:r>
    </w:p>
    <w:p w14:paraId="12940E6A" w14:textId="77777777" w:rsidR="00B57445" w:rsidRPr="004B020D" w:rsidRDefault="002941E6" w:rsidP="004B020D">
      <w:pPr>
        <w:pStyle w:val="Listparagraf"/>
        <w:numPr>
          <w:ilvl w:val="0"/>
          <w:numId w:val="10"/>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graficul</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livrare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implementare</w:t>
      </w:r>
      <w:proofErr w:type="spellEnd"/>
      <w:r w:rsidRPr="004B020D">
        <w:rPr>
          <w:rFonts w:ascii="Times New Roman" w:hAnsi="Times New Roman" w:cs="Times New Roman"/>
          <w:color w:val="000000"/>
          <w:sz w:val="22"/>
          <w:szCs w:val="24"/>
        </w:rPr>
        <w:t>;</w:t>
      </w:r>
    </w:p>
    <w:p w14:paraId="54F9A9F6" w14:textId="77777777" w:rsidR="00B57445" w:rsidRPr="004B020D" w:rsidRDefault="002941E6" w:rsidP="004B020D">
      <w:pPr>
        <w:pStyle w:val="Listparagraf"/>
        <w:numPr>
          <w:ilvl w:val="0"/>
          <w:numId w:val="10"/>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acordul</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asociere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angajamentul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terțului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susținător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contractele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subcontractare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cazul</w:t>
      </w:r>
      <w:proofErr w:type="spellEnd"/>
      <w:r w:rsidRPr="004B020D">
        <w:rPr>
          <w:rFonts w:ascii="Times New Roman" w:hAnsi="Times New Roman" w:cs="Times New Roman"/>
          <w:color w:val="000000"/>
          <w:sz w:val="22"/>
          <w:szCs w:val="24"/>
        </w:rPr>
        <w:t>;</w:t>
      </w:r>
    </w:p>
    <w:p w14:paraId="08FA17B7" w14:textId="77777777" w:rsidR="00B57445" w:rsidRPr="004B020D" w:rsidRDefault="002941E6" w:rsidP="004B020D">
      <w:pPr>
        <w:pStyle w:val="Listparagraf"/>
        <w:numPr>
          <w:ilvl w:val="0"/>
          <w:numId w:val="10"/>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garanția</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bună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execuție</w:t>
      </w:r>
      <w:proofErr w:type="spellEnd"/>
      <w:r w:rsidRPr="004B020D">
        <w:rPr>
          <w:rFonts w:ascii="Times New Roman" w:hAnsi="Times New Roman" w:cs="Times New Roman"/>
          <w:color w:val="000000"/>
          <w:sz w:val="22"/>
          <w:szCs w:val="24"/>
        </w:rPr>
        <w:t>;</w:t>
      </w:r>
    </w:p>
    <w:p w14:paraId="7D6C76AF" w14:textId="77777777" w:rsidR="00B57445" w:rsidRPr="004B020D" w:rsidRDefault="002941E6" w:rsidP="004B020D">
      <w:pPr>
        <w:pStyle w:val="Listparagraf"/>
        <w:numPr>
          <w:ilvl w:val="0"/>
          <w:numId w:val="10"/>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celelalte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documente</w:t>
      </w:r>
      <w:proofErr w:type="spellEnd"/>
      <w:r w:rsidRPr="004B020D">
        <w:rPr>
          <w:rFonts w:ascii="Times New Roman" w:hAnsi="Times New Roman" w:cs="Times New Roman"/>
          <w:color w:val="000000"/>
          <w:sz w:val="22"/>
          <w:szCs w:val="24"/>
        </w:rPr>
        <w:t xml:space="preserve"> ale </w:t>
      </w:r>
      <w:proofErr w:type="spellStart"/>
      <w:r w:rsidRPr="004B020D">
        <w:rPr>
          <w:rFonts w:ascii="Times New Roman" w:hAnsi="Times New Roman" w:cs="Times New Roman"/>
          <w:color w:val="000000"/>
          <w:sz w:val="22"/>
          <w:szCs w:val="24"/>
        </w:rPr>
        <w:t>procedurii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relevante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executării</w:t>
      </w:r>
      <w:proofErr w:type="spellEnd"/>
      <w:r w:rsidRPr="004B020D">
        <w:rPr>
          <w:rFonts w:ascii="Times New Roman" w:hAnsi="Times New Roman" w:cs="Times New Roman"/>
          <w:color w:val="000000"/>
          <w:sz w:val="22"/>
          <w:szCs w:val="24"/>
        </w:rPr>
        <w:t>.</w:t>
      </w:r>
    </w:p>
    <w:p w14:paraId="4512020C"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6.2. </w:t>
      </w:r>
      <w:proofErr w:type="spellStart"/>
      <w:r>
        <w:rPr>
          <w:rFonts w:ascii="Times New Roman" w:hAnsi="Times New Roman"/>
          <w:color w:val="000000"/>
          <w:sz w:val="22"/>
        </w:rPr>
        <w:t>Dacă</w:t>
      </w:r>
      <w:proofErr w:type="spellEnd"/>
      <w:r>
        <w:rPr>
          <w:rFonts w:ascii="Times New Roman" w:hAnsi="Times New Roman"/>
          <w:color w:val="000000"/>
          <w:sz w:val="22"/>
        </w:rPr>
        <w:t xml:space="preserve"> </w:t>
      </w:r>
      <w:proofErr w:type="spellStart"/>
      <w:r>
        <w:rPr>
          <w:rFonts w:ascii="Times New Roman" w:hAnsi="Times New Roman"/>
          <w:color w:val="000000"/>
          <w:sz w:val="22"/>
        </w:rPr>
        <w:t>Oferta</w:t>
      </w:r>
      <w:proofErr w:type="spellEnd"/>
      <w:r>
        <w:rPr>
          <w:rFonts w:ascii="Times New Roman" w:hAnsi="Times New Roman"/>
          <w:color w:val="000000"/>
          <w:sz w:val="22"/>
        </w:rPr>
        <w:t xml:space="preserve"> </w:t>
      </w:r>
      <w:proofErr w:type="spellStart"/>
      <w:r>
        <w:rPr>
          <w:rFonts w:ascii="Times New Roman" w:hAnsi="Times New Roman"/>
          <w:color w:val="000000"/>
          <w:sz w:val="22"/>
        </w:rPr>
        <w:t>conține</w:t>
      </w:r>
      <w:proofErr w:type="spellEnd"/>
      <w:r>
        <w:rPr>
          <w:rFonts w:ascii="Times New Roman" w:hAnsi="Times New Roman"/>
          <w:color w:val="000000"/>
          <w:sz w:val="22"/>
        </w:rPr>
        <w:t xml:space="preserve"> o </w:t>
      </w:r>
      <w:proofErr w:type="spellStart"/>
      <w:r>
        <w:rPr>
          <w:rFonts w:ascii="Times New Roman" w:hAnsi="Times New Roman"/>
          <w:color w:val="000000"/>
          <w:sz w:val="22"/>
        </w:rPr>
        <w:t>prevedere</w:t>
      </w:r>
      <w:proofErr w:type="spellEnd"/>
      <w:r>
        <w:rPr>
          <w:rFonts w:ascii="Times New Roman" w:hAnsi="Times New Roman"/>
          <w:color w:val="000000"/>
          <w:sz w:val="22"/>
        </w:rPr>
        <w:t xml:space="preserve"> </w:t>
      </w:r>
      <w:proofErr w:type="spellStart"/>
      <w:r>
        <w:rPr>
          <w:rFonts w:ascii="Times New Roman" w:hAnsi="Times New Roman"/>
          <w:color w:val="000000"/>
          <w:sz w:val="22"/>
        </w:rPr>
        <w:t>inferioară</w:t>
      </w:r>
      <w:proofErr w:type="spellEnd"/>
      <w:r>
        <w:rPr>
          <w:rFonts w:ascii="Times New Roman" w:hAnsi="Times New Roman"/>
          <w:color w:val="000000"/>
          <w:sz w:val="22"/>
        </w:rPr>
        <w:t xml:space="preserve"> </w:t>
      </w:r>
      <w:proofErr w:type="spellStart"/>
      <w:r>
        <w:rPr>
          <w:rFonts w:ascii="Times New Roman" w:hAnsi="Times New Roman"/>
          <w:color w:val="000000"/>
          <w:sz w:val="22"/>
        </w:rPr>
        <w:t>cerinței</w:t>
      </w:r>
      <w:proofErr w:type="spellEnd"/>
      <w:r>
        <w:rPr>
          <w:rFonts w:ascii="Times New Roman" w:hAnsi="Times New Roman"/>
          <w:color w:val="000000"/>
          <w:sz w:val="22"/>
        </w:rPr>
        <w:t xml:space="preserve"> </w:t>
      </w:r>
      <w:proofErr w:type="spellStart"/>
      <w:r>
        <w:rPr>
          <w:rFonts w:ascii="Times New Roman" w:hAnsi="Times New Roman"/>
          <w:color w:val="000000"/>
          <w:sz w:val="22"/>
        </w:rPr>
        <w:t>minime</w:t>
      </w:r>
      <w:proofErr w:type="spellEnd"/>
      <w:r>
        <w:rPr>
          <w:rFonts w:ascii="Times New Roman" w:hAnsi="Times New Roman"/>
          <w:color w:val="000000"/>
          <w:sz w:val="22"/>
        </w:rPr>
        <w:t xml:space="preserve">, </w:t>
      </w:r>
      <w:proofErr w:type="spellStart"/>
      <w:r>
        <w:rPr>
          <w:rFonts w:ascii="Times New Roman" w:hAnsi="Times New Roman"/>
          <w:color w:val="000000"/>
          <w:sz w:val="22"/>
        </w:rPr>
        <w:t>prevalează</w:t>
      </w:r>
      <w:proofErr w:type="spellEnd"/>
      <w:r>
        <w:rPr>
          <w:rFonts w:ascii="Times New Roman" w:hAnsi="Times New Roman"/>
          <w:color w:val="000000"/>
          <w:sz w:val="22"/>
        </w:rPr>
        <w:t xml:space="preserve"> </w:t>
      </w:r>
      <w:proofErr w:type="spellStart"/>
      <w:r>
        <w:rPr>
          <w:rFonts w:ascii="Times New Roman" w:hAnsi="Times New Roman"/>
          <w:color w:val="000000"/>
          <w:sz w:val="22"/>
        </w:rPr>
        <w:t>caietul</w:t>
      </w:r>
      <w:proofErr w:type="spellEnd"/>
      <w:r>
        <w:rPr>
          <w:rFonts w:ascii="Times New Roman" w:hAnsi="Times New Roman"/>
          <w:color w:val="000000"/>
          <w:sz w:val="22"/>
        </w:rPr>
        <w:t xml:space="preserve"> de </w:t>
      </w:r>
      <w:proofErr w:type="spellStart"/>
      <w:r>
        <w:rPr>
          <w:rFonts w:ascii="Times New Roman" w:hAnsi="Times New Roman"/>
          <w:color w:val="000000"/>
          <w:sz w:val="22"/>
        </w:rPr>
        <w:t>sarcini</w:t>
      </w:r>
      <w:proofErr w:type="spellEnd"/>
      <w:r>
        <w:rPr>
          <w:rFonts w:ascii="Times New Roman" w:hAnsi="Times New Roman"/>
          <w:color w:val="000000"/>
          <w:sz w:val="22"/>
        </w:rPr>
        <w:t xml:space="preserve">; </w:t>
      </w:r>
      <w:proofErr w:type="spellStart"/>
      <w:r>
        <w:rPr>
          <w:rFonts w:ascii="Times New Roman" w:hAnsi="Times New Roman"/>
          <w:color w:val="000000"/>
          <w:sz w:val="22"/>
        </w:rPr>
        <w:t>dacă</w:t>
      </w:r>
      <w:proofErr w:type="spellEnd"/>
      <w:r>
        <w:rPr>
          <w:rFonts w:ascii="Times New Roman" w:hAnsi="Times New Roman"/>
          <w:color w:val="000000"/>
          <w:sz w:val="22"/>
        </w:rPr>
        <w:t xml:space="preserve"> </w:t>
      </w:r>
      <w:proofErr w:type="spellStart"/>
      <w:r>
        <w:rPr>
          <w:rFonts w:ascii="Times New Roman" w:hAnsi="Times New Roman"/>
          <w:color w:val="000000"/>
          <w:sz w:val="22"/>
        </w:rPr>
        <w:t>Oferta</w:t>
      </w:r>
      <w:proofErr w:type="spellEnd"/>
      <w:r>
        <w:rPr>
          <w:rFonts w:ascii="Times New Roman" w:hAnsi="Times New Roman"/>
          <w:color w:val="000000"/>
          <w:sz w:val="22"/>
        </w:rPr>
        <w:t xml:space="preserve"> </w:t>
      </w:r>
      <w:proofErr w:type="spellStart"/>
      <w:r>
        <w:rPr>
          <w:rFonts w:ascii="Times New Roman" w:hAnsi="Times New Roman"/>
          <w:color w:val="000000"/>
          <w:sz w:val="22"/>
        </w:rPr>
        <w:t>conține</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w:t>
      </w:r>
      <w:proofErr w:type="spellEnd"/>
      <w:r>
        <w:rPr>
          <w:rFonts w:ascii="Times New Roman" w:hAnsi="Times New Roman"/>
          <w:color w:val="000000"/>
          <w:sz w:val="22"/>
        </w:rPr>
        <w:t xml:space="preserve"> </w:t>
      </w:r>
      <w:proofErr w:type="spellStart"/>
      <w:r>
        <w:rPr>
          <w:rFonts w:ascii="Times New Roman" w:hAnsi="Times New Roman"/>
          <w:color w:val="000000"/>
          <w:sz w:val="22"/>
        </w:rPr>
        <w:t>superioare</w:t>
      </w:r>
      <w:proofErr w:type="spellEnd"/>
      <w:r>
        <w:rPr>
          <w:rFonts w:ascii="Times New Roman" w:hAnsi="Times New Roman"/>
          <w:color w:val="000000"/>
          <w:sz w:val="22"/>
        </w:rPr>
        <w:t xml:space="preserve"> </w:t>
      </w:r>
      <w:proofErr w:type="spellStart"/>
      <w:r>
        <w:rPr>
          <w:rFonts w:ascii="Times New Roman" w:hAnsi="Times New Roman"/>
          <w:color w:val="000000"/>
          <w:sz w:val="22"/>
        </w:rPr>
        <w:t>cerințelor</w:t>
      </w:r>
      <w:proofErr w:type="spellEnd"/>
      <w:r>
        <w:rPr>
          <w:rFonts w:ascii="Times New Roman" w:hAnsi="Times New Roman"/>
          <w:color w:val="000000"/>
          <w:sz w:val="22"/>
        </w:rPr>
        <w:t xml:space="preserve"> </w:t>
      </w:r>
      <w:proofErr w:type="spellStart"/>
      <w:r>
        <w:rPr>
          <w:rFonts w:ascii="Times New Roman" w:hAnsi="Times New Roman"/>
          <w:color w:val="000000"/>
          <w:sz w:val="22"/>
        </w:rPr>
        <w:t>minime</w:t>
      </w:r>
      <w:proofErr w:type="spellEnd"/>
      <w:r>
        <w:rPr>
          <w:rFonts w:ascii="Times New Roman" w:hAnsi="Times New Roman"/>
          <w:color w:val="000000"/>
          <w:sz w:val="22"/>
        </w:rPr>
        <w:t xml:space="preserve">, </w:t>
      </w:r>
      <w:proofErr w:type="spellStart"/>
      <w:r>
        <w:rPr>
          <w:rFonts w:ascii="Times New Roman" w:hAnsi="Times New Roman"/>
          <w:color w:val="000000"/>
          <w:sz w:val="22"/>
        </w:rPr>
        <w:t>prevalează</w:t>
      </w:r>
      <w:proofErr w:type="spellEnd"/>
      <w:r>
        <w:rPr>
          <w:rFonts w:ascii="Times New Roman" w:hAnsi="Times New Roman"/>
          <w:color w:val="000000"/>
          <w:sz w:val="22"/>
        </w:rPr>
        <w:t xml:space="preserve"> </w:t>
      </w:r>
      <w:proofErr w:type="spellStart"/>
      <w:r>
        <w:rPr>
          <w:rFonts w:ascii="Times New Roman" w:hAnsi="Times New Roman"/>
          <w:color w:val="000000"/>
          <w:sz w:val="22"/>
        </w:rPr>
        <w:t>angajamentul</w:t>
      </w:r>
      <w:proofErr w:type="spellEnd"/>
      <w:r>
        <w:rPr>
          <w:rFonts w:ascii="Times New Roman" w:hAnsi="Times New Roman"/>
          <w:color w:val="000000"/>
          <w:sz w:val="22"/>
        </w:rPr>
        <w:t xml:space="preserve"> superior </w:t>
      </w:r>
      <w:proofErr w:type="spellStart"/>
      <w:r>
        <w:rPr>
          <w:rFonts w:ascii="Times New Roman" w:hAnsi="Times New Roman"/>
          <w:color w:val="000000"/>
          <w:sz w:val="22"/>
        </w:rPr>
        <w:t>asumat</w:t>
      </w:r>
      <w:proofErr w:type="spellEnd"/>
      <w:r>
        <w:rPr>
          <w:rFonts w:ascii="Times New Roman" w:hAnsi="Times New Roman"/>
          <w:color w:val="000000"/>
          <w:sz w:val="22"/>
        </w:rPr>
        <w:t xml:space="preserve"> de </w:t>
      </w:r>
      <w:proofErr w:type="spellStart"/>
      <w:r>
        <w:rPr>
          <w:rFonts w:ascii="Times New Roman" w:hAnsi="Times New Roman"/>
          <w:color w:val="000000"/>
          <w:sz w:val="22"/>
        </w:rPr>
        <w:t>Contractant</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costuri</w:t>
      </w:r>
      <w:proofErr w:type="spellEnd"/>
      <w:r>
        <w:rPr>
          <w:rFonts w:ascii="Times New Roman" w:hAnsi="Times New Roman"/>
          <w:color w:val="000000"/>
          <w:sz w:val="22"/>
        </w:rPr>
        <w:t xml:space="preserve"> </w:t>
      </w:r>
      <w:proofErr w:type="spellStart"/>
      <w:r>
        <w:rPr>
          <w:rFonts w:ascii="Times New Roman" w:hAnsi="Times New Roman"/>
          <w:color w:val="000000"/>
          <w:sz w:val="22"/>
        </w:rPr>
        <w:t>suplimentare</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Autoritate</w:t>
      </w:r>
      <w:proofErr w:type="spellEnd"/>
      <w:r>
        <w:rPr>
          <w:rFonts w:ascii="Times New Roman" w:hAnsi="Times New Roman"/>
          <w:color w:val="000000"/>
          <w:sz w:val="22"/>
        </w:rPr>
        <w:t>.</w:t>
      </w:r>
    </w:p>
    <w:p w14:paraId="5EE5648B"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7 – COMUNICAREA ÎNTRE PĂRȚI</w:t>
      </w:r>
    </w:p>
    <w:p w14:paraId="214F0EB3"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7.1. </w:t>
      </w:r>
      <w:proofErr w:type="spellStart"/>
      <w:r w:rsidRPr="004B020D">
        <w:rPr>
          <w:rFonts w:ascii="Times New Roman" w:hAnsi="Times New Roman" w:cs="Times New Roman"/>
          <w:color w:val="000000"/>
          <w:sz w:val="22"/>
          <w:szCs w:val="24"/>
        </w:rPr>
        <w:t>Comunicările</w:t>
      </w:r>
      <w:proofErr w:type="spellEnd"/>
      <w:r w:rsidRPr="004B020D">
        <w:rPr>
          <w:rFonts w:ascii="Times New Roman" w:hAnsi="Times New Roman" w:cs="Times New Roman"/>
          <w:color w:val="000000"/>
          <w:sz w:val="22"/>
          <w:szCs w:val="24"/>
        </w:rPr>
        <w:t xml:space="preserve"> se fac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scris</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registratură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scrisoare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recomandată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e-mail cu </w:t>
      </w:r>
      <w:proofErr w:type="spellStart"/>
      <w:r w:rsidRPr="004B020D">
        <w:rPr>
          <w:rFonts w:ascii="Times New Roman" w:hAnsi="Times New Roman" w:cs="Times New Roman"/>
          <w:color w:val="000000"/>
          <w:sz w:val="22"/>
          <w:szCs w:val="24"/>
        </w:rPr>
        <w:t>confirmare</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indicarea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numărului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w:t>
      </w:r>
    </w:p>
    <w:tbl>
      <w:tblPr>
        <w:tblStyle w:val="Tabelgril"/>
        <w:tblW w:w="0" w:type="auto"/>
        <w:tblLayout w:type="fixed"/>
        <w:tblLook w:val="04A0" w:firstRow="1" w:lastRow="0" w:firstColumn="1" w:lastColumn="0" w:noHBand="0" w:noVBand="1"/>
      </w:tblPr>
      <w:tblGrid>
        <w:gridCol w:w="2835"/>
        <w:gridCol w:w="6690"/>
      </w:tblGrid>
      <w:tr w:rsidR="00B57445" w:rsidRPr="004B020D" w14:paraId="4B9D28E3" w14:textId="77777777" w:rsidTr="004B020D">
        <w:trPr>
          <w:cantSplit/>
        </w:trPr>
        <w:tc>
          <w:tcPr>
            <w:tcW w:w="2835" w:type="dxa"/>
          </w:tcPr>
          <w:p w14:paraId="70F3B993" w14:textId="77777777" w:rsidR="00B57445" w:rsidRPr="004B020D" w:rsidRDefault="002941E6">
            <w:pPr>
              <w:jc w:val="left"/>
              <w:rPr>
                <w:rFonts w:ascii="Times New Roman" w:hAnsi="Times New Roman" w:cs="Times New Roman"/>
                <w:sz w:val="24"/>
                <w:szCs w:val="24"/>
              </w:rPr>
            </w:pPr>
            <w:proofErr w:type="spellStart"/>
            <w:r w:rsidRPr="004B020D">
              <w:rPr>
                <w:rFonts w:ascii="Times New Roman" w:hAnsi="Times New Roman" w:cs="Times New Roman"/>
                <w:b/>
                <w:color w:val="000000"/>
                <w:szCs w:val="24"/>
              </w:rPr>
              <w:t>Parte</w:t>
            </w:r>
            <w:proofErr w:type="spellEnd"/>
          </w:p>
        </w:tc>
        <w:tc>
          <w:tcPr>
            <w:tcW w:w="6690" w:type="dxa"/>
          </w:tcPr>
          <w:p w14:paraId="5123205B" w14:textId="77777777" w:rsidR="00B57445" w:rsidRPr="004B020D" w:rsidRDefault="002941E6">
            <w:pPr>
              <w:jc w:val="left"/>
              <w:rPr>
                <w:rFonts w:ascii="Times New Roman" w:hAnsi="Times New Roman" w:cs="Times New Roman"/>
                <w:sz w:val="24"/>
                <w:szCs w:val="24"/>
              </w:rPr>
            </w:pPr>
            <w:proofErr w:type="spellStart"/>
            <w:r w:rsidRPr="004B020D">
              <w:rPr>
                <w:rFonts w:ascii="Times New Roman" w:hAnsi="Times New Roman" w:cs="Times New Roman"/>
                <w:b/>
                <w:color w:val="000000"/>
                <w:szCs w:val="24"/>
              </w:rPr>
              <w:t>Adresă</w:t>
            </w:r>
            <w:proofErr w:type="spellEnd"/>
            <w:r w:rsidRPr="004B020D">
              <w:rPr>
                <w:rFonts w:ascii="Times New Roman" w:hAnsi="Times New Roman" w:cs="Times New Roman"/>
                <w:b/>
                <w:color w:val="000000"/>
                <w:szCs w:val="24"/>
              </w:rPr>
              <w:t xml:space="preserve"> / e-mail / </w:t>
            </w:r>
            <w:proofErr w:type="spellStart"/>
            <w:r w:rsidRPr="004B020D">
              <w:rPr>
                <w:rFonts w:ascii="Times New Roman" w:hAnsi="Times New Roman" w:cs="Times New Roman"/>
                <w:b/>
                <w:color w:val="000000"/>
                <w:szCs w:val="24"/>
              </w:rPr>
              <w:t>persoană</w:t>
            </w:r>
            <w:proofErr w:type="spellEnd"/>
            <w:r w:rsidRPr="004B020D">
              <w:rPr>
                <w:rFonts w:ascii="Times New Roman" w:hAnsi="Times New Roman" w:cs="Times New Roman"/>
                <w:b/>
                <w:color w:val="000000"/>
                <w:szCs w:val="24"/>
              </w:rPr>
              <w:t xml:space="preserve"> de contact</w:t>
            </w:r>
          </w:p>
        </w:tc>
      </w:tr>
      <w:tr w:rsidR="00B57445" w:rsidRPr="004B020D" w14:paraId="38169C89" w14:textId="77777777" w:rsidTr="004B020D">
        <w:trPr>
          <w:cantSplit/>
        </w:trPr>
        <w:tc>
          <w:tcPr>
            <w:tcW w:w="2835" w:type="dxa"/>
          </w:tcPr>
          <w:p w14:paraId="67366088"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Autoritatea</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contractantă</w:t>
            </w:r>
            <w:proofErr w:type="spellEnd"/>
          </w:p>
        </w:tc>
        <w:tc>
          <w:tcPr>
            <w:tcW w:w="6690" w:type="dxa"/>
          </w:tcPr>
          <w:p w14:paraId="2C2239F8" w14:textId="77777777" w:rsidR="00DB4D80" w:rsidRDefault="00000000">
            <w:proofErr w:type="spellStart"/>
            <w:r>
              <w:rPr>
                <w:rFonts w:ascii="Times New Roman" w:hAnsi="Times New Roman"/>
                <w:color w:val="000000"/>
              </w:rPr>
              <w:t>Sediu</w:t>
            </w:r>
            <w:proofErr w:type="spellEnd"/>
            <w:r>
              <w:rPr>
                <w:rFonts w:ascii="Times New Roman" w:hAnsi="Times New Roman"/>
                <w:color w:val="000000"/>
              </w:rPr>
              <w:t xml:space="preserve">: U.A.T. </w:t>
            </w:r>
            <w:proofErr w:type="spellStart"/>
            <w:r>
              <w:rPr>
                <w:rFonts w:ascii="Times New Roman" w:hAnsi="Times New Roman"/>
                <w:color w:val="000000"/>
              </w:rPr>
              <w:t>Comuna</w:t>
            </w:r>
            <w:proofErr w:type="spellEnd"/>
            <w:r>
              <w:rPr>
                <w:rFonts w:ascii="Times New Roman" w:hAnsi="Times New Roman"/>
                <w:color w:val="000000"/>
              </w:rPr>
              <w:t xml:space="preserve"> </w:t>
            </w:r>
            <w:proofErr w:type="spellStart"/>
            <w:r>
              <w:rPr>
                <w:rFonts w:ascii="Times New Roman" w:hAnsi="Times New Roman"/>
                <w:color w:val="000000"/>
              </w:rPr>
              <w:t>Căscioarele</w:t>
            </w:r>
            <w:proofErr w:type="spellEnd"/>
            <w:r>
              <w:rPr>
                <w:rFonts w:ascii="Times New Roman" w:hAnsi="Times New Roman"/>
                <w:color w:val="000000"/>
              </w:rPr>
              <w:t xml:space="preserve">, </w:t>
            </w:r>
            <w:proofErr w:type="spellStart"/>
            <w:r>
              <w:rPr>
                <w:rFonts w:ascii="Times New Roman" w:hAnsi="Times New Roman"/>
                <w:color w:val="000000"/>
              </w:rPr>
              <w:t>județul</w:t>
            </w:r>
            <w:proofErr w:type="spellEnd"/>
            <w:r>
              <w:rPr>
                <w:rFonts w:ascii="Times New Roman" w:hAnsi="Times New Roman"/>
                <w:color w:val="000000"/>
              </w:rPr>
              <w:t xml:space="preserve"> </w:t>
            </w:r>
            <w:proofErr w:type="spellStart"/>
            <w:r>
              <w:rPr>
                <w:rFonts w:ascii="Times New Roman" w:hAnsi="Times New Roman"/>
                <w:color w:val="000000"/>
              </w:rPr>
              <w:t>Călărași</w:t>
            </w:r>
            <w:proofErr w:type="spellEnd"/>
            <w:r>
              <w:rPr>
                <w:rFonts w:ascii="Times New Roman" w:hAnsi="Times New Roman"/>
                <w:color w:val="000000"/>
              </w:rPr>
              <w:t xml:space="preserve">, cod </w:t>
            </w:r>
            <w:proofErr w:type="spellStart"/>
            <w:r>
              <w:rPr>
                <w:rFonts w:ascii="Times New Roman" w:hAnsi="Times New Roman"/>
                <w:color w:val="000000"/>
              </w:rPr>
              <w:t>poștal</w:t>
            </w:r>
            <w:proofErr w:type="spellEnd"/>
            <w:r>
              <w:rPr>
                <w:rFonts w:ascii="Times New Roman" w:hAnsi="Times New Roman"/>
                <w:color w:val="000000"/>
              </w:rPr>
              <w:t xml:space="preserve"> 917020</w:t>
            </w:r>
            <w:r>
              <w:rPr>
                <w:rFonts w:ascii="Times New Roman" w:hAnsi="Times New Roman"/>
                <w:color w:val="000000"/>
              </w:rPr>
              <w:br/>
              <w:t>E-mail: primariacascioarele2006@yahoo.com</w:t>
            </w:r>
            <w:r>
              <w:rPr>
                <w:rFonts w:ascii="Times New Roman" w:hAnsi="Times New Roman"/>
                <w:color w:val="000000"/>
              </w:rPr>
              <w:br/>
            </w:r>
            <w:proofErr w:type="spellStart"/>
            <w:r>
              <w:rPr>
                <w:rFonts w:ascii="Times New Roman" w:hAnsi="Times New Roman"/>
                <w:color w:val="000000"/>
              </w:rPr>
              <w:t>Persoană</w:t>
            </w:r>
            <w:proofErr w:type="spellEnd"/>
            <w:r>
              <w:rPr>
                <w:rFonts w:ascii="Times New Roman" w:hAnsi="Times New Roman"/>
                <w:color w:val="000000"/>
              </w:rPr>
              <w:t xml:space="preserve"> de contact: ____________________</w:t>
            </w:r>
          </w:p>
        </w:tc>
      </w:tr>
      <w:tr w:rsidR="00B57445" w:rsidRPr="004B020D" w14:paraId="6E1BD36B" w14:textId="77777777" w:rsidTr="004B020D">
        <w:trPr>
          <w:cantSplit/>
        </w:trPr>
        <w:tc>
          <w:tcPr>
            <w:tcW w:w="2835" w:type="dxa"/>
          </w:tcPr>
          <w:p w14:paraId="56800B82"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Contractant</w:t>
            </w:r>
            <w:proofErr w:type="spellEnd"/>
          </w:p>
        </w:tc>
        <w:tc>
          <w:tcPr>
            <w:tcW w:w="6690" w:type="dxa"/>
          </w:tcPr>
          <w:p w14:paraId="09466EF8"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Sediu</w:t>
            </w:r>
            <w:proofErr w:type="spellEnd"/>
            <w:r w:rsidRPr="004B020D">
              <w:rPr>
                <w:rFonts w:ascii="Times New Roman" w:hAnsi="Times New Roman" w:cs="Times New Roman"/>
                <w:color w:val="000000"/>
                <w:szCs w:val="24"/>
              </w:rPr>
              <w:t>: ____________________</w:t>
            </w:r>
            <w:r w:rsidRPr="004B020D">
              <w:rPr>
                <w:rFonts w:ascii="Times New Roman" w:hAnsi="Times New Roman" w:cs="Times New Roman"/>
                <w:color w:val="000000"/>
                <w:szCs w:val="24"/>
              </w:rPr>
              <w:br/>
              <w:t>E-mail: ____________________</w:t>
            </w:r>
            <w:r w:rsidRPr="004B020D">
              <w:rPr>
                <w:rFonts w:ascii="Times New Roman" w:hAnsi="Times New Roman" w:cs="Times New Roman"/>
                <w:color w:val="000000"/>
                <w:szCs w:val="24"/>
              </w:rPr>
              <w:br/>
            </w:r>
            <w:proofErr w:type="spellStart"/>
            <w:r w:rsidRPr="004B020D">
              <w:rPr>
                <w:rFonts w:ascii="Times New Roman" w:hAnsi="Times New Roman" w:cs="Times New Roman"/>
                <w:color w:val="000000"/>
                <w:szCs w:val="24"/>
              </w:rPr>
              <w:t>Persoană</w:t>
            </w:r>
            <w:proofErr w:type="spellEnd"/>
            <w:r w:rsidRPr="004B020D">
              <w:rPr>
                <w:rFonts w:ascii="Times New Roman" w:hAnsi="Times New Roman" w:cs="Times New Roman"/>
                <w:color w:val="000000"/>
                <w:szCs w:val="24"/>
              </w:rPr>
              <w:t xml:space="preserve"> de contact: ____________________</w:t>
            </w:r>
          </w:p>
        </w:tc>
      </w:tr>
    </w:tbl>
    <w:p w14:paraId="3C8A99F8" w14:textId="77777777" w:rsidR="00B57445" w:rsidRPr="004B020D" w:rsidRDefault="00B57445">
      <w:pPr>
        <w:spacing w:after="20"/>
        <w:rPr>
          <w:rFonts w:ascii="Times New Roman" w:hAnsi="Times New Roman" w:cs="Times New Roman"/>
          <w:sz w:val="24"/>
          <w:szCs w:val="24"/>
        </w:rPr>
      </w:pPr>
    </w:p>
    <w:p w14:paraId="2C41A0BA"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7.2. </w:t>
      </w:r>
      <w:proofErr w:type="spellStart"/>
      <w:r w:rsidRPr="004B020D">
        <w:rPr>
          <w:rFonts w:ascii="Times New Roman" w:hAnsi="Times New Roman" w:cs="Times New Roman"/>
          <w:color w:val="000000"/>
          <w:sz w:val="22"/>
          <w:szCs w:val="24"/>
        </w:rPr>
        <w:t>Modificarea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datelor</w:t>
      </w:r>
      <w:proofErr w:type="spellEnd"/>
      <w:r w:rsidRPr="004B020D">
        <w:rPr>
          <w:rFonts w:ascii="Times New Roman" w:hAnsi="Times New Roman" w:cs="Times New Roman"/>
          <w:color w:val="000000"/>
          <w:sz w:val="22"/>
          <w:szCs w:val="24"/>
        </w:rPr>
        <w:t xml:space="preserve"> de contact produce </w:t>
      </w:r>
      <w:proofErr w:type="spellStart"/>
      <w:r w:rsidRPr="004B020D">
        <w:rPr>
          <w:rFonts w:ascii="Times New Roman" w:hAnsi="Times New Roman" w:cs="Times New Roman"/>
          <w:color w:val="000000"/>
          <w:sz w:val="22"/>
          <w:szCs w:val="24"/>
        </w:rPr>
        <w:t>efecte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după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notificarea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celeilalte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Părți</w:t>
      </w:r>
      <w:proofErr w:type="spellEnd"/>
      <w:r w:rsidRPr="004B020D">
        <w:rPr>
          <w:rFonts w:ascii="Times New Roman" w:hAnsi="Times New Roman" w:cs="Times New Roman"/>
          <w:color w:val="000000"/>
          <w:sz w:val="22"/>
          <w:szCs w:val="24"/>
        </w:rPr>
        <w:t>.</w:t>
      </w:r>
    </w:p>
    <w:p w14:paraId="6CBFCD0B"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8 – GARANȚIA DE BUNĂ EXECUȚIE</w:t>
      </w:r>
    </w:p>
    <w:p w14:paraId="152A1828"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8.1.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constituie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garanția</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bună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execuție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cuantum</w:t>
      </w:r>
      <w:proofErr w:type="spellEnd"/>
      <w:r w:rsidRPr="004B020D">
        <w:rPr>
          <w:rFonts w:ascii="Times New Roman" w:hAnsi="Times New Roman" w:cs="Times New Roman"/>
          <w:color w:val="000000"/>
          <w:sz w:val="22"/>
          <w:szCs w:val="24"/>
        </w:rPr>
        <w:t xml:space="preserve"> de 10% din </w:t>
      </w:r>
      <w:proofErr w:type="spellStart"/>
      <w:r w:rsidRPr="004B020D">
        <w:rPr>
          <w:rFonts w:ascii="Times New Roman" w:hAnsi="Times New Roman" w:cs="Times New Roman"/>
          <w:color w:val="000000"/>
          <w:sz w:val="22"/>
          <w:szCs w:val="24"/>
        </w:rPr>
        <w:t>prețul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TVA, </w:t>
      </w:r>
      <w:proofErr w:type="spellStart"/>
      <w:r w:rsidRPr="004B020D">
        <w:rPr>
          <w:rFonts w:ascii="Times New Roman" w:hAnsi="Times New Roman" w:cs="Times New Roman"/>
          <w:color w:val="000000"/>
          <w:sz w:val="22"/>
          <w:szCs w:val="24"/>
        </w:rPr>
        <w:t>respectiv</w:t>
      </w:r>
      <w:proofErr w:type="spellEnd"/>
      <w:r w:rsidRPr="004B020D">
        <w:rPr>
          <w:rFonts w:ascii="Times New Roman" w:hAnsi="Times New Roman" w:cs="Times New Roman"/>
          <w:color w:val="000000"/>
          <w:sz w:val="22"/>
          <w:szCs w:val="24"/>
        </w:rPr>
        <w:t xml:space="preserve"> __________ lei,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termen de 5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lucrătoare</w:t>
      </w:r>
      <w:proofErr w:type="spellEnd"/>
      <w:r w:rsidRPr="004B020D">
        <w:rPr>
          <w:rFonts w:ascii="Times New Roman" w:hAnsi="Times New Roman" w:cs="Times New Roman"/>
          <w:color w:val="000000"/>
          <w:sz w:val="22"/>
          <w:szCs w:val="24"/>
        </w:rPr>
        <w:t xml:space="preserve"> de la </w:t>
      </w:r>
      <w:proofErr w:type="spellStart"/>
      <w:r w:rsidRPr="004B020D">
        <w:rPr>
          <w:rFonts w:ascii="Times New Roman" w:hAnsi="Times New Roman" w:cs="Times New Roman"/>
          <w:color w:val="000000"/>
          <w:sz w:val="22"/>
          <w:szCs w:val="24"/>
        </w:rPr>
        <w:t>semnare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Termenul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fi </w:t>
      </w:r>
      <w:proofErr w:type="spellStart"/>
      <w:r w:rsidRPr="004B020D">
        <w:rPr>
          <w:rFonts w:ascii="Times New Roman" w:hAnsi="Times New Roman" w:cs="Times New Roman"/>
          <w:color w:val="000000"/>
          <w:sz w:val="22"/>
          <w:szCs w:val="24"/>
        </w:rPr>
        <w:t>prelungit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justificat</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solicitarea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depăși</w:t>
      </w:r>
      <w:proofErr w:type="spellEnd"/>
      <w:r w:rsidRPr="004B020D">
        <w:rPr>
          <w:rFonts w:ascii="Times New Roman" w:hAnsi="Times New Roman" w:cs="Times New Roman"/>
          <w:color w:val="000000"/>
          <w:sz w:val="22"/>
          <w:szCs w:val="24"/>
        </w:rPr>
        <w:t xml:space="preserve"> 15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de la </w:t>
      </w:r>
      <w:proofErr w:type="spellStart"/>
      <w:r w:rsidRPr="004B020D">
        <w:rPr>
          <w:rFonts w:ascii="Times New Roman" w:hAnsi="Times New Roman" w:cs="Times New Roman"/>
          <w:color w:val="000000"/>
          <w:sz w:val="22"/>
          <w:szCs w:val="24"/>
        </w:rPr>
        <w:t>semnare</w:t>
      </w:r>
      <w:proofErr w:type="spellEnd"/>
      <w:r w:rsidRPr="004B020D">
        <w:rPr>
          <w:rFonts w:ascii="Times New Roman" w:hAnsi="Times New Roman" w:cs="Times New Roman"/>
          <w:color w:val="000000"/>
          <w:sz w:val="22"/>
          <w:szCs w:val="24"/>
        </w:rPr>
        <w:t>.</w:t>
      </w:r>
    </w:p>
    <w:p w14:paraId="0AED856F"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8.2. </w:t>
      </w:r>
      <w:proofErr w:type="spellStart"/>
      <w:r w:rsidRPr="004B020D">
        <w:rPr>
          <w:rFonts w:ascii="Times New Roman" w:hAnsi="Times New Roman" w:cs="Times New Roman"/>
          <w:color w:val="000000"/>
          <w:sz w:val="22"/>
          <w:szCs w:val="24"/>
        </w:rPr>
        <w:t>Garanția</w:t>
      </w:r>
      <w:proofErr w:type="spellEnd"/>
      <w:r w:rsidRPr="004B020D">
        <w:rPr>
          <w:rFonts w:ascii="Times New Roman" w:hAnsi="Times New Roman" w:cs="Times New Roman"/>
          <w:color w:val="000000"/>
          <w:sz w:val="22"/>
          <w:szCs w:val="24"/>
        </w:rPr>
        <w:t xml:space="preserve"> se </w:t>
      </w:r>
      <w:proofErr w:type="spellStart"/>
      <w:r w:rsidRPr="004B020D">
        <w:rPr>
          <w:rFonts w:ascii="Times New Roman" w:hAnsi="Times New Roman" w:cs="Times New Roman"/>
          <w:color w:val="000000"/>
          <w:sz w:val="22"/>
          <w:szCs w:val="24"/>
        </w:rPr>
        <w:t>constituie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una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dintre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modalitățile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permise</w:t>
      </w:r>
      <w:proofErr w:type="spellEnd"/>
      <w:r w:rsidRPr="004B020D">
        <w:rPr>
          <w:rFonts w:ascii="Times New Roman" w:hAnsi="Times New Roman" w:cs="Times New Roman"/>
          <w:color w:val="000000"/>
          <w:sz w:val="22"/>
          <w:szCs w:val="24"/>
        </w:rPr>
        <w:t xml:space="preserve"> de Legea nr. 98/2016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HG nr. 395/2016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rămâne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valabilă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până</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îndeplinirea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garantate</w:t>
      </w:r>
      <w:proofErr w:type="spellEnd"/>
      <w:r w:rsidRPr="004B020D">
        <w:rPr>
          <w:rFonts w:ascii="Times New Roman" w:hAnsi="Times New Roman" w:cs="Times New Roman"/>
          <w:color w:val="000000"/>
          <w:sz w:val="22"/>
          <w:szCs w:val="24"/>
        </w:rPr>
        <w:t>.</w:t>
      </w:r>
    </w:p>
    <w:p w14:paraId="5524B110"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8.3. </w:t>
      </w:r>
      <w:proofErr w:type="spellStart"/>
      <w:r w:rsidRPr="004B020D">
        <w:rPr>
          <w:rFonts w:ascii="Times New Roman" w:hAnsi="Times New Roman" w:cs="Times New Roman"/>
          <w:color w:val="000000"/>
          <w:sz w:val="22"/>
          <w:szCs w:val="24"/>
        </w:rPr>
        <w:t>Autoritatea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formula </w:t>
      </w:r>
      <w:proofErr w:type="spellStart"/>
      <w:r w:rsidRPr="004B020D">
        <w:rPr>
          <w:rFonts w:ascii="Times New Roman" w:hAnsi="Times New Roman" w:cs="Times New Roman"/>
          <w:color w:val="000000"/>
          <w:sz w:val="22"/>
          <w:szCs w:val="24"/>
        </w:rPr>
        <w:t>pretenții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asupra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garanției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limita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prejudiciului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după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notificarea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emitentului</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indicarea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încălcate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modului</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calcul</w:t>
      </w:r>
      <w:proofErr w:type="spellEnd"/>
      <w:r w:rsidRPr="004B020D">
        <w:rPr>
          <w:rFonts w:ascii="Times New Roman" w:hAnsi="Times New Roman" w:cs="Times New Roman"/>
          <w:color w:val="000000"/>
          <w:sz w:val="22"/>
          <w:szCs w:val="24"/>
        </w:rPr>
        <w:t>.</w:t>
      </w:r>
    </w:p>
    <w:p w14:paraId="7BA9A66C"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8.4.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reîntregește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garanția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termen de 5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lucrătoare</w:t>
      </w:r>
      <w:proofErr w:type="spellEnd"/>
      <w:r w:rsidRPr="004B020D">
        <w:rPr>
          <w:rFonts w:ascii="Times New Roman" w:hAnsi="Times New Roman" w:cs="Times New Roman"/>
          <w:color w:val="000000"/>
          <w:sz w:val="22"/>
          <w:szCs w:val="24"/>
        </w:rPr>
        <w:t xml:space="preserve"> de la </w:t>
      </w:r>
      <w:proofErr w:type="spellStart"/>
      <w:r w:rsidRPr="004B020D">
        <w:rPr>
          <w:rFonts w:ascii="Times New Roman" w:hAnsi="Times New Roman" w:cs="Times New Roman"/>
          <w:color w:val="000000"/>
          <w:sz w:val="22"/>
          <w:szCs w:val="24"/>
        </w:rPr>
        <w:t>executarea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ei</w:t>
      </w:r>
      <w:proofErr w:type="spellEnd"/>
      <w:r w:rsidRPr="004B020D">
        <w:rPr>
          <w:rFonts w:ascii="Times New Roman" w:hAnsi="Times New Roman" w:cs="Times New Roman"/>
          <w:color w:val="000000"/>
          <w:sz w:val="22"/>
          <w:szCs w:val="24"/>
        </w:rPr>
        <w:t>.</w:t>
      </w:r>
    </w:p>
    <w:p w14:paraId="366287DA"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8.5. </w:t>
      </w:r>
      <w:proofErr w:type="spellStart"/>
      <w:r w:rsidRPr="004B020D">
        <w:rPr>
          <w:rFonts w:ascii="Times New Roman" w:hAnsi="Times New Roman" w:cs="Times New Roman"/>
          <w:color w:val="000000"/>
          <w:sz w:val="22"/>
          <w:szCs w:val="24"/>
        </w:rPr>
        <w:t>Restituirea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garanției</w:t>
      </w:r>
      <w:proofErr w:type="spellEnd"/>
      <w:r w:rsidRPr="004B020D">
        <w:rPr>
          <w:rFonts w:ascii="Times New Roman" w:hAnsi="Times New Roman" w:cs="Times New Roman"/>
          <w:color w:val="000000"/>
          <w:sz w:val="22"/>
          <w:szCs w:val="24"/>
        </w:rPr>
        <w:t xml:space="preserve"> se face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termen de 14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de la </w:t>
      </w:r>
      <w:proofErr w:type="spellStart"/>
      <w:r w:rsidRPr="004B020D">
        <w:rPr>
          <w:rFonts w:ascii="Times New Roman" w:hAnsi="Times New Roman" w:cs="Times New Roman"/>
          <w:color w:val="000000"/>
          <w:sz w:val="22"/>
          <w:szCs w:val="24"/>
        </w:rPr>
        <w:t>îndeplinirea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asumate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Autoritatea</w:t>
      </w:r>
      <w:proofErr w:type="spellEnd"/>
      <w:r w:rsidRPr="004B020D">
        <w:rPr>
          <w:rFonts w:ascii="Times New Roman" w:hAnsi="Times New Roman" w:cs="Times New Roman"/>
          <w:color w:val="000000"/>
          <w:sz w:val="22"/>
          <w:szCs w:val="24"/>
        </w:rPr>
        <w:t xml:space="preserve"> nu a </w:t>
      </w:r>
      <w:proofErr w:type="spellStart"/>
      <w:r w:rsidRPr="004B020D">
        <w:rPr>
          <w:rFonts w:ascii="Times New Roman" w:hAnsi="Times New Roman" w:cs="Times New Roman"/>
          <w:color w:val="000000"/>
          <w:sz w:val="22"/>
          <w:szCs w:val="24"/>
        </w:rPr>
        <w:t>formulat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pretenții</w:t>
      </w:r>
      <w:proofErr w:type="spellEnd"/>
      <w:r w:rsidRPr="004B020D">
        <w:rPr>
          <w:rFonts w:ascii="Times New Roman" w:hAnsi="Times New Roman" w:cs="Times New Roman"/>
          <w:color w:val="000000"/>
          <w:sz w:val="22"/>
          <w:szCs w:val="24"/>
        </w:rPr>
        <w:t>.</w:t>
      </w:r>
    </w:p>
    <w:p w14:paraId="7D029188"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9 – GRAFICUL ȘI CONDIȚIILE DE LIVRARE</w:t>
      </w:r>
    </w:p>
    <w:p w14:paraId="6695F85A"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9.1.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maximum 5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lucrătoare</w:t>
      </w:r>
      <w:proofErr w:type="spellEnd"/>
      <w:r w:rsidRPr="004B020D">
        <w:rPr>
          <w:rFonts w:ascii="Times New Roman" w:hAnsi="Times New Roman" w:cs="Times New Roman"/>
          <w:color w:val="000000"/>
          <w:sz w:val="22"/>
          <w:szCs w:val="24"/>
        </w:rPr>
        <w:t xml:space="preserve"> de la </w:t>
      </w:r>
      <w:proofErr w:type="spellStart"/>
      <w:r w:rsidRPr="004B020D">
        <w:rPr>
          <w:rFonts w:ascii="Times New Roman" w:hAnsi="Times New Roman" w:cs="Times New Roman"/>
          <w:color w:val="000000"/>
          <w:sz w:val="22"/>
          <w:szCs w:val="24"/>
        </w:rPr>
        <w:t>semnare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transmite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graficul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actualizat</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livrare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implementare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încadrat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termenul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ferm</w:t>
      </w:r>
      <w:proofErr w:type="spellEnd"/>
      <w:r w:rsidRPr="004B020D">
        <w:rPr>
          <w:rFonts w:ascii="Times New Roman" w:hAnsi="Times New Roman" w:cs="Times New Roman"/>
          <w:color w:val="000000"/>
          <w:sz w:val="22"/>
          <w:szCs w:val="24"/>
        </w:rPr>
        <w:t xml:space="preserve"> de 75 de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w:t>
      </w:r>
    </w:p>
    <w:p w14:paraId="22658EE8"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9.2. </w:t>
      </w:r>
      <w:proofErr w:type="spellStart"/>
      <w:r>
        <w:rPr>
          <w:rFonts w:ascii="Times New Roman" w:hAnsi="Times New Roman"/>
          <w:color w:val="000000"/>
          <w:sz w:val="22"/>
        </w:rPr>
        <w:t>Livrarea</w:t>
      </w:r>
      <w:proofErr w:type="spellEnd"/>
      <w:r>
        <w:rPr>
          <w:rFonts w:ascii="Times New Roman" w:hAnsi="Times New Roman"/>
          <w:color w:val="000000"/>
          <w:sz w:val="22"/>
        </w:rPr>
        <w:t xml:space="preserve"> se </w:t>
      </w:r>
      <w:proofErr w:type="spellStart"/>
      <w:r>
        <w:rPr>
          <w:rFonts w:ascii="Times New Roman" w:hAnsi="Times New Roman"/>
          <w:color w:val="000000"/>
          <w:sz w:val="22"/>
        </w:rPr>
        <w:t>efectuează</w:t>
      </w:r>
      <w:proofErr w:type="spellEnd"/>
      <w:r>
        <w:rPr>
          <w:rFonts w:ascii="Times New Roman" w:hAnsi="Times New Roman"/>
          <w:color w:val="000000"/>
          <w:sz w:val="22"/>
        </w:rPr>
        <w:t xml:space="preserve"> la </w:t>
      </w:r>
      <w:proofErr w:type="spellStart"/>
      <w:r>
        <w:rPr>
          <w:rFonts w:ascii="Times New Roman" w:hAnsi="Times New Roman"/>
          <w:color w:val="000000"/>
          <w:sz w:val="22"/>
        </w:rPr>
        <w:t>sediul</w:t>
      </w:r>
      <w:proofErr w:type="spellEnd"/>
      <w:r>
        <w:rPr>
          <w:rFonts w:ascii="Times New Roman" w:hAnsi="Times New Roman"/>
          <w:color w:val="000000"/>
          <w:sz w:val="22"/>
        </w:rPr>
        <w:t xml:space="preserve"> U.A.T. </w:t>
      </w:r>
      <w:proofErr w:type="spellStart"/>
      <w:r>
        <w:rPr>
          <w:rFonts w:ascii="Times New Roman" w:hAnsi="Times New Roman"/>
          <w:color w:val="000000"/>
          <w:sz w:val="22"/>
        </w:rPr>
        <w:t>Comuna</w:t>
      </w:r>
      <w:proofErr w:type="spellEnd"/>
      <w:r>
        <w:rPr>
          <w:rFonts w:ascii="Times New Roman" w:hAnsi="Times New Roman"/>
          <w:color w:val="000000"/>
          <w:sz w:val="22"/>
        </w:rPr>
        <w:t xml:space="preserve"> </w:t>
      </w:r>
      <w:proofErr w:type="spellStart"/>
      <w:r>
        <w:rPr>
          <w:rFonts w:ascii="Times New Roman" w:hAnsi="Times New Roman"/>
          <w:color w:val="000000"/>
          <w:sz w:val="22"/>
        </w:rPr>
        <w:t>Căscioarele</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la o </w:t>
      </w:r>
      <w:proofErr w:type="spellStart"/>
      <w:r>
        <w:rPr>
          <w:rFonts w:ascii="Times New Roman" w:hAnsi="Times New Roman"/>
          <w:color w:val="000000"/>
          <w:sz w:val="22"/>
        </w:rPr>
        <w:t>altă</w:t>
      </w:r>
      <w:proofErr w:type="spellEnd"/>
      <w:r>
        <w:rPr>
          <w:rFonts w:ascii="Times New Roman" w:hAnsi="Times New Roman"/>
          <w:color w:val="000000"/>
          <w:sz w:val="22"/>
        </w:rPr>
        <w:t xml:space="preserve"> </w:t>
      </w:r>
      <w:proofErr w:type="spellStart"/>
      <w:r>
        <w:rPr>
          <w:rFonts w:ascii="Times New Roman" w:hAnsi="Times New Roman"/>
          <w:color w:val="000000"/>
          <w:sz w:val="22"/>
        </w:rPr>
        <w:t>locație</w:t>
      </w:r>
      <w:proofErr w:type="spellEnd"/>
      <w:r>
        <w:rPr>
          <w:rFonts w:ascii="Times New Roman" w:hAnsi="Times New Roman"/>
          <w:color w:val="000000"/>
          <w:sz w:val="22"/>
        </w:rPr>
        <w:t xml:space="preserve"> </w:t>
      </w:r>
      <w:proofErr w:type="spellStart"/>
      <w:r>
        <w:rPr>
          <w:rFonts w:ascii="Times New Roman" w:hAnsi="Times New Roman"/>
          <w:color w:val="000000"/>
          <w:sz w:val="22"/>
        </w:rPr>
        <w:t>indicată</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scris</w:t>
      </w:r>
      <w:proofErr w:type="spellEnd"/>
      <w:r>
        <w:rPr>
          <w:rFonts w:ascii="Times New Roman" w:hAnsi="Times New Roman"/>
          <w:color w:val="000000"/>
          <w:sz w:val="22"/>
        </w:rPr>
        <w:t xml:space="preserve"> de </w:t>
      </w:r>
      <w:proofErr w:type="spellStart"/>
      <w:r>
        <w:rPr>
          <w:rFonts w:ascii="Times New Roman" w:hAnsi="Times New Roman"/>
          <w:color w:val="000000"/>
          <w:sz w:val="22"/>
        </w:rPr>
        <w:t>Autoritate</w:t>
      </w:r>
      <w:proofErr w:type="spellEnd"/>
      <w:r>
        <w:rPr>
          <w:rFonts w:ascii="Times New Roman" w:hAnsi="Times New Roman"/>
          <w:color w:val="000000"/>
          <w:sz w:val="22"/>
        </w:rPr>
        <w:t xml:space="preserve">, pe </w:t>
      </w:r>
      <w:proofErr w:type="spellStart"/>
      <w:r>
        <w:rPr>
          <w:rFonts w:ascii="Times New Roman" w:hAnsi="Times New Roman"/>
          <w:color w:val="000000"/>
          <w:sz w:val="22"/>
        </w:rPr>
        <w:t>teritoriul</w:t>
      </w:r>
      <w:proofErr w:type="spellEnd"/>
      <w:r>
        <w:rPr>
          <w:rFonts w:ascii="Times New Roman" w:hAnsi="Times New Roman"/>
          <w:color w:val="000000"/>
          <w:sz w:val="22"/>
        </w:rPr>
        <w:t xml:space="preserve"> </w:t>
      </w:r>
      <w:proofErr w:type="spellStart"/>
      <w:r>
        <w:rPr>
          <w:rFonts w:ascii="Times New Roman" w:hAnsi="Times New Roman"/>
          <w:color w:val="000000"/>
          <w:sz w:val="22"/>
        </w:rPr>
        <w:t>județului</w:t>
      </w:r>
      <w:proofErr w:type="spellEnd"/>
      <w:r>
        <w:rPr>
          <w:rFonts w:ascii="Times New Roman" w:hAnsi="Times New Roman"/>
          <w:color w:val="000000"/>
          <w:sz w:val="22"/>
        </w:rPr>
        <w:t xml:space="preserve"> </w:t>
      </w:r>
      <w:proofErr w:type="spellStart"/>
      <w:r>
        <w:rPr>
          <w:rFonts w:ascii="Times New Roman" w:hAnsi="Times New Roman"/>
          <w:color w:val="000000"/>
          <w:sz w:val="22"/>
        </w:rPr>
        <w:t>Călărași</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cost </w:t>
      </w:r>
      <w:proofErr w:type="spellStart"/>
      <w:r>
        <w:rPr>
          <w:rFonts w:ascii="Times New Roman" w:hAnsi="Times New Roman"/>
          <w:color w:val="000000"/>
          <w:sz w:val="22"/>
        </w:rPr>
        <w:t>suplimentar</w:t>
      </w:r>
      <w:proofErr w:type="spellEnd"/>
      <w:r>
        <w:rPr>
          <w:rFonts w:ascii="Times New Roman" w:hAnsi="Times New Roman"/>
          <w:color w:val="000000"/>
          <w:sz w:val="22"/>
        </w:rPr>
        <w:t>.</w:t>
      </w:r>
    </w:p>
    <w:p w14:paraId="2D281793"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9.3. </w:t>
      </w:r>
      <w:proofErr w:type="spellStart"/>
      <w:r>
        <w:rPr>
          <w:rFonts w:ascii="Times New Roman" w:hAnsi="Times New Roman"/>
          <w:color w:val="000000"/>
          <w:sz w:val="22"/>
        </w:rPr>
        <w:t>Riscul</w:t>
      </w:r>
      <w:proofErr w:type="spellEnd"/>
      <w:r>
        <w:rPr>
          <w:rFonts w:ascii="Times New Roman" w:hAnsi="Times New Roman"/>
          <w:color w:val="000000"/>
          <w:sz w:val="22"/>
        </w:rPr>
        <w:t xml:space="preserve"> </w:t>
      </w:r>
      <w:proofErr w:type="spellStart"/>
      <w:r>
        <w:rPr>
          <w:rFonts w:ascii="Times New Roman" w:hAnsi="Times New Roman"/>
          <w:color w:val="000000"/>
          <w:sz w:val="22"/>
        </w:rPr>
        <w:t>privind</w:t>
      </w:r>
      <w:proofErr w:type="spellEnd"/>
      <w:r>
        <w:rPr>
          <w:rFonts w:ascii="Times New Roman" w:hAnsi="Times New Roman"/>
          <w:color w:val="000000"/>
          <w:sz w:val="22"/>
        </w:rPr>
        <w:t xml:space="preserve"> </w:t>
      </w:r>
      <w:proofErr w:type="spellStart"/>
      <w:r>
        <w:rPr>
          <w:rFonts w:ascii="Times New Roman" w:hAnsi="Times New Roman"/>
          <w:color w:val="000000"/>
          <w:sz w:val="22"/>
        </w:rPr>
        <w:t>Produsele</w:t>
      </w:r>
      <w:proofErr w:type="spellEnd"/>
      <w:r>
        <w:rPr>
          <w:rFonts w:ascii="Times New Roman" w:hAnsi="Times New Roman"/>
          <w:color w:val="000000"/>
          <w:sz w:val="22"/>
        </w:rPr>
        <w:t xml:space="preserve"> </w:t>
      </w:r>
      <w:proofErr w:type="spellStart"/>
      <w:r>
        <w:rPr>
          <w:rFonts w:ascii="Times New Roman" w:hAnsi="Times New Roman"/>
          <w:color w:val="000000"/>
          <w:sz w:val="22"/>
        </w:rPr>
        <w:t>rămâne</w:t>
      </w:r>
      <w:proofErr w:type="spellEnd"/>
      <w:r>
        <w:rPr>
          <w:rFonts w:ascii="Times New Roman" w:hAnsi="Times New Roman"/>
          <w:color w:val="000000"/>
          <w:sz w:val="22"/>
        </w:rPr>
        <w:t xml:space="preserve"> la </w:t>
      </w:r>
      <w:proofErr w:type="spellStart"/>
      <w:r>
        <w:rPr>
          <w:rFonts w:ascii="Times New Roman" w:hAnsi="Times New Roman"/>
          <w:color w:val="000000"/>
          <w:sz w:val="22"/>
        </w:rPr>
        <w:t>Contractant</w:t>
      </w:r>
      <w:proofErr w:type="spellEnd"/>
      <w:r>
        <w:rPr>
          <w:rFonts w:ascii="Times New Roman" w:hAnsi="Times New Roman"/>
          <w:color w:val="000000"/>
          <w:sz w:val="22"/>
        </w:rPr>
        <w:t xml:space="preserve"> </w:t>
      </w:r>
      <w:proofErr w:type="spellStart"/>
      <w:r>
        <w:rPr>
          <w:rFonts w:ascii="Times New Roman" w:hAnsi="Times New Roman"/>
          <w:color w:val="000000"/>
          <w:sz w:val="22"/>
        </w:rPr>
        <w:t>până</w:t>
      </w:r>
      <w:proofErr w:type="spellEnd"/>
      <w:r>
        <w:rPr>
          <w:rFonts w:ascii="Times New Roman" w:hAnsi="Times New Roman"/>
          <w:color w:val="000000"/>
          <w:sz w:val="22"/>
        </w:rPr>
        <w:t xml:space="preserve"> la </w:t>
      </w:r>
      <w:proofErr w:type="spellStart"/>
      <w:r>
        <w:rPr>
          <w:rFonts w:ascii="Times New Roman" w:hAnsi="Times New Roman"/>
          <w:color w:val="000000"/>
          <w:sz w:val="22"/>
        </w:rPr>
        <w:t>recepția</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obiecțiuni</w:t>
      </w:r>
      <w:proofErr w:type="spellEnd"/>
      <w:r>
        <w:rPr>
          <w:rFonts w:ascii="Times New Roman" w:hAnsi="Times New Roman"/>
          <w:color w:val="000000"/>
          <w:sz w:val="22"/>
        </w:rPr>
        <w:t xml:space="preserve">. </w:t>
      </w:r>
      <w:proofErr w:type="spellStart"/>
      <w:r>
        <w:rPr>
          <w:rFonts w:ascii="Times New Roman" w:hAnsi="Times New Roman"/>
          <w:color w:val="000000"/>
          <w:sz w:val="22"/>
        </w:rPr>
        <w:t>Transportul</w:t>
      </w:r>
      <w:proofErr w:type="spellEnd"/>
      <w:r>
        <w:rPr>
          <w:rFonts w:ascii="Times New Roman" w:hAnsi="Times New Roman"/>
          <w:color w:val="000000"/>
          <w:sz w:val="22"/>
        </w:rPr>
        <w:t xml:space="preserve">, </w:t>
      </w:r>
      <w:proofErr w:type="spellStart"/>
      <w:r>
        <w:rPr>
          <w:rFonts w:ascii="Times New Roman" w:hAnsi="Times New Roman"/>
          <w:color w:val="000000"/>
          <w:sz w:val="22"/>
        </w:rPr>
        <w:t>asigurarea</w:t>
      </w:r>
      <w:proofErr w:type="spellEnd"/>
      <w:r>
        <w:rPr>
          <w:rFonts w:ascii="Times New Roman" w:hAnsi="Times New Roman"/>
          <w:color w:val="000000"/>
          <w:sz w:val="22"/>
        </w:rPr>
        <w:t xml:space="preserve">, </w:t>
      </w:r>
      <w:proofErr w:type="spellStart"/>
      <w:r>
        <w:rPr>
          <w:rFonts w:ascii="Times New Roman" w:hAnsi="Times New Roman"/>
          <w:color w:val="000000"/>
          <w:sz w:val="22"/>
        </w:rPr>
        <w:t>pregătirea</w:t>
      </w:r>
      <w:proofErr w:type="spellEnd"/>
      <w:r>
        <w:rPr>
          <w:rFonts w:ascii="Times New Roman" w:hAnsi="Times New Roman"/>
          <w:color w:val="000000"/>
          <w:sz w:val="22"/>
        </w:rPr>
        <w:t xml:space="preserve">, </w:t>
      </w:r>
      <w:proofErr w:type="spellStart"/>
      <w:r>
        <w:rPr>
          <w:rFonts w:ascii="Times New Roman" w:hAnsi="Times New Roman"/>
          <w:color w:val="000000"/>
          <w:sz w:val="22"/>
        </w:rPr>
        <w:t>descărcarea</w:t>
      </w:r>
      <w:proofErr w:type="spellEnd"/>
      <w:r>
        <w:rPr>
          <w:rFonts w:ascii="Times New Roman" w:hAnsi="Times New Roman"/>
          <w:color w:val="000000"/>
          <w:sz w:val="22"/>
        </w:rPr>
        <w:t xml:space="preserve">, </w:t>
      </w:r>
      <w:proofErr w:type="spellStart"/>
      <w:r>
        <w:rPr>
          <w:rFonts w:ascii="Times New Roman" w:hAnsi="Times New Roman"/>
          <w:color w:val="000000"/>
          <w:sz w:val="22"/>
        </w:rPr>
        <w:t>verificarea</w:t>
      </w:r>
      <w:proofErr w:type="spellEnd"/>
      <w:r>
        <w:rPr>
          <w:rFonts w:ascii="Times New Roman" w:hAnsi="Times New Roman"/>
          <w:color w:val="000000"/>
          <w:sz w:val="22"/>
        </w:rPr>
        <w:t xml:space="preserve"> </w:t>
      </w:r>
      <w:proofErr w:type="spellStart"/>
      <w:r>
        <w:rPr>
          <w:rFonts w:ascii="Times New Roman" w:hAnsi="Times New Roman"/>
          <w:color w:val="000000"/>
          <w:sz w:val="22"/>
        </w:rPr>
        <w:t>tehnică</w:t>
      </w:r>
      <w:proofErr w:type="spellEnd"/>
      <w:r>
        <w:rPr>
          <w:rFonts w:ascii="Times New Roman" w:hAnsi="Times New Roman"/>
          <w:color w:val="000000"/>
          <w:sz w:val="22"/>
        </w:rPr>
        <w:t xml:space="preserve"> </w:t>
      </w:r>
      <w:proofErr w:type="spellStart"/>
      <w:r>
        <w:rPr>
          <w:rFonts w:ascii="Times New Roman" w:hAnsi="Times New Roman"/>
          <w:color w:val="000000"/>
          <w:sz w:val="22"/>
        </w:rPr>
        <w:t>înainte</w:t>
      </w:r>
      <w:proofErr w:type="spellEnd"/>
      <w:r>
        <w:rPr>
          <w:rFonts w:ascii="Times New Roman" w:hAnsi="Times New Roman"/>
          <w:color w:val="000000"/>
          <w:sz w:val="22"/>
        </w:rPr>
        <w:t xml:space="preserve"> de </w:t>
      </w:r>
      <w:proofErr w:type="spellStart"/>
      <w:r>
        <w:rPr>
          <w:rFonts w:ascii="Times New Roman" w:hAnsi="Times New Roman"/>
          <w:color w:val="000000"/>
          <w:sz w:val="22"/>
        </w:rPr>
        <w:t>predare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predarea</w:t>
      </w:r>
      <w:proofErr w:type="spellEnd"/>
      <w:r>
        <w:rPr>
          <w:rFonts w:ascii="Times New Roman" w:hAnsi="Times New Roman"/>
          <w:color w:val="000000"/>
          <w:sz w:val="22"/>
        </w:rPr>
        <w:t xml:space="preserve"> sunt </w:t>
      </w:r>
      <w:proofErr w:type="spellStart"/>
      <w:r>
        <w:rPr>
          <w:rFonts w:ascii="Times New Roman" w:hAnsi="Times New Roman"/>
          <w:color w:val="000000"/>
          <w:sz w:val="22"/>
        </w:rPr>
        <w:t>în</w:t>
      </w:r>
      <w:proofErr w:type="spellEnd"/>
      <w:r>
        <w:rPr>
          <w:rFonts w:ascii="Times New Roman" w:hAnsi="Times New Roman"/>
          <w:color w:val="000000"/>
          <w:sz w:val="22"/>
        </w:rPr>
        <w:t xml:space="preserve"> sarcina </w:t>
      </w:r>
      <w:proofErr w:type="spellStart"/>
      <w:r>
        <w:rPr>
          <w:rFonts w:ascii="Times New Roman" w:hAnsi="Times New Roman"/>
          <w:color w:val="000000"/>
          <w:sz w:val="22"/>
        </w:rPr>
        <w:t>Contractantului</w:t>
      </w:r>
      <w:proofErr w:type="spellEnd"/>
      <w:r>
        <w:rPr>
          <w:rFonts w:ascii="Times New Roman" w:hAnsi="Times New Roman"/>
          <w:color w:val="000000"/>
          <w:sz w:val="22"/>
        </w:rPr>
        <w:t>.</w:t>
      </w:r>
    </w:p>
    <w:p w14:paraId="761D2C34"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lastRenderedPageBreak/>
        <w:t xml:space="preserve">9.4. </w:t>
      </w:r>
      <w:proofErr w:type="spellStart"/>
      <w:r w:rsidRPr="004B020D">
        <w:rPr>
          <w:rFonts w:ascii="Times New Roman" w:hAnsi="Times New Roman" w:cs="Times New Roman"/>
          <w:color w:val="000000"/>
          <w:sz w:val="22"/>
          <w:szCs w:val="24"/>
        </w:rPr>
        <w:t>Livrarea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parțială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permisă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acordul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prealabil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scris</w:t>
      </w:r>
      <w:proofErr w:type="spellEnd"/>
      <w:r w:rsidRPr="004B020D">
        <w:rPr>
          <w:rFonts w:ascii="Times New Roman" w:hAnsi="Times New Roman" w:cs="Times New Roman"/>
          <w:color w:val="000000"/>
          <w:sz w:val="22"/>
          <w:szCs w:val="24"/>
        </w:rPr>
        <w:t xml:space="preserve"> al </w:t>
      </w:r>
      <w:proofErr w:type="spellStart"/>
      <w:r w:rsidRPr="004B020D">
        <w:rPr>
          <w:rFonts w:ascii="Times New Roman" w:hAnsi="Times New Roman" w:cs="Times New Roman"/>
          <w:color w:val="000000"/>
          <w:sz w:val="22"/>
          <w:szCs w:val="24"/>
        </w:rPr>
        <w:t>Autorității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prelungirea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termenului</w:t>
      </w:r>
      <w:proofErr w:type="spellEnd"/>
      <w:r w:rsidRPr="004B020D">
        <w:rPr>
          <w:rFonts w:ascii="Times New Roman" w:hAnsi="Times New Roman" w:cs="Times New Roman"/>
          <w:color w:val="000000"/>
          <w:sz w:val="22"/>
          <w:szCs w:val="24"/>
        </w:rPr>
        <w:t xml:space="preserve"> final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a genera </w:t>
      </w:r>
      <w:proofErr w:type="spellStart"/>
      <w:r w:rsidRPr="004B020D">
        <w:rPr>
          <w:rFonts w:ascii="Times New Roman" w:hAnsi="Times New Roman" w:cs="Times New Roman"/>
          <w:color w:val="000000"/>
          <w:sz w:val="22"/>
          <w:szCs w:val="24"/>
        </w:rPr>
        <w:t>obligația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unei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plăți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parțiale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Autoritatea</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acceptă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expres</w:t>
      </w:r>
      <w:proofErr w:type="spellEnd"/>
      <w:r w:rsidRPr="004B020D">
        <w:rPr>
          <w:rFonts w:ascii="Times New Roman" w:hAnsi="Times New Roman" w:cs="Times New Roman"/>
          <w:color w:val="000000"/>
          <w:sz w:val="22"/>
          <w:szCs w:val="24"/>
        </w:rPr>
        <w:t>.</w:t>
      </w:r>
    </w:p>
    <w:p w14:paraId="5835C3DF"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9.5.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notifică</w:t>
      </w:r>
      <w:proofErr w:type="spellEnd"/>
      <w:r w:rsidRPr="004B020D">
        <w:rPr>
          <w:rFonts w:ascii="Times New Roman" w:hAnsi="Times New Roman" w:cs="Times New Roman"/>
          <w:color w:val="000000"/>
          <w:sz w:val="22"/>
          <w:szCs w:val="24"/>
        </w:rPr>
        <w:t xml:space="preserve"> data </w:t>
      </w:r>
      <w:proofErr w:type="spellStart"/>
      <w:r w:rsidRPr="004B020D">
        <w:rPr>
          <w:rFonts w:ascii="Times New Roman" w:hAnsi="Times New Roman" w:cs="Times New Roman"/>
          <w:color w:val="000000"/>
          <w:sz w:val="22"/>
          <w:szCs w:val="24"/>
        </w:rPr>
        <w:t>livrării</w:t>
      </w:r>
      <w:proofErr w:type="spellEnd"/>
      <w:r w:rsidRPr="004B020D">
        <w:rPr>
          <w:rFonts w:ascii="Times New Roman" w:hAnsi="Times New Roman" w:cs="Times New Roman"/>
          <w:color w:val="000000"/>
          <w:sz w:val="22"/>
          <w:szCs w:val="24"/>
        </w:rPr>
        <w:t xml:space="preserve"> cu cel </w:t>
      </w:r>
      <w:proofErr w:type="spellStart"/>
      <w:r w:rsidRPr="004B020D">
        <w:rPr>
          <w:rFonts w:ascii="Times New Roman" w:hAnsi="Times New Roman" w:cs="Times New Roman"/>
          <w:color w:val="000000"/>
          <w:sz w:val="22"/>
          <w:szCs w:val="24"/>
        </w:rPr>
        <w:t>puțin</w:t>
      </w:r>
      <w:proofErr w:type="spellEnd"/>
      <w:r w:rsidRPr="004B020D">
        <w:rPr>
          <w:rFonts w:ascii="Times New Roman" w:hAnsi="Times New Roman" w:cs="Times New Roman"/>
          <w:color w:val="000000"/>
          <w:sz w:val="22"/>
          <w:szCs w:val="24"/>
        </w:rPr>
        <w:t xml:space="preserve"> 3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lucrătoare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înainte</w:t>
      </w:r>
      <w:proofErr w:type="spellEnd"/>
      <w:r w:rsidRPr="004B020D">
        <w:rPr>
          <w:rFonts w:ascii="Times New Roman" w:hAnsi="Times New Roman" w:cs="Times New Roman"/>
          <w:color w:val="000000"/>
          <w:sz w:val="22"/>
          <w:szCs w:val="24"/>
        </w:rPr>
        <w:t>.</w:t>
      </w:r>
    </w:p>
    <w:p w14:paraId="21A81AF4" w14:textId="77777777" w:rsidR="00DB4D80" w:rsidRDefault="00000000">
      <w:r>
        <w:rPr>
          <w:rFonts w:ascii="Times New Roman" w:hAnsi="Times New Roman"/>
          <w:color w:val="000000"/>
          <w:sz w:val="22"/>
        </w:rPr>
        <w:t xml:space="preserve">9.6. La </w:t>
      </w:r>
      <w:proofErr w:type="spellStart"/>
      <w:r>
        <w:rPr>
          <w:rFonts w:ascii="Times New Roman" w:hAnsi="Times New Roman"/>
          <w:color w:val="000000"/>
          <w:sz w:val="22"/>
        </w:rPr>
        <w:t>livrare</w:t>
      </w:r>
      <w:proofErr w:type="spellEnd"/>
      <w:r>
        <w:rPr>
          <w:rFonts w:ascii="Times New Roman" w:hAnsi="Times New Roman"/>
          <w:color w:val="000000"/>
          <w:sz w:val="22"/>
        </w:rPr>
        <w:t xml:space="preserve">, </w:t>
      </w:r>
      <w:proofErr w:type="spellStart"/>
      <w:r>
        <w:rPr>
          <w:rFonts w:ascii="Times New Roman" w:hAnsi="Times New Roman"/>
          <w:color w:val="000000"/>
          <w:sz w:val="22"/>
        </w:rPr>
        <w:t>autovehiculele</w:t>
      </w:r>
      <w:proofErr w:type="spellEnd"/>
      <w:r>
        <w:rPr>
          <w:rFonts w:ascii="Times New Roman" w:hAnsi="Times New Roman"/>
          <w:color w:val="000000"/>
          <w:sz w:val="22"/>
        </w:rPr>
        <w:t xml:space="preserve"> </w:t>
      </w:r>
      <w:proofErr w:type="spellStart"/>
      <w:r>
        <w:rPr>
          <w:rFonts w:ascii="Times New Roman" w:hAnsi="Times New Roman"/>
          <w:color w:val="000000"/>
          <w:sz w:val="22"/>
        </w:rPr>
        <w:t>vor</w:t>
      </w:r>
      <w:proofErr w:type="spellEnd"/>
      <w:r>
        <w:rPr>
          <w:rFonts w:ascii="Times New Roman" w:hAnsi="Times New Roman"/>
          <w:color w:val="000000"/>
          <w:sz w:val="22"/>
        </w:rPr>
        <w:t xml:space="preserve"> fi curate,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defecte</w:t>
      </w:r>
      <w:proofErr w:type="spellEnd"/>
      <w:r>
        <w:rPr>
          <w:rFonts w:ascii="Times New Roman" w:hAnsi="Times New Roman"/>
          <w:color w:val="000000"/>
          <w:sz w:val="22"/>
        </w:rPr>
        <w:t xml:space="preserve">, </w:t>
      </w:r>
      <w:proofErr w:type="spellStart"/>
      <w:r>
        <w:rPr>
          <w:rFonts w:ascii="Times New Roman" w:hAnsi="Times New Roman"/>
          <w:color w:val="000000"/>
          <w:sz w:val="22"/>
        </w:rPr>
        <w:t>avarii</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deteriorări</w:t>
      </w:r>
      <w:proofErr w:type="spellEnd"/>
      <w:r>
        <w:rPr>
          <w:rFonts w:ascii="Times New Roman" w:hAnsi="Times New Roman"/>
          <w:color w:val="000000"/>
          <w:sz w:val="22"/>
        </w:rPr>
        <w:t xml:space="preserve"> </w:t>
      </w:r>
      <w:proofErr w:type="spellStart"/>
      <w:r>
        <w:rPr>
          <w:rFonts w:ascii="Times New Roman" w:hAnsi="Times New Roman"/>
          <w:color w:val="000000"/>
          <w:sz w:val="22"/>
        </w:rPr>
        <w:t>estetice</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funcționale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vor</w:t>
      </w:r>
      <w:proofErr w:type="spellEnd"/>
      <w:r>
        <w:rPr>
          <w:rFonts w:ascii="Times New Roman" w:hAnsi="Times New Roman"/>
          <w:color w:val="000000"/>
          <w:sz w:val="22"/>
        </w:rPr>
        <w:t xml:space="preserve"> </w:t>
      </w:r>
      <w:proofErr w:type="spellStart"/>
      <w:r>
        <w:rPr>
          <w:rFonts w:ascii="Times New Roman" w:hAnsi="Times New Roman"/>
          <w:color w:val="000000"/>
          <w:sz w:val="22"/>
        </w:rPr>
        <w:t>corespunde</w:t>
      </w:r>
      <w:proofErr w:type="spellEnd"/>
      <w:r>
        <w:rPr>
          <w:rFonts w:ascii="Times New Roman" w:hAnsi="Times New Roman"/>
          <w:color w:val="000000"/>
          <w:sz w:val="22"/>
        </w:rPr>
        <w:t xml:space="preserve"> integral </w:t>
      </w:r>
      <w:proofErr w:type="spellStart"/>
      <w:r>
        <w:rPr>
          <w:rFonts w:ascii="Times New Roman" w:hAnsi="Times New Roman"/>
          <w:color w:val="000000"/>
          <w:sz w:val="22"/>
        </w:rPr>
        <w:t>configurației</w:t>
      </w:r>
      <w:proofErr w:type="spellEnd"/>
      <w:r>
        <w:rPr>
          <w:rFonts w:ascii="Times New Roman" w:hAnsi="Times New Roman"/>
          <w:color w:val="000000"/>
          <w:sz w:val="22"/>
        </w:rPr>
        <w:t xml:space="preserve"> </w:t>
      </w:r>
      <w:proofErr w:type="spellStart"/>
      <w:r>
        <w:rPr>
          <w:rFonts w:ascii="Times New Roman" w:hAnsi="Times New Roman"/>
          <w:color w:val="000000"/>
          <w:sz w:val="22"/>
        </w:rPr>
        <w:t>ofertate</w:t>
      </w:r>
      <w:proofErr w:type="spellEnd"/>
      <w:r>
        <w:rPr>
          <w:rFonts w:ascii="Times New Roman" w:hAnsi="Times New Roman"/>
          <w:color w:val="000000"/>
          <w:sz w:val="22"/>
        </w:rPr>
        <w:t xml:space="preserve">. Orice </w:t>
      </w:r>
      <w:proofErr w:type="spellStart"/>
      <w:r>
        <w:rPr>
          <w:rFonts w:ascii="Times New Roman" w:hAnsi="Times New Roman"/>
          <w:color w:val="000000"/>
          <w:sz w:val="22"/>
        </w:rPr>
        <w:t>rulaj</w:t>
      </w:r>
      <w:proofErr w:type="spellEnd"/>
      <w:r>
        <w:rPr>
          <w:rFonts w:ascii="Times New Roman" w:hAnsi="Times New Roman"/>
          <w:color w:val="000000"/>
          <w:sz w:val="22"/>
        </w:rPr>
        <w:t xml:space="preserve"> existent la </w:t>
      </w:r>
      <w:proofErr w:type="spellStart"/>
      <w:r>
        <w:rPr>
          <w:rFonts w:ascii="Times New Roman" w:hAnsi="Times New Roman"/>
          <w:color w:val="000000"/>
          <w:sz w:val="22"/>
        </w:rPr>
        <w:t>predare</w:t>
      </w:r>
      <w:proofErr w:type="spellEnd"/>
      <w:r>
        <w:rPr>
          <w:rFonts w:ascii="Times New Roman" w:hAnsi="Times New Roman"/>
          <w:color w:val="000000"/>
          <w:sz w:val="22"/>
        </w:rPr>
        <w:t xml:space="preserve"> </w:t>
      </w:r>
      <w:proofErr w:type="spellStart"/>
      <w:r>
        <w:rPr>
          <w:rFonts w:ascii="Times New Roman" w:hAnsi="Times New Roman"/>
          <w:color w:val="000000"/>
          <w:sz w:val="22"/>
        </w:rPr>
        <w:t>trebuie</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fie </w:t>
      </w:r>
      <w:proofErr w:type="spellStart"/>
      <w:r>
        <w:rPr>
          <w:rFonts w:ascii="Times New Roman" w:hAnsi="Times New Roman"/>
          <w:color w:val="000000"/>
          <w:sz w:val="22"/>
        </w:rPr>
        <w:t>justificat</w:t>
      </w:r>
      <w:proofErr w:type="spellEnd"/>
      <w:r>
        <w:rPr>
          <w:rFonts w:ascii="Times New Roman" w:hAnsi="Times New Roman"/>
          <w:color w:val="000000"/>
          <w:sz w:val="22"/>
        </w:rPr>
        <w:t xml:space="preserve"> </w:t>
      </w:r>
      <w:proofErr w:type="spellStart"/>
      <w:r>
        <w:rPr>
          <w:rFonts w:ascii="Times New Roman" w:hAnsi="Times New Roman"/>
          <w:color w:val="000000"/>
          <w:sz w:val="22"/>
        </w:rPr>
        <w:t>exclusiv</w:t>
      </w:r>
      <w:proofErr w:type="spellEnd"/>
      <w:r>
        <w:rPr>
          <w:rFonts w:ascii="Times New Roman" w:hAnsi="Times New Roman"/>
          <w:color w:val="000000"/>
          <w:sz w:val="22"/>
        </w:rPr>
        <w:t xml:space="preserve"> de </w:t>
      </w:r>
      <w:proofErr w:type="spellStart"/>
      <w:r>
        <w:rPr>
          <w:rFonts w:ascii="Times New Roman" w:hAnsi="Times New Roman"/>
          <w:color w:val="000000"/>
          <w:sz w:val="22"/>
        </w:rPr>
        <w:t>operațiunile</w:t>
      </w:r>
      <w:proofErr w:type="spellEnd"/>
      <w:r>
        <w:rPr>
          <w:rFonts w:ascii="Times New Roman" w:hAnsi="Times New Roman"/>
          <w:color w:val="000000"/>
          <w:sz w:val="22"/>
        </w:rPr>
        <w:t xml:space="preserve"> </w:t>
      </w:r>
      <w:proofErr w:type="spellStart"/>
      <w:r>
        <w:rPr>
          <w:rFonts w:ascii="Times New Roman" w:hAnsi="Times New Roman"/>
          <w:color w:val="000000"/>
          <w:sz w:val="22"/>
        </w:rPr>
        <w:t>tehnologice</w:t>
      </w:r>
      <w:proofErr w:type="spellEnd"/>
      <w:r>
        <w:rPr>
          <w:rFonts w:ascii="Times New Roman" w:hAnsi="Times New Roman"/>
          <w:color w:val="000000"/>
          <w:sz w:val="22"/>
        </w:rPr>
        <w:t xml:space="preserve">, </w:t>
      </w:r>
      <w:proofErr w:type="spellStart"/>
      <w:r>
        <w:rPr>
          <w:rFonts w:ascii="Times New Roman" w:hAnsi="Times New Roman"/>
          <w:color w:val="000000"/>
          <w:sz w:val="22"/>
        </w:rPr>
        <w:t>logistice</w:t>
      </w:r>
      <w:proofErr w:type="spellEnd"/>
      <w:r>
        <w:rPr>
          <w:rFonts w:ascii="Times New Roman" w:hAnsi="Times New Roman"/>
          <w:color w:val="000000"/>
          <w:sz w:val="22"/>
        </w:rPr>
        <w:t xml:space="preserve">, de transport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livrare</w:t>
      </w:r>
      <w:proofErr w:type="spellEnd"/>
      <w:r>
        <w:rPr>
          <w:rFonts w:ascii="Times New Roman" w:hAnsi="Times New Roman"/>
          <w:color w:val="000000"/>
          <w:sz w:val="22"/>
        </w:rPr>
        <w:t>.</w:t>
      </w:r>
    </w:p>
    <w:p w14:paraId="491ECD6B"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10 – DOCUMENTELE ȘI OPERAȚIUNILE OBLIGATORII LA PREDARE</w:t>
      </w:r>
    </w:p>
    <w:p w14:paraId="3DBB665A"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10.1.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fiecare</w:t>
      </w:r>
      <w:proofErr w:type="spellEnd"/>
      <w:r>
        <w:rPr>
          <w:rFonts w:ascii="Times New Roman" w:hAnsi="Times New Roman"/>
          <w:color w:val="000000"/>
          <w:sz w:val="22"/>
        </w:rPr>
        <w:t xml:space="preserve"> </w:t>
      </w:r>
      <w:proofErr w:type="spellStart"/>
      <w:r>
        <w:rPr>
          <w:rFonts w:ascii="Times New Roman" w:hAnsi="Times New Roman"/>
          <w:color w:val="000000"/>
          <w:sz w:val="22"/>
        </w:rPr>
        <w:t>vehicul</w:t>
      </w:r>
      <w:proofErr w:type="spellEnd"/>
      <w:r>
        <w:rPr>
          <w:rFonts w:ascii="Times New Roman" w:hAnsi="Times New Roman"/>
          <w:color w:val="000000"/>
          <w:sz w:val="22"/>
        </w:rPr>
        <w:t xml:space="preserve"> se </w:t>
      </w:r>
      <w:proofErr w:type="spellStart"/>
      <w:r>
        <w:rPr>
          <w:rFonts w:ascii="Times New Roman" w:hAnsi="Times New Roman"/>
          <w:color w:val="000000"/>
          <w:sz w:val="22"/>
        </w:rPr>
        <w:t>predau</w:t>
      </w:r>
      <w:proofErr w:type="spellEnd"/>
      <w:r>
        <w:rPr>
          <w:rFonts w:ascii="Times New Roman" w:hAnsi="Times New Roman"/>
          <w:color w:val="000000"/>
          <w:sz w:val="22"/>
        </w:rPr>
        <w:t xml:space="preserve">, cel </w:t>
      </w:r>
      <w:proofErr w:type="spellStart"/>
      <w:r>
        <w:rPr>
          <w:rFonts w:ascii="Times New Roman" w:hAnsi="Times New Roman"/>
          <w:color w:val="000000"/>
          <w:sz w:val="22"/>
        </w:rPr>
        <w:t>puțin</w:t>
      </w:r>
      <w:proofErr w:type="spellEnd"/>
      <w:r>
        <w:rPr>
          <w:rFonts w:ascii="Times New Roman" w:hAnsi="Times New Roman"/>
          <w:color w:val="000000"/>
          <w:sz w:val="22"/>
        </w:rPr>
        <w:t xml:space="preserve">: factura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aferente</w:t>
      </w:r>
      <w:proofErr w:type="spellEnd"/>
      <w:r>
        <w:rPr>
          <w:rFonts w:ascii="Times New Roman" w:hAnsi="Times New Roman"/>
          <w:color w:val="000000"/>
          <w:sz w:val="22"/>
        </w:rPr>
        <w:t xml:space="preserve"> RO e-Factura; </w:t>
      </w:r>
      <w:proofErr w:type="spellStart"/>
      <w:r>
        <w:rPr>
          <w:rFonts w:ascii="Times New Roman" w:hAnsi="Times New Roman"/>
          <w:color w:val="000000"/>
          <w:sz w:val="22"/>
        </w:rPr>
        <w:t>certificatul</w:t>
      </w:r>
      <w:proofErr w:type="spellEnd"/>
      <w:r>
        <w:rPr>
          <w:rFonts w:ascii="Times New Roman" w:hAnsi="Times New Roman"/>
          <w:color w:val="000000"/>
          <w:sz w:val="22"/>
        </w:rPr>
        <w:t xml:space="preserve"> de </w:t>
      </w:r>
      <w:proofErr w:type="spellStart"/>
      <w:r>
        <w:rPr>
          <w:rFonts w:ascii="Times New Roman" w:hAnsi="Times New Roman"/>
          <w:color w:val="000000"/>
          <w:sz w:val="22"/>
        </w:rPr>
        <w:t>conformitate</w:t>
      </w:r>
      <w:proofErr w:type="spellEnd"/>
      <w:r>
        <w:rPr>
          <w:rFonts w:ascii="Times New Roman" w:hAnsi="Times New Roman"/>
          <w:color w:val="000000"/>
          <w:sz w:val="22"/>
        </w:rPr>
        <w:t xml:space="preserve"> </w:t>
      </w:r>
      <w:proofErr w:type="spellStart"/>
      <w:r>
        <w:rPr>
          <w:rFonts w:ascii="Times New Roman" w:hAnsi="Times New Roman"/>
          <w:color w:val="000000"/>
          <w:sz w:val="22"/>
        </w:rPr>
        <w:t>european</w:t>
      </w:r>
      <w:proofErr w:type="spellEnd"/>
      <w:r>
        <w:rPr>
          <w:rFonts w:ascii="Times New Roman" w:hAnsi="Times New Roman"/>
          <w:color w:val="000000"/>
          <w:sz w:val="22"/>
        </w:rPr>
        <w:t xml:space="preserve"> (CoC); </w:t>
      </w:r>
      <w:proofErr w:type="spellStart"/>
      <w:r>
        <w:rPr>
          <w:rFonts w:ascii="Times New Roman" w:hAnsi="Times New Roman"/>
          <w:color w:val="000000"/>
          <w:sz w:val="22"/>
        </w:rPr>
        <w:t>cartea</w:t>
      </w:r>
      <w:proofErr w:type="spellEnd"/>
      <w:r>
        <w:rPr>
          <w:rFonts w:ascii="Times New Roman" w:hAnsi="Times New Roman"/>
          <w:color w:val="000000"/>
          <w:sz w:val="22"/>
        </w:rPr>
        <w:t xml:space="preserve"> de </w:t>
      </w:r>
      <w:proofErr w:type="spellStart"/>
      <w:r>
        <w:rPr>
          <w:rFonts w:ascii="Times New Roman" w:hAnsi="Times New Roman"/>
          <w:color w:val="000000"/>
          <w:sz w:val="22"/>
        </w:rPr>
        <w:t>identitate</w:t>
      </w:r>
      <w:proofErr w:type="spellEnd"/>
      <w:r>
        <w:rPr>
          <w:rFonts w:ascii="Times New Roman" w:hAnsi="Times New Roman"/>
          <w:color w:val="000000"/>
          <w:sz w:val="22"/>
        </w:rPr>
        <w:t xml:space="preserve"> a </w:t>
      </w:r>
      <w:proofErr w:type="spellStart"/>
      <w:r>
        <w:rPr>
          <w:rFonts w:ascii="Times New Roman" w:hAnsi="Times New Roman"/>
          <w:color w:val="000000"/>
          <w:sz w:val="22"/>
        </w:rPr>
        <w:t>vehiculului</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necesare</w:t>
      </w:r>
      <w:proofErr w:type="spellEnd"/>
      <w:r>
        <w:rPr>
          <w:rFonts w:ascii="Times New Roman" w:hAnsi="Times New Roman"/>
          <w:color w:val="000000"/>
          <w:sz w:val="22"/>
        </w:rPr>
        <w:t xml:space="preserve"> </w:t>
      </w:r>
      <w:proofErr w:type="spellStart"/>
      <w:r>
        <w:rPr>
          <w:rFonts w:ascii="Times New Roman" w:hAnsi="Times New Roman"/>
          <w:color w:val="000000"/>
          <w:sz w:val="22"/>
        </w:rPr>
        <w:t>emiterii</w:t>
      </w:r>
      <w:proofErr w:type="spellEnd"/>
      <w:r>
        <w:rPr>
          <w:rFonts w:ascii="Times New Roman" w:hAnsi="Times New Roman"/>
          <w:color w:val="000000"/>
          <w:sz w:val="22"/>
        </w:rPr>
        <w:t xml:space="preserve"> </w:t>
      </w:r>
      <w:proofErr w:type="spellStart"/>
      <w:r>
        <w:rPr>
          <w:rFonts w:ascii="Times New Roman" w:hAnsi="Times New Roman"/>
          <w:color w:val="000000"/>
          <w:sz w:val="22"/>
        </w:rPr>
        <w:t>acesteia</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de </w:t>
      </w:r>
      <w:proofErr w:type="spellStart"/>
      <w:r>
        <w:rPr>
          <w:rFonts w:ascii="Times New Roman" w:hAnsi="Times New Roman"/>
          <w:color w:val="000000"/>
          <w:sz w:val="22"/>
        </w:rPr>
        <w:t>omologare</w:t>
      </w:r>
      <w:proofErr w:type="spellEnd"/>
      <w:r>
        <w:rPr>
          <w:rFonts w:ascii="Times New Roman" w:hAnsi="Times New Roman"/>
          <w:color w:val="000000"/>
          <w:sz w:val="22"/>
        </w:rPr>
        <w:t xml:space="preserve">, </w:t>
      </w:r>
      <w:proofErr w:type="spellStart"/>
      <w:r>
        <w:rPr>
          <w:rFonts w:ascii="Times New Roman" w:hAnsi="Times New Roman"/>
          <w:color w:val="000000"/>
          <w:sz w:val="22"/>
        </w:rPr>
        <w:t>identificare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înmatriculare</w:t>
      </w:r>
      <w:proofErr w:type="spellEnd"/>
      <w:r>
        <w:rPr>
          <w:rFonts w:ascii="Times New Roman" w:hAnsi="Times New Roman"/>
          <w:color w:val="000000"/>
          <w:sz w:val="22"/>
        </w:rPr>
        <w:t xml:space="preserve">; </w:t>
      </w:r>
      <w:proofErr w:type="spellStart"/>
      <w:r>
        <w:rPr>
          <w:rFonts w:ascii="Times New Roman" w:hAnsi="Times New Roman"/>
          <w:color w:val="000000"/>
          <w:sz w:val="22"/>
        </w:rPr>
        <w:t>manualul</w:t>
      </w:r>
      <w:proofErr w:type="spellEnd"/>
      <w:r>
        <w:rPr>
          <w:rFonts w:ascii="Times New Roman" w:hAnsi="Times New Roman"/>
          <w:color w:val="000000"/>
          <w:sz w:val="22"/>
        </w:rPr>
        <w:t xml:space="preserve"> de </w:t>
      </w:r>
      <w:proofErr w:type="spellStart"/>
      <w:r>
        <w:rPr>
          <w:rFonts w:ascii="Times New Roman" w:hAnsi="Times New Roman"/>
          <w:color w:val="000000"/>
          <w:sz w:val="22"/>
        </w:rPr>
        <w:t>utilizare</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limba</w:t>
      </w:r>
      <w:proofErr w:type="spellEnd"/>
      <w:r>
        <w:rPr>
          <w:rFonts w:ascii="Times New Roman" w:hAnsi="Times New Roman"/>
          <w:color w:val="000000"/>
          <w:sz w:val="22"/>
        </w:rPr>
        <w:t xml:space="preserve"> </w:t>
      </w:r>
      <w:proofErr w:type="spellStart"/>
      <w:r>
        <w:rPr>
          <w:rFonts w:ascii="Times New Roman" w:hAnsi="Times New Roman"/>
          <w:color w:val="000000"/>
          <w:sz w:val="22"/>
        </w:rPr>
        <w:t>română</w:t>
      </w:r>
      <w:proofErr w:type="spellEnd"/>
      <w:r>
        <w:rPr>
          <w:rFonts w:ascii="Times New Roman" w:hAnsi="Times New Roman"/>
          <w:color w:val="000000"/>
          <w:sz w:val="22"/>
        </w:rPr>
        <w:t xml:space="preserve">; </w:t>
      </w:r>
      <w:proofErr w:type="spellStart"/>
      <w:r>
        <w:rPr>
          <w:rFonts w:ascii="Times New Roman" w:hAnsi="Times New Roman"/>
          <w:color w:val="000000"/>
          <w:sz w:val="22"/>
        </w:rPr>
        <w:t>certificatele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de </w:t>
      </w:r>
      <w:proofErr w:type="spellStart"/>
      <w:r>
        <w:rPr>
          <w:rFonts w:ascii="Times New Roman" w:hAnsi="Times New Roman"/>
          <w:color w:val="000000"/>
          <w:sz w:val="22"/>
        </w:rPr>
        <w:t>garanție</w:t>
      </w:r>
      <w:proofErr w:type="spellEnd"/>
      <w:r>
        <w:rPr>
          <w:rFonts w:ascii="Times New Roman" w:hAnsi="Times New Roman"/>
          <w:color w:val="000000"/>
          <w:sz w:val="22"/>
        </w:rPr>
        <w:t xml:space="preserve">; </w:t>
      </w:r>
      <w:proofErr w:type="spellStart"/>
      <w:r>
        <w:rPr>
          <w:rFonts w:ascii="Times New Roman" w:hAnsi="Times New Roman"/>
          <w:color w:val="000000"/>
          <w:sz w:val="22"/>
        </w:rPr>
        <w:t>planul</w:t>
      </w:r>
      <w:proofErr w:type="spellEnd"/>
      <w:r>
        <w:rPr>
          <w:rFonts w:ascii="Times New Roman" w:hAnsi="Times New Roman"/>
          <w:color w:val="000000"/>
          <w:sz w:val="22"/>
        </w:rPr>
        <w:t xml:space="preserve"> de </w:t>
      </w:r>
      <w:proofErr w:type="spellStart"/>
      <w:r>
        <w:rPr>
          <w:rFonts w:ascii="Times New Roman" w:hAnsi="Times New Roman"/>
          <w:color w:val="000000"/>
          <w:sz w:val="22"/>
        </w:rPr>
        <w:t>întreținere</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tehnice</w:t>
      </w:r>
      <w:proofErr w:type="spellEnd"/>
      <w:r>
        <w:rPr>
          <w:rFonts w:ascii="Times New Roman" w:hAnsi="Times New Roman"/>
          <w:color w:val="000000"/>
          <w:sz w:val="22"/>
        </w:rPr>
        <w:t xml:space="preserve"> </w:t>
      </w:r>
      <w:proofErr w:type="spellStart"/>
      <w:r>
        <w:rPr>
          <w:rFonts w:ascii="Times New Roman" w:hAnsi="Times New Roman"/>
          <w:color w:val="000000"/>
          <w:sz w:val="22"/>
        </w:rPr>
        <w:t>privind</w:t>
      </w:r>
      <w:proofErr w:type="spellEnd"/>
      <w:r>
        <w:rPr>
          <w:rFonts w:ascii="Times New Roman" w:hAnsi="Times New Roman"/>
          <w:color w:val="000000"/>
          <w:sz w:val="22"/>
        </w:rPr>
        <w:t xml:space="preserve"> </w:t>
      </w:r>
      <w:proofErr w:type="spellStart"/>
      <w:r>
        <w:rPr>
          <w:rFonts w:ascii="Times New Roman" w:hAnsi="Times New Roman"/>
          <w:color w:val="000000"/>
          <w:sz w:val="22"/>
        </w:rPr>
        <w:t>sistemul</w:t>
      </w:r>
      <w:proofErr w:type="spellEnd"/>
      <w:r>
        <w:rPr>
          <w:rFonts w:ascii="Times New Roman" w:hAnsi="Times New Roman"/>
          <w:color w:val="000000"/>
          <w:sz w:val="22"/>
        </w:rPr>
        <w:t xml:space="preserve"> de </w:t>
      </w:r>
      <w:proofErr w:type="spellStart"/>
      <w:r>
        <w:rPr>
          <w:rFonts w:ascii="Times New Roman" w:hAnsi="Times New Roman"/>
          <w:color w:val="000000"/>
          <w:sz w:val="22"/>
        </w:rPr>
        <w:t>propulsie</w:t>
      </w:r>
      <w:proofErr w:type="spellEnd"/>
      <w:r>
        <w:rPr>
          <w:rFonts w:ascii="Times New Roman" w:hAnsi="Times New Roman"/>
          <w:color w:val="000000"/>
          <w:sz w:val="22"/>
        </w:rPr>
        <w:t xml:space="preserve"> plug-in </w:t>
      </w:r>
      <w:proofErr w:type="spellStart"/>
      <w:r>
        <w:rPr>
          <w:rFonts w:ascii="Times New Roman" w:hAnsi="Times New Roman"/>
          <w:color w:val="000000"/>
          <w:sz w:val="22"/>
        </w:rPr>
        <w:t>hibrid</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bateria</w:t>
      </w:r>
      <w:proofErr w:type="spellEnd"/>
      <w:r>
        <w:rPr>
          <w:rFonts w:ascii="Times New Roman" w:hAnsi="Times New Roman"/>
          <w:color w:val="000000"/>
          <w:sz w:val="22"/>
        </w:rPr>
        <w:t xml:space="preserve"> de </w:t>
      </w:r>
      <w:proofErr w:type="spellStart"/>
      <w:r>
        <w:rPr>
          <w:rFonts w:ascii="Times New Roman" w:hAnsi="Times New Roman"/>
          <w:color w:val="000000"/>
          <w:sz w:val="22"/>
        </w:rPr>
        <w:t>tracțiune</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oficiale</w:t>
      </w:r>
      <w:proofErr w:type="spellEnd"/>
      <w:r>
        <w:rPr>
          <w:rFonts w:ascii="Times New Roman" w:hAnsi="Times New Roman"/>
          <w:color w:val="000000"/>
          <w:sz w:val="22"/>
        </w:rPr>
        <w:t xml:space="preserve"> din care </w:t>
      </w:r>
      <w:proofErr w:type="spellStart"/>
      <w:r>
        <w:rPr>
          <w:rFonts w:ascii="Times New Roman" w:hAnsi="Times New Roman"/>
          <w:color w:val="000000"/>
          <w:sz w:val="22"/>
        </w:rPr>
        <w:t>rezultă</w:t>
      </w:r>
      <w:proofErr w:type="spellEnd"/>
      <w:r>
        <w:rPr>
          <w:rFonts w:ascii="Times New Roman" w:hAnsi="Times New Roman"/>
          <w:color w:val="000000"/>
          <w:sz w:val="22"/>
        </w:rPr>
        <w:t xml:space="preserve"> </w:t>
      </w:r>
      <w:proofErr w:type="spellStart"/>
      <w:r>
        <w:rPr>
          <w:rFonts w:ascii="Times New Roman" w:hAnsi="Times New Roman"/>
          <w:color w:val="000000"/>
          <w:sz w:val="22"/>
        </w:rPr>
        <w:t>emisiile</w:t>
      </w:r>
      <w:proofErr w:type="spellEnd"/>
      <w:r>
        <w:rPr>
          <w:rFonts w:ascii="Times New Roman" w:hAnsi="Times New Roman"/>
          <w:color w:val="000000"/>
          <w:sz w:val="22"/>
        </w:rPr>
        <w:t xml:space="preserve"> CO₂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autonomia</w:t>
      </w:r>
      <w:proofErr w:type="spellEnd"/>
      <w:r>
        <w:rPr>
          <w:rFonts w:ascii="Times New Roman" w:hAnsi="Times New Roman"/>
          <w:color w:val="000000"/>
          <w:sz w:val="22"/>
        </w:rPr>
        <w:t xml:space="preserve"> </w:t>
      </w:r>
      <w:proofErr w:type="spellStart"/>
      <w:r>
        <w:rPr>
          <w:rFonts w:ascii="Times New Roman" w:hAnsi="Times New Roman"/>
          <w:color w:val="000000"/>
          <w:sz w:val="22"/>
        </w:rPr>
        <w:t>electrică</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regim</w:t>
      </w:r>
      <w:proofErr w:type="spellEnd"/>
      <w:r>
        <w:rPr>
          <w:rFonts w:ascii="Times New Roman" w:hAnsi="Times New Roman"/>
          <w:color w:val="000000"/>
          <w:sz w:val="22"/>
        </w:rPr>
        <w:t xml:space="preserve"> WLTP; </w:t>
      </w:r>
      <w:proofErr w:type="spellStart"/>
      <w:r>
        <w:rPr>
          <w:rFonts w:ascii="Times New Roman" w:hAnsi="Times New Roman"/>
          <w:color w:val="000000"/>
          <w:sz w:val="22"/>
        </w:rPr>
        <w:t>cheile</w:t>
      </w:r>
      <w:proofErr w:type="spellEnd"/>
      <w:r>
        <w:rPr>
          <w:rFonts w:ascii="Times New Roman" w:hAnsi="Times New Roman"/>
          <w:color w:val="000000"/>
          <w:sz w:val="22"/>
        </w:rPr>
        <w:t xml:space="preserve">; </w:t>
      </w:r>
      <w:proofErr w:type="spellStart"/>
      <w:r>
        <w:rPr>
          <w:rFonts w:ascii="Times New Roman" w:hAnsi="Times New Roman"/>
          <w:color w:val="000000"/>
          <w:sz w:val="22"/>
        </w:rPr>
        <w:t>cablul</w:t>
      </w:r>
      <w:proofErr w:type="spellEnd"/>
      <w:r>
        <w:rPr>
          <w:rFonts w:ascii="Times New Roman" w:hAnsi="Times New Roman"/>
          <w:color w:val="000000"/>
          <w:sz w:val="22"/>
        </w:rPr>
        <w:t xml:space="preserve"> de </w:t>
      </w:r>
      <w:proofErr w:type="spellStart"/>
      <w:r>
        <w:rPr>
          <w:rFonts w:ascii="Times New Roman" w:hAnsi="Times New Roman"/>
          <w:color w:val="000000"/>
          <w:sz w:val="22"/>
        </w:rPr>
        <w:t>încărcare</w:t>
      </w:r>
      <w:proofErr w:type="spellEnd"/>
      <w:r>
        <w:rPr>
          <w:rFonts w:ascii="Times New Roman" w:hAnsi="Times New Roman"/>
          <w:color w:val="000000"/>
          <w:sz w:val="22"/>
        </w:rPr>
        <w:t xml:space="preserve"> </w:t>
      </w:r>
      <w:proofErr w:type="spellStart"/>
      <w:r>
        <w:rPr>
          <w:rFonts w:ascii="Times New Roman" w:hAnsi="Times New Roman"/>
          <w:color w:val="000000"/>
          <w:sz w:val="22"/>
        </w:rPr>
        <w:t>corespunzător</w:t>
      </w:r>
      <w:proofErr w:type="spellEnd"/>
      <w:r>
        <w:rPr>
          <w:rFonts w:ascii="Times New Roman" w:hAnsi="Times New Roman"/>
          <w:color w:val="000000"/>
          <w:sz w:val="22"/>
        </w:rPr>
        <w:t xml:space="preserve"> </w:t>
      </w:r>
      <w:proofErr w:type="spellStart"/>
      <w:r>
        <w:rPr>
          <w:rFonts w:ascii="Times New Roman" w:hAnsi="Times New Roman"/>
          <w:color w:val="000000"/>
          <w:sz w:val="22"/>
        </w:rPr>
        <w:t>portului</w:t>
      </w:r>
      <w:proofErr w:type="spellEnd"/>
      <w:r>
        <w:rPr>
          <w:rFonts w:ascii="Times New Roman" w:hAnsi="Times New Roman"/>
          <w:color w:val="000000"/>
          <w:sz w:val="22"/>
        </w:rPr>
        <w:t xml:space="preserve"> </w:t>
      </w:r>
      <w:proofErr w:type="spellStart"/>
      <w:r>
        <w:rPr>
          <w:rFonts w:ascii="Times New Roman" w:hAnsi="Times New Roman"/>
          <w:color w:val="000000"/>
          <w:sz w:val="22"/>
        </w:rPr>
        <w:t>ofertat</w:t>
      </w:r>
      <w:proofErr w:type="spellEnd"/>
      <w:r>
        <w:rPr>
          <w:rFonts w:ascii="Times New Roman" w:hAnsi="Times New Roman"/>
          <w:color w:val="000000"/>
          <w:sz w:val="22"/>
        </w:rPr>
        <w:t xml:space="preserve">; </w:t>
      </w:r>
      <w:proofErr w:type="spellStart"/>
      <w:r>
        <w:rPr>
          <w:rFonts w:ascii="Times New Roman" w:hAnsi="Times New Roman"/>
          <w:color w:val="000000"/>
          <w:sz w:val="22"/>
        </w:rPr>
        <w:t>accesoriile</w:t>
      </w:r>
      <w:proofErr w:type="spellEnd"/>
      <w:r>
        <w:rPr>
          <w:rFonts w:ascii="Times New Roman" w:hAnsi="Times New Roman"/>
          <w:color w:val="000000"/>
          <w:sz w:val="22"/>
        </w:rPr>
        <w:t xml:space="preserve"> </w:t>
      </w:r>
      <w:proofErr w:type="spellStart"/>
      <w:r>
        <w:rPr>
          <w:rFonts w:ascii="Times New Roman" w:hAnsi="Times New Roman"/>
          <w:color w:val="000000"/>
          <w:sz w:val="22"/>
        </w:rPr>
        <w:t>obligatorii</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circulația</w:t>
      </w:r>
      <w:proofErr w:type="spellEnd"/>
      <w:r>
        <w:rPr>
          <w:rFonts w:ascii="Times New Roman" w:hAnsi="Times New Roman"/>
          <w:color w:val="000000"/>
          <w:sz w:val="22"/>
        </w:rPr>
        <w:t xml:space="preserve"> pe </w:t>
      </w:r>
      <w:proofErr w:type="spellStart"/>
      <w:r>
        <w:rPr>
          <w:rFonts w:ascii="Times New Roman" w:hAnsi="Times New Roman"/>
          <w:color w:val="000000"/>
          <w:sz w:val="22"/>
        </w:rPr>
        <w:t>drumurile</w:t>
      </w:r>
      <w:proofErr w:type="spellEnd"/>
      <w:r>
        <w:rPr>
          <w:rFonts w:ascii="Times New Roman" w:hAnsi="Times New Roman"/>
          <w:color w:val="000000"/>
          <w:sz w:val="22"/>
        </w:rPr>
        <w:t xml:space="preserve"> </w:t>
      </w:r>
      <w:proofErr w:type="spellStart"/>
      <w:r>
        <w:rPr>
          <w:rFonts w:ascii="Times New Roman" w:hAnsi="Times New Roman"/>
          <w:color w:val="000000"/>
          <w:sz w:val="22"/>
        </w:rPr>
        <w:t>publice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orice</w:t>
      </w:r>
      <w:proofErr w:type="spellEnd"/>
      <w:r>
        <w:rPr>
          <w:rFonts w:ascii="Times New Roman" w:hAnsi="Times New Roman"/>
          <w:color w:val="000000"/>
          <w:sz w:val="22"/>
        </w:rPr>
        <w:t xml:space="preserve"> </w:t>
      </w:r>
      <w:proofErr w:type="spellStart"/>
      <w:r>
        <w:rPr>
          <w:rFonts w:ascii="Times New Roman" w:hAnsi="Times New Roman"/>
          <w:color w:val="000000"/>
          <w:sz w:val="22"/>
        </w:rPr>
        <w:t>alte</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w:t>
      </w:r>
      <w:proofErr w:type="spellEnd"/>
      <w:r>
        <w:rPr>
          <w:rFonts w:ascii="Times New Roman" w:hAnsi="Times New Roman"/>
          <w:color w:val="000000"/>
          <w:sz w:val="22"/>
        </w:rPr>
        <w:t xml:space="preserve"> </w:t>
      </w:r>
      <w:proofErr w:type="spellStart"/>
      <w:r>
        <w:rPr>
          <w:rFonts w:ascii="Times New Roman" w:hAnsi="Times New Roman"/>
          <w:color w:val="000000"/>
          <w:sz w:val="22"/>
        </w:rPr>
        <w:t>cerute</w:t>
      </w:r>
      <w:proofErr w:type="spellEnd"/>
      <w:r>
        <w:rPr>
          <w:rFonts w:ascii="Times New Roman" w:hAnsi="Times New Roman"/>
          <w:color w:val="000000"/>
          <w:sz w:val="22"/>
        </w:rPr>
        <w:t xml:space="preserve"> de AFM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aplicarea</w:t>
      </w:r>
      <w:proofErr w:type="spellEnd"/>
      <w:r>
        <w:rPr>
          <w:rFonts w:ascii="Times New Roman" w:hAnsi="Times New Roman"/>
          <w:color w:val="000000"/>
          <w:sz w:val="22"/>
        </w:rPr>
        <w:t>/</w:t>
      </w:r>
      <w:proofErr w:type="spellStart"/>
      <w:r>
        <w:rPr>
          <w:rFonts w:ascii="Times New Roman" w:hAnsi="Times New Roman"/>
          <w:color w:val="000000"/>
          <w:sz w:val="22"/>
        </w:rPr>
        <w:t>decontarea</w:t>
      </w:r>
      <w:proofErr w:type="spellEnd"/>
      <w:r>
        <w:rPr>
          <w:rFonts w:ascii="Times New Roman" w:hAnsi="Times New Roman"/>
          <w:color w:val="000000"/>
          <w:sz w:val="22"/>
        </w:rPr>
        <w:t xml:space="preserve"> </w:t>
      </w:r>
      <w:proofErr w:type="spellStart"/>
      <w:r>
        <w:rPr>
          <w:rFonts w:ascii="Times New Roman" w:hAnsi="Times New Roman"/>
          <w:color w:val="000000"/>
          <w:sz w:val="22"/>
        </w:rPr>
        <w:t>ecotichetului</w:t>
      </w:r>
      <w:proofErr w:type="spellEnd"/>
      <w:r>
        <w:rPr>
          <w:rFonts w:ascii="Times New Roman" w:hAnsi="Times New Roman"/>
          <w:color w:val="000000"/>
          <w:sz w:val="22"/>
        </w:rPr>
        <w:t>.</w:t>
      </w:r>
    </w:p>
    <w:p w14:paraId="5952546C"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10.2. </w:t>
      </w:r>
      <w:proofErr w:type="spellStart"/>
      <w:r>
        <w:rPr>
          <w:rFonts w:ascii="Times New Roman" w:hAnsi="Times New Roman"/>
          <w:color w:val="000000"/>
          <w:sz w:val="22"/>
        </w:rPr>
        <w:t>Contractantul</w:t>
      </w:r>
      <w:proofErr w:type="spellEnd"/>
      <w:r>
        <w:rPr>
          <w:rFonts w:ascii="Times New Roman" w:hAnsi="Times New Roman"/>
          <w:color w:val="000000"/>
          <w:sz w:val="22"/>
        </w:rPr>
        <w:t xml:space="preserve"> </w:t>
      </w:r>
      <w:proofErr w:type="spellStart"/>
      <w:r>
        <w:rPr>
          <w:rFonts w:ascii="Times New Roman" w:hAnsi="Times New Roman"/>
          <w:color w:val="000000"/>
          <w:sz w:val="22"/>
        </w:rPr>
        <w:t>va</w:t>
      </w:r>
      <w:proofErr w:type="spellEnd"/>
      <w:r>
        <w:rPr>
          <w:rFonts w:ascii="Times New Roman" w:hAnsi="Times New Roman"/>
          <w:color w:val="000000"/>
          <w:sz w:val="22"/>
        </w:rPr>
        <w:t xml:space="preserve"> </w:t>
      </w:r>
      <w:proofErr w:type="spellStart"/>
      <w:r>
        <w:rPr>
          <w:rFonts w:ascii="Times New Roman" w:hAnsi="Times New Roman"/>
          <w:color w:val="000000"/>
          <w:sz w:val="22"/>
        </w:rPr>
        <w:t>realiza</w:t>
      </w:r>
      <w:proofErr w:type="spellEnd"/>
      <w:r>
        <w:rPr>
          <w:rFonts w:ascii="Times New Roman" w:hAnsi="Times New Roman"/>
          <w:color w:val="000000"/>
          <w:sz w:val="22"/>
        </w:rPr>
        <w:t xml:space="preserve"> </w:t>
      </w:r>
      <w:proofErr w:type="spellStart"/>
      <w:r>
        <w:rPr>
          <w:rFonts w:ascii="Times New Roman" w:hAnsi="Times New Roman"/>
          <w:color w:val="000000"/>
          <w:sz w:val="22"/>
        </w:rPr>
        <w:t>corect</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la termen </w:t>
      </w:r>
      <w:proofErr w:type="spellStart"/>
      <w:r>
        <w:rPr>
          <w:rFonts w:ascii="Times New Roman" w:hAnsi="Times New Roman"/>
          <w:color w:val="000000"/>
          <w:sz w:val="22"/>
        </w:rPr>
        <w:t>toate</w:t>
      </w:r>
      <w:proofErr w:type="spellEnd"/>
      <w:r>
        <w:rPr>
          <w:rFonts w:ascii="Times New Roman" w:hAnsi="Times New Roman"/>
          <w:color w:val="000000"/>
          <w:sz w:val="22"/>
        </w:rPr>
        <w:t xml:space="preserve"> </w:t>
      </w:r>
      <w:proofErr w:type="spellStart"/>
      <w:r>
        <w:rPr>
          <w:rFonts w:ascii="Times New Roman" w:hAnsi="Times New Roman"/>
          <w:color w:val="000000"/>
          <w:sz w:val="22"/>
        </w:rPr>
        <w:t>operațiunile</w:t>
      </w:r>
      <w:proofErr w:type="spellEnd"/>
      <w:r>
        <w:rPr>
          <w:rFonts w:ascii="Times New Roman" w:hAnsi="Times New Roman"/>
          <w:color w:val="000000"/>
          <w:sz w:val="22"/>
        </w:rPr>
        <w:t xml:space="preserve"> care </w:t>
      </w:r>
      <w:proofErr w:type="spellStart"/>
      <w:r>
        <w:rPr>
          <w:rFonts w:ascii="Times New Roman" w:hAnsi="Times New Roman"/>
          <w:color w:val="000000"/>
          <w:sz w:val="22"/>
        </w:rPr>
        <w:t>îi</w:t>
      </w:r>
      <w:proofErr w:type="spellEnd"/>
      <w:r>
        <w:rPr>
          <w:rFonts w:ascii="Times New Roman" w:hAnsi="Times New Roman"/>
          <w:color w:val="000000"/>
          <w:sz w:val="22"/>
        </w:rPr>
        <w:t xml:space="preserve"> </w:t>
      </w:r>
      <w:proofErr w:type="spellStart"/>
      <w:r>
        <w:rPr>
          <w:rFonts w:ascii="Times New Roman" w:hAnsi="Times New Roman"/>
          <w:color w:val="000000"/>
          <w:sz w:val="22"/>
        </w:rPr>
        <w:t>revin</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cadrul</w:t>
      </w:r>
      <w:proofErr w:type="spellEnd"/>
      <w:r>
        <w:rPr>
          <w:rFonts w:ascii="Times New Roman" w:hAnsi="Times New Roman"/>
          <w:color w:val="000000"/>
          <w:sz w:val="22"/>
        </w:rPr>
        <w:t xml:space="preserve"> </w:t>
      </w:r>
      <w:proofErr w:type="spellStart"/>
      <w:r>
        <w:rPr>
          <w:rFonts w:ascii="Times New Roman" w:hAnsi="Times New Roman"/>
          <w:color w:val="000000"/>
          <w:sz w:val="22"/>
        </w:rPr>
        <w:t>Programului</w:t>
      </w:r>
      <w:proofErr w:type="spellEnd"/>
      <w:r>
        <w:rPr>
          <w:rFonts w:ascii="Times New Roman" w:hAnsi="Times New Roman"/>
          <w:color w:val="000000"/>
          <w:sz w:val="22"/>
        </w:rPr>
        <w:t xml:space="preserve"> AFM, </w:t>
      </w:r>
      <w:proofErr w:type="spellStart"/>
      <w:r>
        <w:rPr>
          <w:rFonts w:ascii="Times New Roman" w:hAnsi="Times New Roman"/>
          <w:color w:val="000000"/>
          <w:sz w:val="22"/>
        </w:rPr>
        <w:t>inclusiv</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producătorul</w:t>
      </w:r>
      <w:proofErr w:type="spellEnd"/>
      <w:r>
        <w:rPr>
          <w:rFonts w:ascii="Times New Roman" w:hAnsi="Times New Roman"/>
          <w:color w:val="000000"/>
          <w:sz w:val="22"/>
        </w:rPr>
        <w:t xml:space="preserve"> </w:t>
      </w:r>
      <w:proofErr w:type="spellStart"/>
      <w:r>
        <w:rPr>
          <w:rFonts w:ascii="Times New Roman" w:hAnsi="Times New Roman"/>
          <w:color w:val="000000"/>
          <w:sz w:val="22"/>
        </w:rPr>
        <w:t>validat</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structura</w:t>
      </w:r>
      <w:proofErr w:type="spellEnd"/>
      <w:r>
        <w:rPr>
          <w:rFonts w:ascii="Times New Roman" w:hAnsi="Times New Roman"/>
          <w:color w:val="000000"/>
          <w:sz w:val="22"/>
        </w:rPr>
        <w:t xml:space="preserve"> </w:t>
      </w:r>
      <w:proofErr w:type="spellStart"/>
      <w:r>
        <w:rPr>
          <w:rFonts w:ascii="Times New Roman" w:hAnsi="Times New Roman"/>
          <w:color w:val="000000"/>
          <w:sz w:val="22"/>
        </w:rPr>
        <w:t>autorizată</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care </w:t>
      </w:r>
      <w:proofErr w:type="spellStart"/>
      <w:r>
        <w:rPr>
          <w:rFonts w:ascii="Times New Roman" w:hAnsi="Times New Roman"/>
          <w:color w:val="000000"/>
          <w:sz w:val="22"/>
        </w:rPr>
        <w:t>derulează</w:t>
      </w:r>
      <w:proofErr w:type="spellEnd"/>
      <w:r>
        <w:rPr>
          <w:rFonts w:ascii="Times New Roman" w:hAnsi="Times New Roman"/>
          <w:color w:val="000000"/>
          <w:sz w:val="22"/>
        </w:rPr>
        <w:t xml:space="preserve"> </w:t>
      </w:r>
      <w:proofErr w:type="spellStart"/>
      <w:r>
        <w:rPr>
          <w:rFonts w:ascii="Times New Roman" w:hAnsi="Times New Roman"/>
          <w:color w:val="000000"/>
          <w:sz w:val="22"/>
        </w:rPr>
        <w:t>achiziția</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va</w:t>
      </w:r>
      <w:proofErr w:type="spellEnd"/>
      <w:r>
        <w:rPr>
          <w:rFonts w:ascii="Times New Roman" w:hAnsi="Times New Roman"/>
          <w:color w:val="000000"/>
          <w:sz w:val="22"/>
        </w:rPr>
        <w:t xml:space="preserve"> </w:t>
      </w:r>
      <w:proofErr w:type="spellStart"/>
      <w:r>
        <w:rPr>
          <w:rFonts w:ascii="Times New Roman" w:hAnsi="Times New Roman"/>
          <w:color w:val="000000"/>
          <w:sz w:val="22"/>
        </w:rPr>
        <w:t>pune</w:t>
      </w:r>
      <w:proofErr w:type="spellEnd"/>
      <w:r>
        <w:rPr>
          <w:rFonts w:ascii="Times New Roman" w:hAnsi="Times New Roman"/>
          <w:color w:val="000000"/>
          <w:sz w:val="22"/>
        </w:rPr>
        <w:t xml:space="preserve"> la </w:t>
      </w:r>
      <w:proofErr w:type="spellStart"/>
      <w:r>
        <w:rPr>
          <w:rFonts w:ascii="Times New Roman" w:hAnsi="Times New Roman"/>
          <w:color w:val="000000"/>
          <w:sz w:val="22"/>
        </w:rPr>
        <w:t>dispoziția</w:t>
      </w:r>
      <w:proofErr w:type="spellEnd"/>
      <w:r>
        <w:rPr>
          <w:rFonts w:ascii="Times New Roman" w:hAnsi="Times New Roman"/>
          <w:color w:val="000000"/>
          <w:sz w:val="22"/>
        </w:rPr>
        <w:t xml:space="preserve"> </w:t>
      </w:r>
      <w:proofErr w:type="spellStart"/>
      <w:r>
        <w:rPr>
          <w:rFonts w:ascii="Times New Roman" w:hAnsi="Times New Roman"/>
          <w:color w:val="000000"/>
          <w:sz w:val="22"/>
        </w:rPr>
        <w:t>Autorității</w:t>
      </w:r>
      <w:proofErr w:type="spellEnd"/>
      <w:r>
        <w:rPr>
          <w:rFonts w:ascii="Times New Roman" w:hAnsi="Times New Roman"/>
          <w:color w:val="000000"/>
          <w:sz w:val="22"/>
        </w:rPr>
        <w:t xml:space="preserve"> </w:t>
      </w:r>
      <w:proofErr w:type="spellStart"/>
      <w:r>
        <w:rPr>
          <w:rFonts w:ascii="Times New Roman" w:hAnsi="Times New Roman"/>
          <w:color w:val="000000"/>
          <w:sz w:val="22"/>
        </w:rPr>
        <w:t>toate</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necesare</w:t>
      </w:r>
      <w:proofErr w:type="spellEnd"/>
      <w:r>
        <w:rPr>
          <w:rFonts w:ascii="Times New Roman" w:hAnsi="Times New Roman"/>
          <w:color w:val="000000"/>
          <w:sz w:val="22"/>
        </w:rPr>
        <w:t xml:space="preserve"> </w:t>
      </w:r>
      <w:proofErr w:type="spellStart"/>
      <w:r>
        <w:rPr>
          <w:rFonts w:ascii="Times New Roman" w:hAnsi="Times New Roman"/>
          <w:color w:val="000000"/>
          <w:sz w:val="22"/>
        </w:rPr>
        <w:t>verificării</w:t>
      </w:r>
      <w:proofErr w:type="spellEnd"/>
      <w:r>
        <w:rPr>
          <w:rFonts w:ascii="Times New Roman" w:hAnsi="Times New Roman"/>
          <w:color w:val="000000"/>
          <w:sz w:val="22"/>
        </w:rPr>
        <w:t xml:space="preserve"> </w:t>
      </w:r>
      <w:proofErr w:type="spellStart"/>
      <w:r>
        <w:rPr>
          <w:rFonts w:ascii="Times New Roman" w:hAnsi="Times New Roman"/>
          <w:color w:val="000000"/>
          <w:sz w:val="22"/>
        </w:rPr>
        <w:t>eligibilității</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decontării</w:t>
      </w:r>
      <w:proofErr w:type="spellEnd"/>
      <w:r>
        <w:rPr>
          <w:rFonts w:ascii="Times New Roman" w:hAnsi="Times New Roman"/>
          <w:color w:val="000000"/>
          <w:sz w:val="22"/>
        </w:rPr>
        <w:t xml:space="preserve"> </w:t>
      </w:r>
      <w:proofErr w:type="spellStart"/>
      <w:r>
        <w:rPr>
          <w:rFonts w:ascii="Times New Roman" w:hAnsi="Times New Roman"/>
          <w:color w:val="000000"/>
          <w:sz w:val="22"/>
        </w:rPr>
        <w:t>celor</w:t>
      </w:r>
      <w:proofErr w:type="spellEnd"/>
      <w:r>
        <w:rPr>
          <w:rFonts w:ascii="Times New Roman" w:hAnsi="Times New Roman"/>
          <w:color w:val="000000"/>
          <w:sz w:val="22"/>
        </w:rPr>
        <w:t xml:space="preserve"> 3 </w:t>
      </w:r>
      <w:proofErr w:type="spellStart"/>
      <w:r>
        <w:rPr>
          <w:rFonts w:ascii="Times New Roman" w:hAnsi="Times New Roman"/>
          <w:color w:val="000000"/>
          <w:sz w:val="22"/>
        </w:rPr>
        <w:t>ecotichete</w:t>
      </w:r>
      <w:proofErr w:type="spellEnd"/>
      <w:r>
        <w:rPr>
          <w:rFonts w:ascii="Times New Roman" w:hAnsi="Times New Roman"/>
          <w:color w:val="000000"/>
          <w:sz w:val="22"/>
        </w:rPr>
        <w:t>.</w:t>
      </w:r>
    </w:p>
    <w:p w14:paraId="467DA93F"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10.3.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trebuie</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indice</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echivoc</w:t>
      </w:r>
      <w:proofErr w:type="spellEnd"/>
      <w:r>
        <w:rPr>
          <w:rFonts w:ascii="Times New Roman" w:hAnsi="Times New Roman"/>
          <w:color w:val="000000"/>
          <w:sz w:val="22"/>
        </w:rPr>
        <w:t xml:space="preserve"> </w:t>
      </w:r>
      <w:proofErr w:type="spellStart"/>
      <w:r>
        <w:rPr>
          <w:rFonts w:ascii="Times New Roman" w:hAnsi="Times New Roman"/>
          <w:color w:val="000000"/>
          <w:sz w:val="22"/>
        </w:rPr>
        <w:t>producătorul</w:t>
      </w:r>
      <w:proofErr w:type="spellEnd"/>
      <w:r>
        <w:rPr>
          <w:rFonts w:ascii="Times New Roman" w:hAnsi="Times New Roman"/>
          <w:color w:val="000000"/>
          <w:sz w:val="22"/>
        </w:rPr>
        <w:t xml:space="preserve">, </w:t>
      </w:r>
      <w:proofErr w:type="spellStart"/>
      <w:r>
        <w:rPr>
          <w:rFonts w:ascii="Times New Roman" w:hAnsi="Times New Roman"/>
          <w:color w:val="000000"/>
          <w:sz w:val="22"/>
        </w:rPr>
        <w:t>marca</w:t>
      </w:r>
      <w:proofErr w:type="spellEnd"/>
      <w:r>
        <w:rPr>
          <w:rFonts w:ascii="Times New Roman" w:hAnsi="Times New Roman"/>
          <w:color w:val="000000"/>
          <w:sz w:val="22"/>
        </w:rPr>
        <w:t xml:space="preserve">, </w:t>
      </w:r>
      <w:proofErr w:type="spellStart"/>
      <w:r>
        <w:rPr>
          <w:rFonts w:ascii="Times New Roman" w:hAnsi="Times New Roman"/>
          <w:color w:val="000000"/>
          <w:sz w:val="22"/>
        </w:rPr>
        <w:t>modelul</w:t>
      </w:r>
      <w:proofErr w:type="spellEnd"/>
      <w:r>
        <w:rPr>
          <w:rFonts w:ascii="Times New Roman" w:hAnsi="Times New Roman"/>
          <w:color w:val="000000"/>
          <w:sz w:val="22"/>
        </w:rPr>
        <w:t xml:space="preserve">, </w:t>
      </w:r>
      <w:proofErr w:type="spellStart"/>
      <w:r>
        <w:rPr>
          <w:rFonts w:ascii="Times New Roman" w:hAnsi="Times New Roman"/>
          <w:color w:val="000000"/>
          <w:sz w:val="22"/>
        </w:rPr>
        <w:t>versiunea</w:t>
      </w:r>
      <w:proofErr w:type="spellEnd"/>
      <w:r>
        <w:rPr>
          <w:rFonts w:ascii="Times New Roman" w:hAnsi="Times New Roman"/>
          <w:color w:val="000000"/>
          <w:sz w:val="22"/>
        </w:rPr>
        <w:t xml:space="preserve"> de </w:t>
      </w:r>
      <w:proofErr w:type="spellStart"/>
      <w:r>
        <w:rPr>
          <w:rFonts w:ascii="Times New Roman" w:hAnsi="Times New Roman"/>
          <w:color w:val="000000"/>
          <w:sz w:val="22"/>
        </w:rPr>
        <w:t>motorizare</w:t>
      </w:r>
      <w:proofErr w:type="spellEnd"/>
      <w:r>
        <w:rPr>
          <w:rFonts w:ascii="Times New Roman" w:hAnsi="Times New Roman"/>
          <w:color w:val="000000"/>
          <w:sz w:val="22"/>
        </w:rPr>
        <w:t xml:space="preserve">, </w:t>
      </w:r>
      <w:proofErr w:type="spellStart"/>
      <w:r>
        <w:rPr>
          <w:rFonts w:ascii="Times New Roman" w:hAnsi="Times New Roman"/>
          <w:color w:val="000000"/>
          <w:sz w:val="22"/>
        </w:rPr>
        <w:t>nivelul</w:t>
      </w:r>
      <w:proofErr w:type="spellEnd"/>
      <w:r>
        <w:rPr>
          <w:rFonts w:ascii="Times New Roman" w:hAnsi="Times New Roman"/>
          <w:color w:val="000000"/>
          <w:sz w:val="22"/>
        </w:rPr>
        <w:t xml:space="preserve"> de </w:t>
      </w:r>
      <w:proofErr w:type="spellStart"/>
      <w:r>
        <w:rPr>
          <w:rFonts w:ascii="Times New Roman" w:hAnsi="Times New Roman"/>
          <w:color w:val="000000"/>
          <w:sz w:val="22"/>
        </w:rPr>
        <w:t>echipare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seria VIN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fie </w:t>
      </w:r>
      <w:proofErr w:type="spellStart"/>
      <w:r>
        <w:rPr>
          <w:rFonts w:ascii="Times New Roman" w:hAnsi="Times New Roman"/>
          <w:color w:val="000000"/>
          <w:sz w:val="22"/>
        </w:rPr>
        <w:t>concordante</w:t>
      </w:r>
      <w:proofErr w:type="spellEnd"/>
      <w:r>
        <w:rPr>
          <w:rFonts w:ascii="Times New Roman" w:hAnsi="Times New Roman"/>
          <w:color w:val="000000"/>
          <w:sz w:val="22"/>
        </w:rPr>
        <w:t xml:space="preserve"> cu </w:t>
      </w:r>
      <w:proofErr w:type="spellStart"/>
      <w:r>
        <w:rPr>
          <w:rFonts w:ascii="Times New Roman" w:hAnsi="Times New Roman"/>
          <w:color w:val="000000"/>
          <w:sz w:val="22"/>
        </w:rPr>
        <w:t>Oferta</w:t>
      </w:r>
      <w:proofErr w:type="spellEnd"/>
      <w:r>
        <w:rPr>
          <w:rFonts w:ascii="Times New Roman" w:hAnsi="Times New Roman"/>
          <w:color w:val="000000"/>
          <w:sz w:val="22"/>
        </w:rPr>
        <w:t xml:space="preserve">, </w:t>
      </w:r>
      <w:proofErr w:type="spellStart"/>
      <w:r>
        <w:rPr>
          <w:rFonts w:ascii="Times New Roman" w:hAnsi="Times New Roman"/>
          <w:color w:val="000000"/>
          <w:sz w:val="22"/>
        </w:rPr>
        <w:t>caietul</w:t>
      </w:r>
      <w:proofErr w:type="spellEnd"/>
      <w:r>
        <w:rPr>
          <w:rFonts w:ascii="Times New Roman" w:hAnsi="Times New Roman"/>
          <w:color w:val="000000"/>
          <w:sz w:val="22"/>
        </w:rPr>
        <w:t xml:space="preserve"> de </w:t>
      </w:r>
      <w:proofErr w:type="spellStart"/>
      <w:r>
        <w:rPr>
          <w:rFonts w:ascii="Times New Roman" w:hAnsi="Times New Roman"/>
          <w:color w:val="000000"/>
          <w:sz w:val="22"/>
        </w:rPr>
        <w:t>sarcini</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AFM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între</w:t>
      </w:r>
      <w:proofErr w:type="spellEnd"/>
      <w:r>
        <w:rPr>
          <w:rFonts w:ascii="Times New Roman" w:hAnsi="Times New Roman"/>
          <w:color w:val="000000"/>
          <w:sz w:val="22"/>
        </w:rPr>
        <w:t xml:space="preserve"> </w:t>
      </w:r>
      <w:proofErr w:type="spellStart"/>
      <w:r>
        <w:rPr>
          <w:rFonts w:ascii="Times New Roman" w:hAnsi="Times New Roman"/>
          <w:color w:val="000000"/>
          <w:sz w:val="22"/>
        </w:rPr>
        <w:t>ele</w:t>
      </w:r>
      <w:proofErr w:type="spellEnd"/>
      <w:r>
        <w:rPr>
          <w:rFonts w:ascii="Times New Roman" w:hAnsi="Times New Roman"/>
          <w:color w:val="000000"/>
          <w:sz w:val="22"/>
        </w:rPr>
        <w:t>.</w:t>
      </w:r>
    </w:p>
    <w:p w14:paraId="5DD2B2F2"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11 – RECEPȚIA</w:t>
      </w:r>
    </w:p>
    <w:p w14:paraId="7727DEAE"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11.1. </w:t>
      </w:r>
      <w:proofErr w:type="spellStart"/>
      <w:r w:rsidRPr="004B020D">
        <w:rPr>
          <w:rFonts w:ascii="Times New Roman" w:hAnsi="Times New Roman" w:cs="Times New Roman"/>
          <w:color w:val="000000"/>
          <w:sz w:val="22"/>
          <w:szCs w:val="24"/>
        </w:rPr>
        <w:t>Recepția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cantitativă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documentară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calitativă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funcțională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se </w:t>
      </w:r>
      <w:proofErr w:type="spellStart"/>
      <w:r w:rsidRPr="004B020D">
        <w:rPr>
          <w:rFonts w:ascii="Times New Roman" w:hAnsi="Times New Roman" w:cs="Times New Roman"/>
          <w:color w:val="000000"/>
          <w:sz w:val="22"/>
          <w:szCs w:val="24"/>
        </w:rPr>
        <w:t>realizează</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comisia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desemnată</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Autoritatea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contractantă</w:t>
      </w:r>
      <w:proofErr w:type="spellEnd"/>
      <w:r w:rsidRPr="004B020D">
        <w:rPr>
          <w:rFonts w:ascii="Times New Roman" w:hAnsi="Times New Roman" w:cs="Times New Roman"/>
          <w:color w:val="000000"/>
          <w:sz w:val="22"/>
          <w:szCs w:val="24"/>
        </w:rPr>
        <w:t>.</w:t>
      </w:r>
    </w:p>
    <w:p w14:paraId="4F96A136"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11.2. Se </w:t>
      </w:r>
      <w:proofErr w:type="spellStart"/>
      <w:r>
        <w:rPr>
          <w:rFonts w:ascii="Times New Roman" w:hAnsi="Times New Roman"/>
          <w:color w:val="000000"/>
          <w:sz w:val="22"/>
        </w:rPr>
        <w:t>verifică</w:t>
      </w:r>
      <w:proofErr w:type="spellEnd"/>
      <w:r>
        <w:rPr>
          <w:rFonts w:ascii="Times New Roman" w:hAnsi="Times New Roman"/>
          <w:color w:val="000000"/>
          <w:sz w:val="22"/>
        </w:rPr>
        <w:t xml:space="preserve">, </w:t>
      </w:r>
      <w:proofErr w:type="spellStart"/>
      <w:r>
        <w:rPr>
          <w:rFonts w:ascii="Times New Roman" w:hAnsi="Times New Roman"/>
          <w:color w:val="000000"/>
          <w:sz w:val="22"/>
        </w:rPr>
        <w:t>între</w:t>
      </w:r>
      <w:proofErr w:type="spellEnd"/>
      <w:r>
        <w:rPr>
          <w:rFonts w:ascii="Times New Roman" w:hAnsi="Times New Roman"/>
          <w:color w:val="000000"/>
          <w:sz w:val="22"/>
        </w:rPr>
        <w:t xml:space="preserve"> </w:t>
      </w:r>
      <w:proofErr w:type="spellStart"/>
      <w:r>
        <w:rPr>
          <w:rFonts w:ascii="Times New Roman" w:hAnsi="Times New Roman"/>
          <w:color w:val="000000"/>
          <w:sz w:val="22"/>
        </w:rPr>
        <w:t>altele</w:t>
      </w:r>
      <w:proofErr w:type="spellEnd"/>
      <w:r>
        <w:rPr>
          <w:rFonts w:ascii="Times New Roman" w:hAnsi="Times New Roman"/>
          <w:color w:val="000000"/>
          <w:sz w:val="22"/>
        </w:rPr>
        <w:t xml:space="preserve">: </w:t>
      </w:r>
      <w:proofErr w:type="spellStart"/>
      <w:r>
        <w:rPr>
          <w:rFonts w:ascii="Times New Roman" w:hAnsi="Times New Roman"/>
          <w:color w:val="000000"/>
          <w:sz w:val="22"/>
        </w:rPr>
        <w:t>cantitatea</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identitatea</w:t>
      </w:r>
      <w:proofErr w:type="spellEnd"/>
      <w:r>
        <w:rPr>
          <w:rFonts w:ascii="Times New Roman" w:hAnsi="Times New Roman"/>
          <w:color w:val="000000"/>
          <w:sz w:val="22"/>
        </w:rPr>
        <w:t xml:space="preserve"> </w:t>
      </w:r>
      <w:proofErr w:type="spellStart"/>
      <w:r>
        <w:rPr>
          <w:rFonts w:ascii="Times New Roman" w:hAnsi="Times New Roman"/>
          <w:color w:val="000000"/>
          <w:sz w:val="22"/>
        </w:rPr>
        <w:t>vehiculelor</w:t>
      </w:r>
      <w:proofErr w:type="spellEnd"/>
      <w:r>
        <w:rPr>
          <w:rFonts w:ascii="Times New Roman" w:hAnsi="Times New Roman"/>
          <w:color w:val="000000"/>
          <w:sz w:val="22"/>
        </w:rPr>
        <w:t xml:space="preserve">; </w:t>
      </w:r>
      <w:proofErr w:type="spellStart"/>
      <w:r>
        <w:rPr>
          <w:rFonts w:ascii="Times New Roman" w:hAnsi="Times New Roman"/>
          <w:color w:val="000000"/>
          <w:sz w:val="22"/>
        </w:rPr>
        <w:t>seriile</w:t>
      </w:r>
      <w:proofErr w:type="spellEnd"/>
      <w:r>
        <w:rPr>
          <w:rFonts w:ascii="Times New Roman" w:hAnsi="Times New Roman"/>
          <w:color w:val="000000"/>
          <w:sz w:val="22"/>
        </w:rPr>
        <w:t xml:space="preserve"> VIN; </w:t>
      </w:r>
      <w:proofErr w:type="spellStart"/>
      <w:r>
        <w:rPr>
          <w:rFonts w:ascii="Times New Roman" w:hAnsi="Times New Roman"/>
          <w:color w:val="000000"/>
          <w:sz w:val="22"/>
        </w:rPr>
        <w:t>starea</w:t>
      </w:r>
      <w:proofErr w:type="spellEnd"/>
      <w:r>
        <w:rPr>
          <w:rFonts w:ascii="Times New Roman" w:hAnsi="Times New Roman"/>
          <w:color w:val="000000"/>
          <w:sz w:val="22"/>
        </w:rPr>
        <w:t xml:space="preserve"> </w:t>
      </w:r>
      <w:proofErr w:type="spellStart"/>
      <w:r>
        <w:rPr>
          <w:rFonts w:ascii="Times New Roman" w:hAnsi="Times New Roman"/>
          <w:color w:val="000000"/>
          <w:sz w:val="22"/>
        </w:rPr>
        <w:t>fizică</w:t>
      </w:r>
      <w:proofErr w:type="spellEnd"/>
      <w:r>
        <w:rPr>
          <w:rFonts w:ascii="Times New Roman" w:hAnsi="Times New Roman"/>
          <w:color w:val="000000"/>
          <w:sz w:val="22"/>
        </w:rPr>
        <w:t xml:space="preserve">; </w:t>
      </w:r>
      <w:proofErr w:type="spellStart"/>
      <w:r>
        <w:rPr>
          <w:rFonts w:ascii="Times New Roman" w:hAnsi="Times New Roman"/>
          <w:color w:val="000000"/>
          <w:sz w:val="22"/>
        </w:rPr>
        <w:t>dotările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accesoriile</w:t>
      </w:r>
      <w:proofErr w:type="spellEnd"/>
      <w:r>
        <w:rPr>
          <w:rFonts w:ascii="Times New Roman" w:hAnsi="Times New Roman"/>
          <w:color w:val="000000"/>
          <w:sz w:val="22"/>
        </w:rPr>
        <w:t xml:space="preserve">; </w:t>
      </w:r>
      <w:proofErr w:type="spellStart"/>
      <w:r>
        <w:rPr>
          <w:rFonts w:ascii="Times New Roman" w:hAnsi="Times New Roman"/>
          <w:color w:val="000000"/>
          <w:sz w:val="22"/>
        </w:rPr>
        <w:t>funcționarea</w:t>
      </w:r>
      <w:proofErr w:type="spellEnd"/>
      <w:r>
        <w:rPr>
          <w:rFonts w:ascii="Times New Roman" w:hAnsi="Times New Roman"/>
          <w:color w:val="000000"/>
          <w:sz w:val="22"/>
        </w:rPr>
        <w:t xml:space="preserve"> </w:t>
      </w:r>
      <w:proofErr w:type="spellStart"/>
      <w:r>
        <w:rPr>
          <w:rFonts w:ascii="Times New Roman" w:hAnsi="Times New Roman"/>
          <w:color w:val="000000"/>
          <w:sz w:val="22"/>
        </w:rPr>
        <w:t>sistemelor</w:t>
      </w:r>
      <w:proofErr w:type="spellEnd"/>
      <w:r>
        <w:rPr>
          <w:rFonts w:ascii="Times New Roman" w:hAnsi="Times New Roman"/>
          <w:color w:val="000000"/>
          <w:sz w:val="22"/>
        </w:rPr>
        <w:t xml:space="preserve">; </w:t>
      </w:r>
      <w:proofErr w:type="spellStart"/>
      <w:r>
        <w:rPr>
          <w:rFonts w:ascii="Times New Roman" w:hAnsi="Times New Roman"/>
          <w:color w:val="000000"/>
          <w:sz w:val="22"/>
        </w:rPr>
        <w:t>cablul</w:t>
      </w:r>
      <w:proofErr w:type="spellEnd"/>
      <w:r>
        <w:rPr>
          <w:rFonts w:ascii="Times New Roman" w:hAnsi="Times New Roman"/>
          <w:color w:val="000000"/>
          <w:sz w:val="22"/>
        </w:rPr>
        <w:t xml:space="preserve"> de </w:t>
      </w:r>
      <w:proofErr w:type="spellStart"/>
      <w:r>
        <w:rPr>
          <w:rFonts w:ascii="Times New Roman" w:hAnsi="Times New Roman"/>
          <w:color w:val="000000"/>
          <w:sz w:val="22"/>
        </w:rPr>
        <w:t>încărcare</w:t>
      </w:r>
      <w:proofErr w:type="spellEnd"/>
      <w:r>
        <w:rPr>
          <w:rFonts w:ascii="Times New Roman" w:hAnsi="Times New Roman"/>
          <w:color w:val="000000"/>
          <w:sz w:val="22"/>
        </w:rPr>
        <w:t xml:space="preserve">; </w:t>
      </w:r>
      <w:proofErr w:type="spellStart"/>
      <w:r>
        <w:rPr>
          <w:rFonts w:ascii="Times New Roman" w:hAnsi="Times New Roman"/>
          <w:color w:val="000000"/>
          <w:sz w:val="22"/>
        </w:rPr>
        <w:t>lipsa</w:t>
      </w:r>
      <w:proofErr w:type="spellEnd"/>
      <w:r>
        <w:rPr>
          <w:rFonts w:ascii="Times New Roman" w:hAnsi="Times New Roman"/>
          <w:color w:val="000000"/>
          <w:sz w:val="22"/>
        </w:rPr>
        <w:t xml:space="preserve"> </w:t>
      </w:r>
      <w:proofErr w:type="spellStart"/>
      <w:r>
        <w:rPr>
          <w:rFonts w:ascii="Times New Roman" w:hAnsi="Times New Roman"/>
          <w:color w:val="000000"/>
          <w:sz w:val="22"/>
        </w:rPr>
        <w:t>mesajelor</w:t>
      </w:r>
      <w:proofErr w:type="spellEnd"/>
      <w:r>
        <w:rPr>
          <w:rFonts w:ascii="Times New Roman" w:hAnsi="Times New Roman"/>
          <w:color w:val="000000"/>
          <w:sz w:val="22"/>
        </w:rPr>
        <w:t xml:space="preserve"> de </w:t>
      </w:r>
      <w:proofErr w:type="spellStart"/>
      <w:r>
        <w:rPr>
          <w:rFonts w:ascii="Times New Roman" w:hAnsi="Times New Roman"/>
          <w:color w:val="000000"/>
          <w:sz w:val="22"/>
        </w:rPr>
        <w:t>eroare</w:t>
      </w:r>
      <w:proofErr w:type="spellEnd"/>
      <w:r>
        <w:rPr>
          <w:rFonts w:ascii="Times New Roman" w:hAnsi="Times New Roman"/>
          <w:color w:val="000000"/>
          <w:sz w:val="22"/>
        </w:rPr>
        <w:t xml:space="preserve">; </w:t>
      </w:r>
      <w:proofErr w:type="spellStart"/>
      <w:r>
        <w:rPr>
          <w:rFonts w:ascii="Times New Roman" w:hAnsi="Times New Roman"/>
          <w:color w:val="000000"/>
          <w:sz w:val="22"/>
        </w:rPr>
        <w:t>conformitatea</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caracteristicilor</w:t>
      </w:r>
      <w:proofErr w:type="spellEnd"/>
      <w:r>
        <w:rPr>
          <w:rFonts w:ascii="Times New Roman" w:hAnsi="Times New Roman"/>
          <w:color w:val="000000"/>
          <w:sz w:val="22"/>
        </w:rPr>
        <w:t xml:space="preserve"> </w:t>
      </w:r>
      <w:proofErr w:type="spellStart"/>
      <w:r>
        <w:rPr>
          <w:rFonts w:ascii="Times New Roman" w:hAnsi="Times New Roman"/>
          <w:color w:val="000000"/>
          <w:sz w:val="22"/>
        </w:rPr>
        <w:t>tehnice</w:t>
      </w:r>
      <w:proofErr w:type="spellEnd"/>
      <w:r>
        <w:rPr>
          <w:rFonts w:ascii="Times New Roman" w:hAnsi="Times New Roman"/>
          <w:color w:val="000000"/>
          <w:sz w:val="22"/>
        </w:rPr>
        <w:t xml:space="preserve"> </w:t>
      </w:r>
      <w:proofErr w:type="spellStart"/>
      <w:r>
        <w:rPr>
          <w:rFonts w:ascii="Times New Roman" w:hAnsi="Times New Roman"/>
          <w:color w:val="000000"/>
          <w:sz w:val="22"/>
        </w:rPr>
        <w:t>ofertate</w:t>
      </w:r>
      <w:proofErr w:type="spellEnd"/>
      <w:r>
        <w:rPr>
          <w:rFonts w:ascii="Times New Roman" w:hAnsi="Times New Roman"/>
          <w:color w:val="000000"/>
          <w:sz w:val="22"/>
        </w:rPr>
        <w:t xml:space="preserve">, </w:t>
      </w:r>
      <w:proofErr w:type="spellStart"/>
      <w:r>
        <w:rPr>
          <w:rFonts w:ascii="Times New Roman" w:hAnsi="Times New Roman"/>
          <w:color w:val="000000"/>
          <w:sz w:val="22"/>
        </w:rPr>
        <w:t>inclusiv</w:t>
      </w:r>
      <w:proofErr w:type="spellEnd"/>
      <w:r>
        <w:rPr>
          <w:rFonts w:ascii="Times New Roman" w:hAnsi="Times New Roman"/>
          <w:color w:val="000000"/>
          <w:sz w:val="22"/>
        </w:rPr>
        <w:t xml:space="preserve"> a </w:t>
      </w:r>
      <w:proofErr w:type="spellStart"/>
      <w:r>
        <w:rPr>
          <w:rFonts w:ascii="Times New Roman" w:hAnsi="Times New Roman"/>
          <w:color w:val="000000"/>
          <w:sz w:val="22"/>
        </w:rPr>
        <w:t>valorilor</w:t>
      </w:r>
      <w:proofErr w:type="spellEnd"/>
      <w:r>
        <w:rPr>
          <w:rFonts w:ascii="Times New Roman" w:hAnsi="Times New Roman"/>
          <w:color w:val="000000"/>
          <w:sz w:val="22"/>
        </w:rPr>
        <w:t xml:space="preserve"> </w:t>
      </w:r>
      <w:proofErr w:type="spellStart"/>
      <w:r>
        <w:rPr>
          <w:rFonts w:ascii="Times New Roman" w:hAnsi="Times New Roman"/>
          <w:color w:val="000000"/>
          <w:sz w:val="22"/>
        </w:rPr>
        <w:t>oficiale</w:t>
      </w:r>
      <w:proofErr w:type="spellEnd"/>
      <w:r>
        <w:rPr>
          <w:rFonts w:ascii="Times New Roman" w:hAnsi="Times New Roman"/>
          <w:color w:val="000000"/>
          <w:sz w:val="22"/>
        </w:rPr>
        <w:t xml:space="preserve"> WLTP </w:t>
      </w:r>
      <w:proofErr w:type="spellStart"/>
      <w:r>
        <w:rPr>
          <w:rFonts w:ascii="Times New Roman" w:hAnsi="Times New Roman"/>
          <w:color w:val="000000"/>
          <w:sz w:val="22"/>
        </w:rPr>
        <w:t>privind</w:t>
      </w:r>
      <w:proofErr w:type="spellEnd"/>
      <w:r>
        <w:rPr>
          <w:rFonts w:ascii="Times New Roman" w:hAnsi="Times New Roman"/>
          <w:color w:val="000000"/>
          <w:sz w:val="22"/>
        </w:rPr>
        <w:t xml:space="preserve"> </w:t>
      </w:r>
      <w:proofErr w:type="spellStart"/>
      <w:r>
        <w:rPr>
          <w:rFonts w:ascii="Times New Roman" w:hAnsi="Times New Roman"/>
          <w:color w:val="000000"/>
          <w:sz w:val="22"/>
        </w:rPr>
        <w:t>emisiile</w:t>
      </w:r>
      <w:proofErr w:type="spellEnd"/>
      <w:r>
        <w:rPr>
          <w:rFonts w:ascii="Times New Roman" w:hAnsi="Times New Roman"/>
          <w:color w:val="000000"/>
          <w:sz w:val="22"/>
        </w:rPr>
        <w:t xml:space="preserve"> CO₂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autonomia</w:t>
      </w:r>
      <w:proofErr w:type="spellEnd"/>
      <w:r>
        <w:rPr>
          <w:rFonts w:ascii="Times New Roman" w:hAnsi="Times New Roman"/>
          <w:color w:val="000000"/>
          <w:sz w:val="22"/>
        </w:rPr>
        <w:t xml:space="preserve"> </w:t>
      </w:r>
      <w:proofErr w:type="spellStart"/>
      <w:r>
        <w:rPr>
          <w:rFonts w:ascii="Times New Roman" w:hAnsi="Times New Roman"/>
          <w:color w:val="000000"/>
          <w:sz w:val="22"/>
        </w:rPr>
        <w:t>electrică</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de </w:t>
      </w:r>
      <w:proofErr w:type="spellStart"/>
      <w:r>
        <w:rPr>
          <w:rFonts w:ascii="Times New Roman" w:hAnsi="Times New Roman"/>
          <w:color w:val="000000"/>
          <w:sz w:val="22"/>
        </w:rPr>
        <w:t>omologare</w:t>
      </w:r>
      <w:proofErr w:type="spellEnd"/>
      <w:r>
        <w:rPr>
          <w:rFonts w:ascii="Times New Roman" w:hAnsi="Times New Roman"/>
          <w:color w:val="000000"/>
          <w:sz w:val="22"/>
        </w:rPr>
        <w:t xml:space="preserve">, </w:t>
      </w:r>
      <w:proofErr w:type="spellStart"/>
      <w:r>
        <w:rPr>
          <w:rFonts w:ascii="Times New Roman" w:hAnsi="Times New Roman"/>
          <w:color w:val="000000"/>
          <w:sz w:val="22"/>
        </w:rPr>
        <w:t>garanție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service; precum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de </w:t>
      </w:r>
      <w:proofErr w:type="spellStart"/>
      <w:r>
        <w:rPr>
          <w:rFonts w:ascii="Times New Roman" w:hAnsi="Times New Roman"/>
          <w:color w:val="000000"/>
          <w:sz w:val="22"/>
        </w:rPr>
        <w:t>eligibilitate</w:t>
      </w:r>
      <w:proofErr w:type="spellEnd"/>
      <w:r>
        <w:rPr>
          <w:rFonts w:ascii="Times New Roman" w:hAnsi="Times New Roman"/>
          <w:color w:val="000000"/>
          <w:sz w:val="22"/>
        </w:rPr>
        <w:t xml:space="preserve"> </w:t>
      </w:r>
      <w:proofErr w:type="spellStart"/>
      <w:r>
        <w:rPr>
          <w:rFonts w:ascii="Times New Roman" w:hAnsi="Times New Roman"/>
          <w:color w:val="000000"/>
          <w:sz w:val="22"/>
        </w:rPr>
        <w:t>aferente</w:t>
      </w:r>
      <w:proofErr w:type="spellEnd"/>
      <w:r>
        <w:rPr>
          <w:rFonts w:ascii="Times New Roman" w:hAnsi="Times New Roman"/>
          <w:color w:val="000000"/>
          <w:sz w:val="22"/>
        </w:rPr>
        <w:t xml:space="preserve"> </w:t>
      </w:r>
      <w:proofErr w:type="spellStart"/>
      <w:r>
        <w:rPr>
          <w:rFonts w:ascii="Times New Roman" w:hAnsi="Times New Roman"/>
          <w:color w:val="000000"/>
          <w:sz w:val="22"/>
        </w:rPr>
        <w:t>finanțării</w:t>
      </w:r>
      <w:proofErr w:type="spellEnd"/>
      <w:r>
        <w:rPr>
          <w:rFonts w:ascii="Times New Roman" w:hAnsi="Times New Roman"/>
          <w:color w:val="000000"/>
          <w:sz w:val="22"/>
        </w:rPr>
        <w:t xml:space="preserve"> AFM.</w:t>
      </w:r>
    </w:p>
    <w:p w14:paraId="60B372F3"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11.3. </w:t>
      </w:r>
      <w:proofErr w:type="spellStart"/>
      <w:r w:rsidRPr="004B020D">
        <w:rPr>
          <w:rFonts w:ascii="Times New Roman" w:hAnsi="Times New Roman" w:cs="Times New Roman"/>
          <w:color w:val="000000"/>
          <w:sz w:val="22"/>
          <w:szCs w:val="24"/>
        </w:rPr>
        <w:t>Semnarea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avizului</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însoțire</w:t>
      </w:r>
      <w:proofErr w:type="spellEnd"/>
      <w:r w:rsidRPr="004B020D">
        <w:rPr>
          <w:rFonts w:ascii="Times New Roman" w:hAnsi="Times New Roman" w:cs="Times New Roman"/>
          <w:color w:val="000000"/>
          <w:sz w:val="22"/>
          <w:szCs w:val="24"/>
        </w:rPr>
        <w:t xml:space="preserve">/transport nu </w:t>
      </w:r>
      <w:proofErr w:type="spellStart"/>
      <w:r w:rsidRPr="004B020D">
        <w:rPr>
          <w:rFonts w:ascii="Times New Roman" w:hAnsi="Times New Roman" w:cs="Times New Roman"/>
          <w:color w:val="000000"/>
          <w:sz w:val="22"/>
          <w:szCs w:val="24"/>
        </w:rPr>
        <w:t>echivalează</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recepția</w:t>
      </w:r>
      <w:proofErr w:type="spellEnd"/>
      <w:r w:rsidRPr="004B020D">
        <w:rPr>
          <w:rFonts w:ascii="Times New Roman" w:hAnsi="Times New Roman" w:cs="Times New Roman"/>
          <w:color w:val="000000"/>
          <w:sz w:val="22"/>
          <w:szCs w:val="24"/>
        </w:rPr>
        <w:t>.</w:t>
      </w:r>
    </w:p>
    <w:p w14:paraId="5F4DC86A"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11.4. </w:t>
      </w:r>
      <w:proofErr w:type="spellStart"/>
      <w:r>
        <w:rPr>
          <w:rFonts w:ascii="Times New Roman" w:hAnsi="Times New Roman"/>
          <w:color w:val="000000"/>
          <w:sz w:val="22"/>
        </w:rPr>
        <w:t>Produsele</w:t>
      </w:r>
      <w:proofErr w:type="spellEnd"/>
      <w:r>
        <w:rPr>
          <w:rFonts w:ascii="Times New Roman" w:hAnsi="Times New Roman"/>
          <w:color w:val="000000"/>
          <w:sz w:val="22"/>
        </w:rPr>
        <w:t xml:space="preserve"> incomplete, deteriorate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neconforme</w:t>
      </w:r>
      <w:proofErr w:type="spellEnd"/>
      <w:r>
        <w:rPr>
          <w:rFonts w:ascii="Times New Roman" w:hAnsi="Times New Roman"/>
          <w:color w:val="000000"/>
          <w:sz w:val="22"/>
        </w:rPr>
        <w:t xml:space="preserve"> pot fi </w:t>
      </w:r>
      <w:proofErr w:type="spellStart"/>
      <w:r>
        <w:rPr>
          <w:rFonts w:ascii="Times New Roman" w:hAnsi="Times New Roman"/>
          <w:color w:val="000000"/>
          <w:sz w:val="22"/>
        </w:rPr>
        <w:t>refuzate</w:t>
      </w:r>
      <w:proofErr w:type="spellEnd"/>
      <w:r>
        <w:rPr>
          <w:rFonts w:ascii="Times New Roman" w:hAnsi="Times New Roman"/>
          <w:color w:val="000000"/>
          <w:sz w:val="22"/>
        </w:rPr>
        <w:t xml:space="preserve">. </w:t>
      </w:r>
      <w:proofErr w:type="spellStart"/>
      <w:r>
        <w:rPr>
          <w:rFonts w:ascii="Times New Roman" w:hAnsi="Times New Roman"/>
          <w:color w:val="000000"/>
          <w:sz w:val="22"/>
        </w:rPr>
        <w:t>Neconformitățile</w:t>
      </w:r>
      <w:proofErr w:type="spellEnd"/>
      <w:r>
        <w:rPr>
          <w:rFonts w:ascii="Times New Roman" w:hAnsi="Times New Roman"/>
          <w:color w:val="000000"/>
          <w:sz w:val="22"/>
        </w:rPr>
        <w:t xml:space="preserve"> se </w:t>
      </w:r>
      <w:proofErr w:type="spellStart"/>
      <w:r>
        <w:rPr>
          <w:rFonts w:ascii="Times New Roman" w:hAnsi="Times New Roman"/>
          <w:color w:val="000000"/>
          <w:sz w:val="22"/>
        </w:rPr>
        <w:t>consemnează</w:t>
      </w:r>
      <w:proofErr w:type="spellEnd"/>
      <w:r>
        <w:rPr>
          <w:rFonts w:ascii="Times New Roman" w:hAnsi="Times New Roman"/>
          <w:color w:val="000000"/>
          <w:sz w:val="22"/>
        </w:rPr>
        <w:t xml:space="preserve">, </w:t>
      </w:r>
      <w:proofErr w:type="spellStart"/>
      <w:r>
        <w:rPr>
          <w:rFonts w:ascii="Times New Roman" w:hAnsi="Times New Roman"/>
          <w:color w:val="000000"/>
          <w:sz w:val="22"/>
        </w:rPr>
        <w:t>iar</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Contractantul</w:t>
      </w:r>
      <w:proofErr w:type="spellEnd"/>
      <w:r>
        <w:rPr>
          <w:rFonts w:ascii="Times New Roman" w:hAnsi="Times New Roman"/>
          <w:color w:val="000000"/>
          <w:sz w:val="22"/>
        </w:rPr>
        <w:t xml:space="preserve"> le </w:t>
      </w:r>
      <w:proofErr w:type="spellStart"/>
      <w:r>
        <w:rPr>
          <w:rFonts w:ascii="Times New Roman" w:hAnsi="Times New Roman"/>
          <w:color w:val="000000"/>
          <w:sz w:val="22"/>
        </w:rPr>
        <w:t>remediază</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înlocuiește</w:t>
      </w:r>
      <w:proofErr w:type="spellEnd"/>
      <w:r>
        <w:rPr>
          <w:rFonts w:ascii="Times New Roman" w:hAnsi="Times New Roman"/>
          <w:color w:val="000000"/>
          <w:sz w:val="22"/>
        </w:rPr>
        <w:t xml:space="preserve"> </w:t>
      </w:r>
      <w:proofErr w:type="spellStart"/>
      <w:r>
        <w:rPr>
          <w:rFonts w:ascii="Times New Roman" w:hAnsi="Times New Roman"/>
          <w:color w:val="000000"/>
          <w:sz w:val="22"/>
        </w:rPr>
        <w:t>Produsele</w:t>
      </w:r>
      <w:proofErr w:type="spellEnd"/>
      <w:r>
        <w:rPr>
          <w:rFonts w:ascii="Times New Roman" w:hAnsi="Times New Roman"/>
          <w:color w:val="000000"/>
          <w:sz w:val="22"/>
        </w:rPr>
        <w:t xml:space="preserve">, pe </w:t>
      </w:r>
      <w:proofErr w:type="spellStart"/>
      <w:r>
        <w:rPr>
          <w:rFonts w:ascii="Times New Roman" w:hAnsi="Times New Roman"/>
          <w:color w:val="000000"/>
          <w:sz w:val="22"/>
        </w:rPr>
        <w:t>cheltuiala</w:t>
      </w:r>
      <w:proofErr w:type="spellEnd"/>
      <w:r>
        <w:rPr>
          <w:rFonts w:ascii="Times New Roman" w:hAnsi="Times New Roman"/>
          <w:color w:val="000000"/>
          <w:sz w:val="22"/>
        </w:rPr>
        <w:t xml:space="preserve"> </w:t>
      </w:r>
      <w:proofErr w:type="spellStart"/>
      <w:r>
        <w:rPr>
          <w:rFonts w:ascii="Times New Roman" w:hAnsi="Times New Roman"/>
          <w:color w:val="000000"/>
          <w:sz w:val="22"/>
        </w:rPr>
        <w:t>sa</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termenul</w:t>
      </w:r>
      <w:proofErr w:type="spellEnd"/>
      <w:r>
        <w:rPr>
          <w:rFonts w:ascii="Times New Roman" w:hAnsi="Times New Roman"/>
          <w:color w:val="000000"/>
          <w:sz w:val="22"/>
        </w:rPr>
        <w:t xml:space="preserve"> </w:t>
      </w:r>
      <w:proofErr w:type="spellStart"/>
      <w:r>
        <w:rPr>
          <w:rFonts w:ascii="Times New Roman" w:hAnsi="Times New Roman"/>
          <w:color w:val="000000"/>
          <w:sz w:val="22"/>
        </w:rPr>
        <w:t>stabilit</w:t>
      </w:r>
      <w:proofErr w:type="spellEnd"/>
      <w:r>
        <w:rPr>
          <w:rFonts w:ascii="Times New Roman" w:hAnsi="Times New Roman"/>
          <w:color w:val="000000"/>
          <w:sz w:val="22"/>
        </w:rPr>
        <w:t xml:space="preserve"> de </w:t>
      </w:r>
      <w:proofErr w:type="spellStart"/>
      <w:r>
        <w:rPr>
          <w:rFonts w:ascii="Times New Roman" w:hAnsi="Times New Roman"/>
          <w:color w:val="000000"/>
          <w:sz w:val="22"/>
        </w:rPr>
        <w:t>Autoritate</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depășirea</w:t>
      </w:r>
      <w:proofErr w:type="spellEnd"/>
      <w:r>
        <w:rPr>
          <w:rFonts w:ascii="Times New Roman" w:hAnsi="Times New Roman"/>
          <w:color w:val="000000"/>
          <w:sz w:val="22"/>
        </w:rPr>
        <w:t xml:space="preserve"> </w:t>
      </w:r>
      <w:proofErr w:type="spellStart"/>
      <w:r>
        <w:rPr>
          <w:rFonts w:ascii="Times New Roman" w:hAnsi="Times New Roman"/>
          <w:color w:val="000000"/>
          <w:sz w:val="22"/>
        </w:rPr>
        <w:t>termenului</w:t>
      </w:r>
      <w:proofErr w:type="spellEnd"/>
      <w:r>
        <w:rPr>
          <w:rFonts w:ascii="Times New Roman" w:hAnsi="Times New Roman"/>
          <w:color w:val="000000"/>
          <w:sz w:val="22"/>
        </w:rPr>
        <w:t xml:space="preserve"> contractual de </w:t>
      </w:r>
      <w:proofErr w:type="spellStart"/>
      <w:r>
        <w:rPr>
          <w:rFonts w:ascii="Times New Roman" w:hAnsi="Times New Roman"/>
          <w:color w:val="000000"/>
          <w:sz w:val="22"/>
        </w:rPr>
        <w:t>livrare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afectarea</w:t>
      </w:r>
      <w:proofErr w:type="spellEnd"/>
      <w:r>
        <w:rPr>
          <w:rFonts w:ascii="Times New Roman" w:hAnsi="Times New Roman"/>
          <w:color w:val="000000"/>
          <w:sz w:val="22"/>
        </w:rPr>
        <w:t xml:space="preserve"> </w:t>
      </w:r>
      <w:proofErr w:type="spellStart"/>
      <w:r>
        <w:rPr>
          <w:rFonts w:ascii="Times New Roman" w:hAnsi="Times New Roman"/>
          <w:color w:val="000000"/>
          <w:sz w:val="22"/>
        </w:rPr>
        <w:t>termenelor</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eligibilității</w:t>
      </w:r>
      <w:proofErr w:type="spellEnd"/>
      <w:r>
        <w:rPr>
          <w:rFonts w:ascii="Times New Roman" w:hAnsi="Times New Roman"/>
          <w:color w:val="000000"/>
          <w:sz w:val="22"/>
        </w:rPr>
        <w:t xml:space="preserve"> </w:t>
      </w:r>
      <w:proofErr w:type="spellStart"/>
      <w:r>
        <w:rPr>
          <w:rFonts w:ascii="Times New Roman" w:hAnsi="Times New Roman"/>
          <w:color w:val="000000"/>
          <w:sz w:val="22"/>
        </w:rPr>
        <w:t>finanțării</w:t>
      </w:r>
      <w:proofErr w:type="spellEnd"/>
      <w:r>
        <w:rPr>
          <w:rFonts w:ascii="Times New Roman" w:hAnsi="Times New Roman"/>
          <w:color w:val="000000"/>
          <w:sz w:val="22"/>
        </w:rPr>
        <w:t xml:space="preserve"> AFM.</w:t>
      </w:r>
    </w:p>
    <w:p w14:paraId="460E792D"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11.5. </w:t>
      </w:r>
      <w:proofErr w:type="spellStart"/>
      <w:r w:rsidRPr="004B020D">
        <w:rPr>
          <w:rFonts w:ascii="Times New Roman" w:hAnsi="Times New Roman" w:cs="Times New Roman"/>
          <w:color w:val="000000"/>
          <w:sz w:val="22"/>
          <w:szCs w:val="24"/>
        </w:rPr>
        <w:t>Recepția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obiecțiuni</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înlătură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răspunderea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pentru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vicii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ascunse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nici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obligațiile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garanție</w:t>
      </w:r>
      <w:proofErr w:type="spellEnd"/>
      <w:r w:rsidRPr="004B020D">
        <w:rPr>
          <w:rFonts w:ascii="Times New Roman" w:hAnsi="Times New Roman" w:cs="Times New Roman"/>
          <w:color w:val="000000"/>
          <w:sz w:val="22"/>
          <w:szCs w:val="24"/>
        </w:rPr>
        <w:t>.</w:t>
      </w:r>
    </w:p>
    <w:p w14:paraId="344B980D"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12 – OBLIGAȚIILE PRINCIPALE ALE CONTRACTANTULUI</w:t>
      </w:r>
    </w:p>
    <w:p w14:paraId="5315095B"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12.1. </w:t>
      </w:r>
      <w:proofErr w:type="spellStart"/>
      <w:r w:rsidRPr="004B020D">
        <w:rPr>
          <w:rFonts w:ascii="Times New Roman" w:hAnsi="Times New Roman" w:cs="Times New Roman"/>
          <w:color w:val="000000"/>
          <w:sz w:val="22"/>
          <w:szCs w:val="24"/>
        </w:rPr>
        <w:t>Să</w:t>
      </w:r>
      <w:proofErr w:type="spellEnd"/>
      <w:r w:rsidRPr="004B020D">
        <w:rPr>
          <w:rFonts w:ascii="Times New Roman" w:hAnsi="Times New Roman" w:cs="Times New Roman"/>
          <w:color w:val="000000"/>
          <w:sz w:val="22"/>
          <w:szCs w:val="24"/>
        </w:rPr>
        <w:t xml:space="preserve"> execute integral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diligență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profesională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respectarea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legislației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standardelor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documentației</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atribuire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Ofertei</w:t>
      </w:r>
      <w:proofErr w:type="spellEnd"/>
      <w:r w:rsidRPr="004B020D">
        <w:rPr>
          <w:rFonts w:ascii="Times New Roman" w:hAnsi="Times New Roman" w:cs="Times New Roman"/>
          <w:color w:val="000000"/>
          <w:sz w:val="22"/>
          <w:szCs w:val="24"/>
        </w:rPr>
        <w:t>.</w:t>
      </w:r>
    </w:p>
    <w:p w14:paraId="6914D1B5"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12.2.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furnizeze</w:t>
      </w:r>
      <w:proofErr w:type="spellEnd"/>
      <w:r>
        <w:rPr>
          <w:rFonts w:ascii="Times New Roman" w:hAnsi="Times New Roman"/>
          <w:color w:val="000000"/>
          <w:sz w:val="22"/>
        </w:rPr>
        <w:t xml:space="preserve"> </w:t>
      </w:r>
      <w:proofErr w:type="spellStart"/>
      <w:r>
        <w:rPr>
          <w:rFonts w:ascii="Times New Roman" w:hAnsi="Times New Roman"/>
          <w:color w:val="000000"/>
          <w:sz w:val="22"/>
        </w:rPr>
        <w:t>exclusiv</w:t>
      </w:r>
      <w:proofErr w:type="spellEnd"/>
      <w:r>
        <w:rPr>
          <w:rFonts w:ascii="Times New Roman" w:hAnsi="Times New Roman"/>
          <w:color w:val="000000"/>
          <w:sz w:val="22"/>
        </w:rPr>
        <w:t xml:space="preserve"> </w:t>
      </w:r>
      <w:proofErr w:type="spellStart"/>
      <w:r>
        <w:rPr>
          <w:rFonts w:ascii="Times New Roman" w:hAnsi="Times New Roman"/>
          <w:color w:val="000000"/>
          <w:sz w:val="22"/>
        </w:rPr>
        <w:t>vehicule</w:t>
      </w:r>
      <w:proofErr w:type="spellEnd"/>
      <w:r>
        <w:rPr>
          <w:rFonts w:ascii="Times New Roman" w:hAnsi="Times New Roman"/>
          <w:color w:val="000000"/>
          <w:sz w:val="22"/>
        </w:rPr>
        <w:t xml:space="preserve"> </w:t>
      </w:r>
      <w:proofErr w:type="spellStart"/>
      <w:r>
        <w:rPr>
          <w:rFonts w:ascii="Times New Roman" w:hAnsi="Times New Roman"/>
          <w:color w:val="000000"/>
          <w:sz w:val="22"/>
        </w:rPr>
        <w:t>noi</w:t>
      </w:r>
      <w:proofErr w:type="spellEnd"/>
      <w:r>
        <w:rPr>
          <w:rFonts w:ascii="Times New Roman" w:hAnsi="Times New Roman"/>
          <w:color w:val="000000"/>
          <w:sz w:val="22"/>
        </w:rPr>
        <w:t xml:space="preserve">, </w:t>
      </w:r>
      <w:proofErr w:type="spellStart"/>
      <w:r>
        <w:rPr>
          <w:rFonts w:ascii="Times New Roman" w:hAnsi="Times New Roman"/>
          <w:color w:val="000000"/>
          <w:sz w:val="22"/>
        </w:rPr>
        <w:t>neutilizate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neînmatriculate</w:t>
      </w:r>
      <w:proofErr w:type="spellEnd"/>
      <w:r>
        <w:rPr>
          <w:rFonts w:ascii="Times New Roman" w:hAnsi="Times New Roman"/>
          <w:color w:val="000000"/>
          <w:sz w:val="22"/>
        </w:rPr>
        <w:t xml:space="preserve"> anterior, plug-in </w:t>
      </w:r>
      <w:proofErr w:type="spellStart"/>
      <w:r>
        <w:rPr>
          <w:rFonts w:ascii="Times New Roman" w:hAnsi="Times New Roman"/>
          <w:color w:val="000000"/>
          <w:sz w:val="22"/>
        </w:rPr>
        <w:t>hibrid</w:t>
      </w:r>
      <w:proofErr w:type="spellEnd"/>
      <w:r>
        <w:rPr>
          <w:rFonts w:ascii="Times New Roman" w:hAnsi="Times New Roman"/>
          <w:color w:val="000000"/>
          <w:sz w:val="22"/>
        </w:rPr>
        <w:t xml:space="preserve"> (PHEV), </w:t>
      </w:r>
      <w:proofErr w:type="spellStart"/>
      <w:r>
        <w:rPr>
          <w:rFonts w:ascii="Times New Roman" w:hAnsi="Times New Roman"/>
          <w:color w:val="000000"/>
          <w:sz w:val="22"/>
        </w:rPr>
        <w:t>categoria</w:t>
      </w:r>
      <w:proofErr w:type="spellEnd"/>
      <w:r>
        <w:rPr>
          <w:rFonts w:ascii="Times New Roman" w:hAnsi="Times New Roman"/>
          <w:color w:val="000000"/>
          <w:sz w:val="22"/>
        </w:rPr>
        <w:t xml:space="preserve"> M1, </w:t>
      </w:r>
      <w:proofErr w:type="spellStart"/>
      <w:r>
        <w:rPr>
          <w:rFonts w:ascii="Times New Roman" w:hAnsi="Times New Roman"/>
          <w:color w:val="000000"/>
          <w:sz w:val="22"/>
        </w:rPr>
        <w:t>eligibile</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cadrul</w:t>
      </w:r>
      <w:proofErr w:type="spellEnd"/>
      <w:r>
        <w:rPr>
          <w:rFonts w:ascii="Times New Roman" w:hAnsi="Times New Roman"/>
          <w:color w:val="000000"/>
          <w:sz w:val="22"/>
        </w:rPr>
        <w:t xml:space="preserve"> </w:t>
      </w:r>
      <w:proofErr w:type="spellStart"/>
      <w:r>
        <w:rPr>
          <w:rFonts w:ascii="Times New Roman" w:hAnsi="Times New Roman"/>
          <w:color w:val="000000"/>
          <w:sz w:val="22"/>
        </w:rPr>
        <w:t>Programului</w:t>
      </w:r>
      <w:proofErr w:type="spellEnd"/>
      <w:r>
        <w:rPr>
          <w:rFonts w:ascii="Times New Roman" w:hAnsi="Times New Roman"/>
          <w:color w:val="000000"/>
          <w:sz w:val="22"/>
        </w:rPr>
        <w:t xml:space="preserve"> AFM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conforme</w:t>
      </w:r>
      <w:proofErr w:type="spellEnd"/>
      <w:r>
        <w:rPr>
          <w:rFonts w:ascii="Times New Roman" w:hAnsi="Times New Roman"/>
          <w:color w:val="000000"/>
          <w:sz w:val="22"/>
        </w:rPr>
        <w:t xml:space="preserve"> cu </w:t>
      </w:r>
      <w:proofErr w:type="spellStart"/>
      <w:r>
        <w:rPr>
          <w:rFonts w:ascii="Times New Roman" w:hAnsi="Times New Roman"/>
          <w:color w:val="000000"/>
          <w:sz w:val="22"/>
        </w:rPr>
        <w:t>toate</w:t>
      </w:r>
      <w:proofErr w:type="spellEnd"/>
      <w:r>
        <w:rPr>
          <w:rFonts w:ascii="Times New Roman" w:hAnsi="Times New Roman"/>
          <w:color w:val="000000"/>
          <w:sz w:val="22"/>
        </w:rPr>
        <w:t xml:space="preserve"> </w:t>
      </w:r>
      <w:proofErr w:type="spellStart"/>
      <w:r>
        <w:rPr>
          <w:rFonts w:ascii="Times New Roman" w:hAnsi="Times New Roman"/>
          <w:color w:val="000000"/>
          <w:sz w:val="22"/>
        </w:rPr>
        <w:t>cerințele</w:t>
      </w:r>
      <w:proofErr w:type="spellEnd"/>
      <w:r>
        <w:rPr>
          <w:rFonts w:ascii="Times New Roman" w:hAnsi="Times New Roman"/>
          <w:color w:val="000000"/>
          <w:sz w:val="22"/>
        </w:rPr>
        <w:t xml:space="preserve"> </w:t>
      </w:r>
      <w:proofErr w:type="spellStart"/>
      <w:r>
        <w:rPr>
          <w:rFonts w:ascii="Times New Roman" w:hAnsi="Times New Roman"/>
          <w:color w:val="000000"/>
          <w:sz w:val="22"/>
        </w:rPr>
        <w:t>tehnice</w:t>
      </w:r>
      <w:proofErr w:type="spellEnd"/>
      <w:r>
        <w:rPr>
          <w:rFonts w:ascii="Times New Roman" w:hAnsi="Times New Roman"/>
          <w:color w:val="000000"/>
          <w:sz w:val="22"/>
        </w:rPr>
        <w:t xml:space="preserve"> </w:t>
      </w:r>
      <w:proofErr w:type="spellStart"/>
      <w:r>
        <w:rPr>
          <w:rFonts w:ascii="Times New Roman" w:hAnsi="Times New Roman"/>
          <w:color w:val="000000"/>
          <w:sz w:val="22"/>
        </w:rPr>
        <w:t>minime</w:t>
      </w:r>
      <w:proofErr w:type="spellEnd"/>
      <w:r>
        <w:rPr>
          <w:rFonts w:ascii="Times New Roman" w:hAnsi="Times New Roman"/>
          <w:color w:val="000000"/>
          <w:sz w:val="22"/>
        </w:rPr>
        <w:t xml:space="preserve"> ale </w:t>
      </w:r>
      <w:proofErr w:type="spellStart"/>
      <w:r>
        <w:rPr>
          <w:rFonts w:ascii="Times New Roman" w:hAnsi="Times New Roman"/>
          <w:color w:val="000000"/>
          <w:sz w:val="22"/>
        </w:rPr>
        <w:t>caietului</w:t>
      </w:r>
      <w:proofErr w:type="spellEnd"/>
      <w:r>
        <w:rPr>
          <w:rFonts w:ascii="Times New Roman" w:hAnsi="Times New Roman"/>
          <w:color w:val="000000"/>
          <w:sz w:val="22"/>
        </w:rPr>
        <w:t xml:space="preserve"> de </w:t>
      </w:r>
      <w:proofErr w:type="spellStart"/>
      <w:r>
        <w:rPr>
          <w:rFonts w:ascii="Times New Roman" w:hAnsi="Times New Roman"/>
          <w:color w:val="000000"/>
          <w:sz w:val="22"/>
        </w:rPr>
        <w:t>sarcini</w:t>
      </w:r>
      <w:proofErr w:type="spellEnd"/>
      <w:r>
        <w:rPr>
          <w:rFonts w:ascii="Times New Roman" w:hAnsi="Times New Roman"/>
          <w:color w:val="000000"/>
          <w:sz w:val="22"/>
        </w:rPr>
        <w:t>.</w:t>
      </w:r>
    </w:p>
    <w:p w14:paraId="5EBDEAF0"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12.3.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asigure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mențină</w:t>
      </w:r>
      <w:proofErr w:type="spellEnd"/>
      <w:r>
        <w:rPr>
          <w:rFonts w:ascii="Times New Roman" w:hAnsi="Times New Roman"/>
          <w:color w:val="000000"/>
          <w:sz w:val="22"/>
        </w:rPr>
        <w:t xml:space="preserve">, </w:t>
      </w:r>
      <w:proofErr w:type="spellStart"/>
      <w:r>
        <w:rPr>
          <w:rFonts w:ascii="Times New Roman" w:hAnsi="Times New Roman"/>
          <w:color w:val="000000"/>
          <w:sz w:val="22"/>
        </w:rPr>
        <w:t>până</w:t>
      </w:r>
      <w:proofErr w:type="spellEnd"/>
      <w:r>
        <w:rPr>
          <w:rFonts w:ascii="Times New Roman" w:hAnsi="Times New Roman"/>
          <w:color w:val="000000"/>
          <w:sz w:val="22"/>
        </w:rPr>
        <w:t xml:space="preserve"> la </w:t>
      </w:r>
      <w:proofErr w:type="spellStart"/>
      <w:r>
        <w:rPr>
          <w:rFonts w:ascii="Times New Roman" w:hAnsi="Times New Roman"/>
          <w:color w:val="000000"/>
          <w:sz w:val="22"/>
        </w:rPr>
        <w:t>finalizarea</w:t>
      </w:r>
      <w:proofErr w:type="spellEnd"/>
      <w:r>
        <w:rPr>
          <w:rFonts w:ascii="Times New Roman" w:hAnsi="Times New Roman"/>
          <w:color w:val="000000"/>
          <w:sz w:val="22"/>
        </w:rPr>
        <w:t xml:space="preserve"> </w:t>
      </w:r>
      <w:proofErr w:type="spellStart"/>
      <w:r>
        <w:rPr>
          <w:rFonts w:ascii="Times New Roman" w:hAnsi="Times New Roman"/>
          <w:color w:val="000000"/>
          <w:sz w:val="22"/>
        </w:rPr>
        <w:t>decontării</w:t>
      </w:r>
      <w:proofErr w:type="spellEnd"/>
      <w:r>
        <w:rPr>
          <w:rFonts w:ascii="Times New Roman" w:hAnsi="Times New Roman"/>
          <w:color w:val="000000"/>
          <w:sz w:val="22"/>
        </w:rPr>
        <w:t xml:space="preserve">, </w:t>
      </w:r>
      <w:proofErr w:type="spellStart"/>
      <w:r>
        <w:rPr>
          <w:rFonts w:ascii="Times New Roman" w:hAnsi="Times New Roman"/>
          <w:color w:val="000000"/>
          <w:sz w:val="22"/>
        </w:rPr>
        <w:t>toate</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care </w:t>
      </w:r>
      <w:proofErr w:type="spellStart"/>
      <w:r>
        <w:rPr>
          <w:rFonts w:ascii="Times New Roman" w:hAnsi="Times New Roman"/>
          <w:color w:val="000000"/>
          <w:sz w:val="22"/>
        </w:rPr>
        <w:t>îi</w:t>
      </w:r>
      <w:proofErr w:type="spellEnd"/>
      <w:r>
        <w:rPr>
          <w:rFonts w:ascii="Times New Roman" w:hAnsi="Times New Roman"/>
          <w:color w:val="000000"/>
          <w:sz w:val="22"/>
        </w:rPr>
        <w:t xml:space="preserve"> </w:t>
      </w:r>
      <w:proofErr w:type="spellStart"/>
      <w:r>
        <w:rPr>
          <w:rFonts w:ascii="Times New Roman" w:hAnsi="Times New Roman"/>
          <w:color w:val="000000"/>
          <w:sz w:val="22"/>
        </w:rPr>
        <w:t>revin</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derularea</w:t>
      </w:r>
      <w:proofErr w:type="spellEnd"/>
      <w:r>
        <w:rPr>
          <w:rFonts w:ascii="Times New Roman" w:hAnsi="Times New Roman"/>
          <w:color w:val="000000"/>
          <w:sz w:val="22"/>
        </w:rPr>
        <w:t xml:space="preserve"> </w:t>
      </w:r>
      <w:proofErr w:type="spellStart"/>
      <w:r>
        <w:rPr>
          <w:rFonts w:ascii="Times New Roman" w:hAnsi="Times New Roman"/>
          <w:color w:val="000000"/>
          <w:sz w:val="22"/>
        </w:rPr>
        <w:t>mecanismului</w:t>
      </w:r>
      <w:proofErr w:type="spellEnd"/>
      <w:r>
        <w:rPr>
          <w:rFonts w:ascii="Times New Roman" w:hAnsi="Times New Roman"/>
          <w:color w:val="000000"/>
          <w:sz w:val="22"/>
        </w:rPr>
        <w:t xml:space="preserve"> AFM, </w:t>
      </w:r>
      <w:proofErr w:type="spellStart"/>
      <w:r>
        <w:rPr>
          <w:rFonts w:ascii="Times New Roman" w:hAnsi="Times New Roman"/>
          <w:color w:val="000000"/>
          <w:sz w:val="22"/>
        </w:rPr>
        <w:t>inclusiv</w:t>
      </w:r>
      <w:proofErr w:type="spellEnd"/>
      <w:r>
        <w:rPr>
          <w:rFonts w:ascii="Times New Roman" w:hAnsi="Times New Roman"/>
          <w:color w:val="000000"/>
          <w:sz w:val="22"/>
        </w:rPr>
        <w:t xml:space="preserve"> </w:t>
      </w:r>
      <w:proofErr w:type="spellStart"/>
      <w:r>
        <w:rPr>
          <w:rFonts w:ascii="Times New Roman" w:hAnsi="Times New Roman"/>
          <w:color w:val="000000"/>
          <w:sz w:val="22"/>
        </w:rPr>
        <w:t>existența</w:t>
      </w:r>
      <w:proofErr w:type="spellEnd"/>
      <w:r>
        <w:rPr>
          <w:rFonts w:ascii="Times New Roman" w:hAnsi="Times New Roman"/>
          <w:color w:val="000000"/>
          <w:sz w:val="22"/>
        </w:rPr>
        <w:t xml:space="preserve"> </w:t>
      </w:r>
      <w:proofErr w:type="spellStart"/>
      <w:r>
        <w:rPr>
          <w:rFonts w:ascii="Times New Roman" w:hAnsi="Times New Roman"/>
          <w:color w:val="000000"/>
          <w:sz w:val="22"/>
        </w:rPr>
        <w:t>relației</w:t>
      </w:r>
      <w:proofErr w:type="spellEnd"/>
      <w:r>
        <w:rPr>
          <w:rFonts w:ascii="Times New Roman" w:hAnsi="Times New Roman"/>
          <w:color w:val="000000"/>
          <w:sz w:val="22"/>
        </w:rPr>
        <w:t xml:space="preserve"> cu un </w:t>
      </w:r>
      <w:proofErr w:type="spellStart"/>
      <w:r>
        <w:rPr>
          <w:rFonts w:ascii="Times New Roman" w:hAnsi="Times New Roman"/>
          <w:color w:val="000000"/>
          <w:sz w:val="22"/>
        </w:rPr>
        <w:t>producător</w:t>
      </w:r>
      <w:proofErr w:type="spellEnd"/>
      <w:r>
        <w:rPr>
          <w:rFonts w:ascii="Times New Roman" w:hAnsi="Times New Roman"/>
          <w:color w:val="000000"/>
          <w:sz w:val="22"/>
        </w:rPr>
        <w:t xml:space="preserve"> </w:t>
      </w:r>
      <w:proofErr w:type="spellStart"/>
      <w:r>
        <w:rPr>
          <w:rFonts w:ascii="Times New Roman" w:hAnsi="Times New Roman"/>
          <w:color w:val="000000"/>
          <w:sz w:val="22"/>
        </w:rPr>
        <w:t>validat</w:t>
      </w:r>
      <w:proofErr w:type="spellEnd"/>
      <w:r>
        <w:rPr>
          <w:rFonts w:ascii="Times New Roman" w:hAnsi="Times New Roman"/>
          <w:color w:val="000000"/>
          <w:sz w:val="22"/>
        </w:rPr>
        <w:t>/</w:t>
      </w:r>
      <w:proofErr w:type="spellStart"/>
      <w:r>
        <w:rPr>
          <w:rFonts w:ascii="Times New Roman" w:hAnsi="Times New Roman"/>
          <w:color w:val="000000"/>
          <w:sz w:val="22"/>
        </w:rPr>
        <w:t>punct</w:t>
      </w:r>
      <w:proofErr w:type="spellEnd"/>
      <w:r>
        <w:rPr>
          <w:rFonts w:ascii="Times New Roman" w:hAnsi="Times New Roman"/>
          <w:color w:val="000000"/>
          <w:sz w:val="22"/>
        </w:rPr>
        <w:t xml:space="preserve"> de </w:t>
      </w:r>
      <w:proofErr w:type="spellStart"/>
      <w:r>
        <w:rPr>
          <w:rFonts w:ascii="Times New Roman" w:hAnsi="Times New Roman"/>
          <w:color w:val="000000"/>
          <w:sz w:val="22"/>
        </w:rPr>
        <w:t>lucru</w:t>
      </w:r>
      <w:proofErr w:type="spellEnd"/>
      <w:r>
        <w:rPr>
          <w:rFonts w:ascii="Times New Roman" w:hAnsi="Times New Roman"/>
          <w:color w:val="000000"/>
          <w:sz w:val="22"/>
        </w:rPr>
        <w:t>/agent/</w:t>
      </w:r>
      <w:proofErr w:type="spellStart"/>
      <w:r>
        <w:rPr>
          <w:rFonts w:ascii="Times New Roman" w:hAnsi="Times New Roman"/>
          <w:color w:val="000000"/>
          <w:sz w:val="22"/>
        </w:rPr>
        <w:t>partener</w:t>
      </w:r>
      <w:proofErr w:type="spellEnd"/>
      <w:r>
        <w:rPr>
          <w:rFonts w:ascii="Times New Roman" w:hAnsi="Times New Roman"/>
          <w:color w:val="000000"/>
          <w:sz w:val="22"/>
        </w:rPr>
        <w:t xml:space="preserve"> </w:t>
      </w:r>
      <w:proofErr w:type="spellStart"/>
      <w:r>
        <w:rPr>
          <w:rFonts w:ascii="Times New Roman" w:hAnsi="Times New Roman"/>
          <w:color w:val="000000"/>
          <w:sz w:val="22"/>
        </w:rPr>
        <w:t>autorizat</w:t>
      </w:r>
      <w:proofErr w:type="spellEnd"/>
      <w:r>
        <w:rPr>
          <w:rFonts w:ascii="Times New Roman" w:hAnsi="Times New Roman"/>
          <w:color w:val="000000"/>
          <w:sz w:val="22"/>
        </w:rPr>
        <w:t xml:space="preserve">, </w:t>
      </w:r>
      <w:proofErr w:type="spellStart"/>
      <w:r>
        <w:rPr>
          <w:rFonts w:ascii="Times New Roman" w:hAnsi="Times New Roman"/>
          <w:color w:val="000000"/>
          <w:sz w:val="22"/>
        </w:rPr>
        <w:t>după</w:t>
      </w:r>
      <w:proofErr w:type="spellEnd"/>
      <w:r>
        <w:rPr>
          <w:rFonts w:ascii="Times New Roman" w:hAnsi="Times New Roman"/>
          <w:color w:val="000000"/>
          <w:sz w:val="22"/>
        </w:rPr>
        <w:t xml:space="preserve"> </w:t>
      </w:r>
      <w:proofErr w:type="spellStart"/>
      <w:r>
        <w:rPr>
          <w:rFonts w:ascii="Times New Roman" w:hAnsi="Times New Roman"/>
          <w:color w:val="000000"/>
          <w:sz w:val="22"/>
        </w:rPr>
        <w:t>caz</w:t>
      </w:r>
      <w:proofErr w:type="spellEnd"/>
      <w:r>
        <w:rPr>
          <w:rFonts w:ascii="Times New Roman" w:hAnsi="Times New Roman"/>
          <w:color w:val="000000"/>
          <w:sz w:val="22"/>
        </w:rPr>
        <w:t xml:space="preserve">, </w:t>
      </w:r>
      <w:proofErr w:type="spellStart"/>
      <w:r>
        <w:rPr>
          <w:rFonts w:ascii="Times New Roman" w:hAnsi="Times New Roman"/>
          <w:color w:val="000000"/>
          <w:sz w:val="22"/>
        </w:rPr>
        <w:t>astfel</w:t>
      </w:r>
      <w:proofErr w:type="spellEnd"/>
      <w:r>
        <w:rPr>
          <w:rFonts w:ascii="Times New Roman" w:hAnsi="Times New Roman"/>
          <w:color w:val="000000"/>
          <w:sz w:val="22"/>
        </w:rPr>
        <w:t xml:space="preserve"> </w:t>
      </w:r>
      <w:proofErr w:type="spellStart"/>
      <w:r>
        <w:rPr>
          <w:rFonts w:ascii="Times New Roman" w:hAnsi="Times New Roman"/>
          <w:color w:val="000000"/>
          <w:sz w:val="22"/>
        </w:rPr>
        <w:t>încât</w:t>
      </w:r>
      <w:proofErr w:type="spellEnd"/>
      <w:r>
        <w:rPr>
          <w:rFonts w:ascii="Times New Roman" w:hAnsi="Times New Roman"/>
          <w:color w:val="000000"/>
          <w:sz w:val="22"/>
        </w:rPr>
        <w:t xml:space="preserve"> </w:t>
      </w:r>
      <w:proofErr w:type="spellStart"/>
      <w:r>
        <w:rPr>
          <w:rFonts w:ascii="Times New Roman" w:hAnsi="Times New Roman"/>
          <w:color w:val="000000"/>
          <w:sz w:val="22"/>
        </w:rPr>
        <w:t>eligibilitatea</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decontarea</w:t>
      </w:r>
      <w:proofErr w:type="spellEnd"/>
      <w:r>
        <w:rPr>
          <w:rFonts w:ascii="Times New Roman" w:hAnsi="Times New Roman"/>
          <w:color w:val="000000"/>
          <w:sz w:val="22"/>
        </w:rPr>
        <w:t xml:space="preserve"> </w:t>
      </w:r>
      <w:proofErr w:type="spellStart"/>
      <w:r>
        <w:rPr>
          <w:rFonts w:ascii="Times New Roman" w:hAnsi="Times New Roman"/>
          <w:color w:val="000000"/>
          <w:sz w:val="22"/>
        </w:rPr>
        <w:t>finanțării</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nu fie </w:t>
      </w:r>
      <w:proofErr w:type="spellStart"/>
      <w:r>
        <w:rPr>
          <w:rFonts w:ascii="Times New Roman" w:hAnsi="Times New Roman"/>
          <w:color w:val="000000"/>
          <w:sz w:val="22"/>
        </w:rPr>
        <w:t>puse</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pericol</w:t>
      </w:r>
      <w:proofErr w:type="spellEnd"/>
      <w:r>
        <w:rPr>
          <w:rFonts w:ascii="Times New Roman" w:hAnsi="Times New Roman"/>
          <w:color w:val="000000"/>
          <w:sz w:val="22"/>
        </w:rPr>
        <w:t xml:space="preserve"> din motive </w:t>
      </w:r>
      <w:proofErr w:type="spellStart"/>
      <w:r>
        <w:rPr>
          <w:rFonts w:ascii="Times New Roman" w:hAnsi="Times New Roman"/>
          <w:color w:val="000000"/>
          <w:sz w:val="22"/>
        </w:rPr>
        <w:t>imputabile</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Contractantului</w:t>
      </w:r>
      <w:proofErr w:type="spellEnd"/>
      <w:r>
        <w:rPr>
          <w:rFonts w:ascii="Times New Roman" w:hAnsi="Times New Roman"/>
          <w:color w:val="000000"/>
          <w:sz w:val="22"/>
        </w:rPr>
        <w:t>.</w:t>
      </w:r>
    </w:p>
    <w:p w14:paraId="36EADF64"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12.4.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mențină</w:t>
      </w:r>
      <w:proofErr w:type="spellEnd"/>
      <w:r>
        <w:rPr>
          <w:rFonts w:ascii="Times New Roman" w:hAnsi="Times New Roman"/>
          <w:color w:val="000000"/>
          <w:sz w:val="22"/>
        </w:rPr>
        <w:t xml:space="preserve"> pe </w:t>
      </w:r>
      <w:proofErr w:type="spellStart"/>
      <w:r>
        <w:rPr>
          <w:rFonts w:ascii="Times New Roman" w:hAnsi="Times New Roman"/>
          <w:color w:val="000000"/>
          <w:sz w:val="22"/>
        </w:rPr>
        <w:t>întreaga</w:t>
      </w:r>
      <w:proofErr w:type="spellEnd"/>
      <w:r>
        <w:rPr>
          <w:rFonts w:ascii="Times New Roman" w:hAnsi="Times New Roman"/>
          <w:color w:val="000000"/>
          <w:sz w:val="22"/>
        </w:rPr>
        <w:t xml:space="preserve"> </w:t>
      </w:r>
      <w:proofErr w:type="spellStart"/>
      <w:r>
        <w:rPr>
          <w:rFonts w:ascii="Times New Roman" w:hAnsi="Times New Roman"/>
          <w:color w:val="000000"/>
          <w:sz w:val="22"/>
        </w:rPr>
        <w:t>durată</w:t>
      </w:r>
      <w:proofErr w:type="spellEnd"/>
      <w:r>
        <w:rPr>
          <w:rFonts w:ascii="Times New Roman" w:hAnsi="Times New Roman"/>
          <w:color w:val="000000"/>
          <w:sz w:val="22"/>
        </w:rPr>
        <w:t xml:space="preserve"> </w:t>
      </w:r>
      <w:proofErr w:type="spellStart"/>
      <w:r>
        <w:rPr>
          <w:rFonts w:ascii="Times New Roman" w:hAnsi="Times New Roman"/>
          <w:color w:val="000000"/>
          <w:sz w:val="22"/>
        </w:rPr>
        <w:t>toate</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caracteristicile</w:t>
      </w:r>
      <w:proofErr w:type="spellEnd"/>
      <w:r>
        <w:rPr>
          <w:rFonts w:ascii="Times New Roman" w:hAnsi="Times New Roman"/>
          <w:color w:val="000000"/>
          <w:sz w:val="22"/>
        </w:rPr>
        <w:t xml:space="preserve"> </w:t>
      </w:r>
      <w:proofErr w:type="spellStart"/>
      <w:r>
        <w:rPr>
          <w:rFonts w:ascii="Times New Roman" w:hAnsi="Times New Roman"/>
          <w:color w:val="000000"/>
          <w:sz w:val="22"/>
        </w:rPr>
        <w:t>tehnice</w:t>
      </w:r>
      <w:proofErr w:type="spellEnd"/>
      <w:r>
        <w:rPr>
          <w:rFonts w:ascii="Times New Roman" w:hAnsi="Times New Roman"/>
          <w:color w:val="000000"/>
          <w:sz w:val="22"/>
        </w:rPr>
        <w:t xml:space="preserve"> </w:t>
      </w:r>
      <w:proofErr w:type="spellStart"/>
      <w:r>
        <w:rPr>
          <w:rFonts w:ascii="Times New Roman" w:hAnsi="Times New Roman"/>
          <w:color w:val="000000"/>
          <w:sz w:val="22"/>
        </w:rPr>
        <w:t>minime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caracteristicile</w:t>
      </w:r>
      <w:proofErr w:type="spellEnd"/>
      <w:r>
        <w:rPr>
          <w:rFonts w:ascii="Times New Roman" w:hAnsi="Times New Roman"/>
          <w:color w:val="000000"/>
          <w:sz w:val="22"/>
        </w:rPr>
        <w:t xml:space="preserve"> concrete </w:t>
      </w:r>
      <w:proofErr w:type="spellStart"/>
      <w:r>
        <w:rPr>
          <w:rFonts w:ascii="Times New Roman" w:hAnsi="Times New Roman"/>
          <w:color w:val="000000"/>
          <w:sz w:val="22"/>
        </w:rPr>
        <w:t>asumate</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propunerea</w:t>
      </w:r>
      <w:proofErr w:type="spellEnd"/>
      <w:r>
        <w:rPr>
          <w:rFonts w:ascii="Times New Roman" w:hAnsi="Times New Roman"/>
          <w:color w:val="000000"/>
          <w:sz w:val="22"/>
        </w:rPr>
        <w:t xml:space="preserve"> </w:t>
      </w:r>
      <w:proofErr w:type="spellStart"/>
      <w:r>
        <w:rPr>
          <w:rFonts w:ascii="Times New Roman" w:hAnsi="Times New Roman"/>
          <w:color w:val="000000"/>
          <w:sz w:val="22"/>
        </w:rPr>
        <w:t>tehnică</w:t>
      </w:r>
      <w:proofErr w:type="spellEnd"/>
      <w:r>
        <w:rPr>
          <w:rFonts w:ascii="Times New Roman" w:hAnsi="Times New Roman"/>
          <w:color w:val="000000"/>
          <w:sz w:val="22"/>
        </w:rPr>
        <w:t xml:space="preserve">, </w:t>
      </w:r>
      <w:proofErr w:type="spellStart"/>
      <w:r>
        <w:rPr>
          <w:rFonts w:ascii="Times New Roman" w:hAnsi="Times New Roman"/>
          <w:color w:val="000000"/>
          <w:sz w:val="22"/>
        </w:rPr>
        <w:t>inclusiv</w:t>
      </w:r>
      <w:proofErr w:type="spellEnd"/>
      <w:r>
        <w:rPr>
          <w:rFonts w:ascii="Times New Roman" w:hAnsi="Times New Roman"/>
          <w:color w:val="000000"/>
          <w:sz w:val="22"/>
        </w:rPr>
        <w:t xml:space="preserve"> </w:t>
      </w:r>
      <w:proofErr w:type="spellStart"/>
      <w:r>
        <w:rPr>
          <w:rFonts w:ascii="Times New Roman" w:hAnsi="Times New Roman"/>
          <w:color w:val="000000"/>
          <w:sz w:val="22"/>
        </w:rPr>
        <w:t>tipul</w:t>
      </w:r>
      <w:proofErr w:type="spellEnd"/>
      <w:r>
        <w:rPr>
          <w:rFonts w:ascii="Times New Roman" w:hAnsi="Times New Roman"/>
          <w:color w:val="000000"/>
          <w:sz w:val="22"/>
        </w:rPr>
        <w:t xml:space="preserve"> de </w:t>
      </w:r>
      <w:proofErr w:type="spellStart"/>
      <w:r>
        <w:rPr>
          <w:rFonts w:ascii="Times New Roman" w:hAnsi="Times New Roman"/>
          <w:color w:val="000000"/>
          <w:sz w:val="22"/>
        </w:rPr>
        <w:t>propulsie</w:t>
      </w:r>
      <w:proofErr w:type="spellEnd"/>
      <w:r>
        <w:rPr>
          <w:rFonts w:ascii="Times New Roman" w:hAnsi="Times New Roman"/>
          <w:color w:val="000000"/>
          <w:sz w:val="22"/>
        </w:rPr>
        <w:t xml:space="preserve"> plug-in </w:t>
      </w:r>
      <w:proofErr w:type="spellStart"/>
      <w:r>
        <w:rPr>
          <w:rFonts w:ascii="Times New Roman" w:hAnsi="Times New Roman"/>
          <w:color w:val="000000"/>
          <w:sz w:val="22"/>
        </w:rPr>
        <w:t>hibrid</w:t>
      </w:r>
      <w:proofErr w:type="spellEnd"/>
      <w:r>
        <w:rPr>
          <w:rFonts w:ascii="Times New Roman" w:hAnsi="Times New Roman"/>
          <w:color w:val="000000"/>
          <w:sz w:val="22"/>
        </w:rPr>
        <w:t xml:space="preserve">, </w:t>
      </w:r>
      <w:proofErr w:type="spellStart"/>
      <w:r>
        <w:rPr>
          <w:rFonts w:ascii="Times New Roman" w:hAnsi="Times New Roman"/>
          <w:color w:val="000000"/>
          <w:sz w:val="22"/>
        </w:rPr>
        <w:t>emisiile</w:t>
      </w:r>
      <w:proofErr w:type="spellEnd"/>
      <w:r>
        <w:rPr>
          <w:rFonts w:ascii="Times New Roman" w:hAnsi="Times New Roman"/>
          <w:color w:val="000000"/>
          <w:sz w:val="22"/>
        </w:rPr>
        <w:t xml:space="preserve"> CO₂ WLTP, </w:t>
      </w:r>
      <w:proofErr w:type="spellStart"/>
      <w:r>
        <w:rPr>
          <w:rFonts w:ascii="Times New Roman" w:hAnsi="Times New Roman"/>
          <w:color w:val="000000"/>
          <w:sz w:val="22"/>
        </w:rPr>
        <w:t>autonomia</w:t>
      </w:r>
      <w:proofErr w:type="spellEnd"/>
      <w:r>
        <w:rPr>
          <w:rFonts w:ascii="Times New Roman" w:hAnsi="Times New Roman"/>
          <w:color w:val="000000"/>
          <w:sz w:val="22"/>
        </w:rPr>
        <w:t xml:space="preserve"> </w:t>
      </w:r>
      <w:proofErr w:type="spellStart"/>
      <w:r>
        <w:rPr>
          <w:rFonts w:ascii="Times New Roman" w:hAnsi="Times New Roman"/>
          <w:color w:val="000000"/>
          <w:sz w:val="22"/>
        </w:rPr>
        <w:t>electrică</w:t>
      </w:r>
      <w:proofErr w:type="spellEnd"/>
      <w:r>
        <w:rPr>
          <w:rFonts w:ascii="Times New Roman" w:hAnsi="Times New Roman"/>
          <w:color w:val="000000"/>
          <w:sz w:val="22"/>
        </w:rPr>
        <w:t xml:space="preserve"> WLTP, </w:t>
      </w:r>
      <w:proofErr w:type="spellStart"/>
      <w:r>
        <w:rPr>
          <w:rFonts w:ascii="Times New Roman" w:hAnsi="Times New Roman"/>
          <w:color w:val="000000"/>
          <w:sz w:val="22"/>
        </w:rPr>
        <w:t>puterea</w:t>
      </w:r>
      <w:proofErr w:type="spellEnd"/>
      <w:r>
        <w:rPr>
          <w:rFonts w:ascii="Times New Roman" w:hAnsi="Times New Roman"/>
          <w:color w:val="000000"/>
          <w:sz w:val="22"/>
        </w:rPr>
        <w:t xml:space="preserve"> </w:t>
      </w:r>
      <w:proofErr w:type="spellStart"/>
      <w:r>
        <w:rPr>
          <w:rFonts w:ascii="Times New Roman" w:hAnsi="Times New Roman"/>
          <w:color w:val="000000"/>
          <w:sz w:val="22"/>
        </w:rPr>
        <w:t>totală</w:t>
      </w:r>
      <w:proofErr w:type="spellEnd"/>
      <w:r>
        <w:rPr>
          <w:rFonts w:ascii="Times New Roman" w:hAnsi="Times New Roman"/>
          <w:color w:val="000000"/>
          <w:sz w:val="22"/>
        </w:rPr>
        <w:t xml:space="preserve"> a </w:t>
      </w:r>
      <w:proofErr w:type="spellStart"/>
      <w:r>
        <w:rPr>
          <w:rFonts w:ascii="Times New Roman" w:hAnsi="Times New Roman"/>
          <w:color w:val="000000"/>
          <w:sz w:val="22"/>
        </w:rPr>
        <w:t>sistemului</w:t>
      </w:r>
      <w:proofErr w:type="spellEnd"/>
      <w:r>
        <w:rPr>
          <w:rFonts w:ascii="Times New Roman" w:hAnsi="Times New Roman"/>
          <w:color w:val="000000"/>
          <w:sz w:val="22"/>
        </w:rPr>
        <w:t xml:space="preserve">, </w:t>
      </w:r>
      <w:proofErr w:type="spellStart"/>
      <w:r>
        <w:rPr>
          <w:rFonts w:ascii="Times New Roman" w:hAnsi="Times New Roman"/>
          <w:color w:val="000000"/>
          <w:sz w:val="22"/>
        </w:rPr>
        <w:t>încărcarea</w:t>
      </w:r>
      <w:proofErr w:type="spellEnd"/>
      <w:r>
        <w:rPr>
          <w:rFonts w:ascii="Times New Roman" w:hAnsi="Times New Roman"/>
          <w:color w:val="000000"/>
          <w:sz w:val="22"/>
        </w:rPr>
        <w:t xml:space="preserve"> </w:t>
      </w:r>
      <w:proofErr w:type="spellStart"/>
      <w:r>
        <w:rPr>
          <w:rFonts w:ascii="Times New Roman" w:hAnsi="Times New Roman"/>
          <w:color w:val="000000"/>
          <w:sz w:val="22"/>
        </w:rPr>
        <w:t>externă</w:t>
      </w:r>
      <w:proofErr w:type="spellEnd"/>
      <w:r>
        <w:rPr>
          <w:rFonts w:ascii="Times New Roman" w:hAnsi="Times New Roman"/>
          <w:color w:val="000000"/>
          <w:sz w:val="22"/>
        </w:rPr>
        <w:t xml:space="preserve">, </w:t>
      </w:r>
      <w:proofErr w:type="spellStart"/>
      <w:r>
        <w:rPr>
          <w:rFonts w:ascii="Times New Roman" w:hAnsi="Times New Roman"/>
          <w:color w:val="000000"/>
          <w:sz w:val="22"/>
        </w:rPr>
        <w:t>dotările</w:t>
      </w:r>
      <w:proofErr w:type="spellEnd"/>
      <w:r>
        <w:rPr>
          <w:rFonts w:ascii="Times New Roman" w:hAnsi="Times New Roman"/>
          <w:color w:val="000000"/>
          <w:sz w:val="22"/>
        </w:rPr>
        <w:t xml:space="preserve"> de </w:t>
      </w:r>
      <w:proofErr w:type="spellStart"/>
      <w:r>
        <w:rPr>
          <w:rFonts w:ascii="Times New Roman" w:hAnsi="Times New Roman"/>
          <w:color w:val="000000"/>
          <w:sz w:val="22"/>
        </w:rPr>
        <w:t>siguranță</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de </w:t>
      </w:r>
      <w:proofErr w:type="spellStart"/>
      <w:r>
        <w:rPr>
          <w:rFonts w:ascii="Times New Roman" w:hAnsi="Times New Roman"/>
          <w:color w:val="000000"/>
          <w:sz w:val="22"/>
        </w:rPr>
        <w:t>garanție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celelalte</w:t>
      </w:r>
      <w:proofErr w:type="spellEnd"/>
      <w:r>
        <w:rPr>
          <w:rFonts w:ascii="Times New Roman" w:hAnsi="Times New Roman"/>
          <w:color w:val="000000"/>
          <w:sz w:val="22"/>
        </w:rPr>
        <w:t xml:space="preserve"> </w:t>
      </w:r>
      <w:proofErr w:type="spellStart"/>
      <w:r>
        <w:rPr>
          <w:rFonts w:ascii="Times New Roman" w:hAnsi="Times New Roman"/>
          <w:color w:val="000000"/>
          <w:sz w:val="22"/>
        </w:rPr>
        <w:t>elemente</w:t>
      </w:r>
      <w:proofErr w:type="spellEnd"/>
      <w:r>
        <w:rPr>
          <w:rFonts w:ascii="Times New Roman" w:hAnsi="Times New Roman"/>
          <w:color w:val="000000"/>
          <w:sz w:val="22"/>
        </w:rPr>
        <w:t xml:space="preserve"> ale </w:t>
      </w:r>
      <w:proofErr w:type="spellStart"/>
      <w:r>
        <w:rPr>
          <w:rFonts w:ascii="Times New Roman" w:hAnsi="Times New Roman"/>
          <w:color w:val="000000"/>
          <w:sz w:val="22"/>
        </w:rPr>
        <w:t>configurației</w:t>
      </w:r>
      <w:proofErr w:type="spellEnd"/>
      <w:r>
        <w:rPr>
          <w:rFonts w:ascii="Times New Roman" w:hAnsi="Times New Roman"/>
          <w:color w:val="000000"/>
          <w:sz w:val="22"/>
        </w:rPr>
        <w:t xml:space="preserve"> </w:t>
      </w:r>
      <w:proofErr w:type="spellStart"/>
      <w:r>
        <w:rPr>
          <w:rFonts w:ascii="Times New Roman" w:hAnsi="Times New Roman"/>
          <w:color w:val="000000"/>
          <w:sz w:val="22"/>
        </w:rPr>
        <w:t>ofertate</w:t>
      </w:r>
      <w:proofErr w:type="spellEnd"/>
      <w:r>
        <w:rPr>
          <w:rFonts w:ascii="Times New Roman" w:hAnsi="Times New Roman"/>
          <w:color w:val="000000"/>
          <w:sz w:val="22"/>
        </w:rPr>
        <w:t>.</w:t>
      </w:r>
    </w:p>
    <w:p w14:paraId="6B88CFE0"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lastRenderedPageBreak/>
        <w:t xml:space="preserve">12.5. </w:t>
      </w:r>
      <w:proofErr w:type="spellStart"/>
      <w:r w:rsidRPr="004B020D">
        <w:rPr>
          <w:rFonts w:ascii="Times New Roman" w:hAnsi="Times New Roman" w:cs="Times New Roman"/>
          <w:color w:val="000000"/>
          <w:sz w:val="22"/>
          <w:szCs w:val="24"/>
        </w:rPr>
        <w:t>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suporte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toate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costurile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remedierii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înlocuirii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transportului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diagnozei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operațiunilor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acoperite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garanție</w:t>
      </w:r>
      <w:proofErr w:type="spellEnd"/>
      <w:r w:rsidRPr="004B020D">
        <w:rPr>
          <w:rFonts w:ascii="Times New Roman" w:hAnsi="Times New Roman" w:cs="Times New Roman"/>
          <w:color w:val="000000"/>
          <w:sz w:val="22"/>
          <w:szCs w:val="24"/>
        </w:rPr>
        <w:t>.</w:t>
      </w:r>
    </w:p>
    <w:p w14:paraId="7A9BA853"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12.6.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desemneze</w:t>
      </w:r>
      <w:proofErr w:type="spellEnd"/>
      <w:r>
        <w:rPr>
          <w:rFonts w:ascii="Times New Roman" w:hAnsi="Times New Roman"/>
          <w:color w:val="000000"/>
          <w:sz w:val="22"/>
        </w:rPr>
        <w:t xml:space="preserve"> o </w:t>
      </w:r>
      <w:proofErr w:type="spellStart"/>
      <w:r>
        <w:rPr>
          <w:rFonts w:ascii="Times New Roman" w:hAnsi="Times New Roman"/>
          <w:color w:val="000000"/>
          <w:sz w:val="22"/>
        </w:rPr>
        <w:t>persoană</w:t>
      </w:r>
      <w:proofErr w:type="spellEnd"/>
      <w:r>
        <w:rPr>
          <w:rFonts w:ascii="Times New Roman" w:hAnsi="Times New Roman"/>
          <w:color w:val="000000"/>
          <w:sz w:val="22"/>
        </w:rPr>
        <w:t xml:space="preserve"> de contact </w:t>
      </w:r>
      <w:proofErr w:type="spellStart"/>
      <w:r>
        <w:rPr>
          <w:rFonts w:ascii="Times New Roman" w:hAnsi="Times New Roman"/>
          <w:color w:val="000000"/>
          <w:sz w:val="22"/>
        </w:rPr>
        <w:t>în</w:t>
      </w:r>
      <w:proofErr w:type="spellEnd"/>
      <w:r>
        <w:rPr>
          <w:rFonts w:ascii="Times New Roman" w:hAnsi="Times New Roman"/>
          <w:color w:val="000000"/>
          <w:sz w:val="22"/>
        </w:rPr>
        <w:t xml:space="preserve"> 5 </w:t>
      </w:r>
      <w:proofErr w:type="spellStart"/>
      <w:r>
        <w:rPr>
          <w:rFonts w:ascii="Times New Roman" w:hAnsi="Times New Roman"/>
          <w:color w:val="000000"/>
          <w:sz w:val="22"/>
        </w:rPr>
        <w:t>zile</w:t>
      </w:r>
      <w:proofErr w:type="spellEnd"/>
      <w:r>
        <w:rPr>
          <w:rFonts w:ascii="Times New Roman" w:hAnsi="Times New Roman"/>
          <w:color w:val="000000"/>
          <w:sz w:val="22"/>
        </w:rPr>
        <w:t xml:space="preserve"> </w:t>
      </w:r>
      <w:proofErr w:type="spellStart"/>
      <w:r>
        <w:rPr>
          <w:rFonts w:ascii="Times New Roman" w:hAnsi="Times New Roman"/>
          <w:color w:val="000000"/>
          <w:sz w:val="22"/>
        </w:rPr>
        <w:t>lucrătoare</w:t>
      </w:r>
      <w:proofErr w:type="spellEnd"/>
      <w:r>
        <w:rPr>
          <w:rFonts w:ascii="Times New Roman" w:hAnsi="Times New Roman"/>
          <w:color w:val="000000"/>
          <w:sz w:val="22"/>
        </w:rPr>
        <w:t xml:space="preserve"> de la </w:t>
      </w:r>
      <w:proofErr w:type="spellStart"/>
      <w:r>
        <w:rPr>
          <w:rFonts w:ascii="Times New Roman" w:hAnsi="Times New Roman"/>
          <w:color w:val="000000"/>
          <w:sz w:val="22"/>
        </w:rPr>
        <w:t>semnare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informeze</w:t>
      </w:r>
      <w:proofErr w:type="spellEnd"/>
      <w:r>
        <w:rPr>
          <w:rFonts w:ascii="Times New Roman" w:hAnsi="Times New Roman"/>
          <w:color w:val="000000"/>
          <w:sz w:val="22"/>
        </w:rPr>
        <w:t xml:space="preserve"> </w:t>
      </w:r>
      <w:proofErr w:type="spellStart"/>
      <w:r>
        <w:rPr>
          <w:rFonts w:ascii="Times New Roman" w:hAnsi="Times New Roman"/>
          <w:color w:val="000000"/>
          <w:sz w:val="22"/>
        </w:rPr>
        <w:t>imediat</w:t>
      </w:r>
      <w:proofErr w:type="spellEnd"/>
      <w:r>
        <w:rPr>
          <w:rFonts w:ascii="Times New Roman" w:hAnsi="Times New Roman"/>
          <w:color w:val="000000"/>
          <w:sz w:val="22"/>
        </w:rPr>
        <w:t xml:space="preserve"> </w:t>
      </w:r>
      <w:proofErr w:type="spellStart"/>
      <w:r>
        <w:rPr>
          <w:rFonts w:ascii="Times New Roman" w:hAnsi="Times New Roman"/>
          <w:color w:val="000000"/>
          <w:sz w:val="22"/>
        </w:rPr>
        <w:t>Autoritatea</w:t>
      </w:r>
      <w:proofErr w:type="spellEnd"/>
      <w:r>
        <w:rPr>
          <w:rFonts w:ascii="Times New Roman" w:hAnsi="Times New Roman"/>
          <w:color w:val="000000"/>
          <w:sz w:val="22"/>
        </w:rPr>
        <w:t xml:space="preserve"> </w:t>
      </w:r>
      <w:proofErr w:type="spellStart"/>
      <w:r>
        <w:rPr>
          <w:rFonts w:ascii="Times New Roman" w:hAnsi="Times New Roman"/>
          <w:color w:val="000000"/>
          <w:sz w:val="22"/>
        </w:rPr>
        <w:t>despre</w:t>
      </w:r>
      <w:proofErr w:type="spellEnd"/>
      <w:r>
        <w:rPr>
          <w:rFonts w:ascii="Times New Roman" w:hAnsi="Times New Roman"/>
          <w:color w:val="000000"/>
          <w:sz w:val="22"/>
        </w:rPr>
        <w:t xml:space="preserve"> </w:t>
      </w:r>
      <w:proofErr w:type="spellStart"/>
      <w:r>
        <w:rPr>
          <w:rFonts w:ascii="Times New Roman" w:hAnsi="Times New Roman"/>
          <w:color w:val="000000"/>
          <w:sz w:val="22"/>
        </w:rPr>
        <w:t>orice</w:t>
      </w:r>
      <w:proofErr w:type="spellEnd"/>
      <w:r>
        <w:rPr>
          <w:rFonts w:ascii="Times New Roman" w:hAnsi="Times New Roman"/>
          <w:color w:val="000000"/>
          <w:sz w:val="22"/>
        </w:rPr>
        <w:t xml:space="preserve"> </w:t>
      </w:r>
      <w:proofErr w:type="spellStart"/>
      <w:r>
        <w:rPr>
          <w:rFonts w:ascii="Times New Roman" w:hAnsi="Times New Roman"/>
          <w:color w:val="000000"/>
          <w:sz w:val="22"/>
        </w:rPr>
        <w:t>risc</w:t>
      </w:r>
      <w:proofErr w:type="spellEnd"/>
      <w:r>
        <w:rPr>
          <w:rFonts w:ascii="Times New Roman" w:hAnsi="Times New Roman"/>
          <w:color w:val="000000"/>
          <w:sz w:val="22"/>
        </w:rPr>
        <w:t xml:space="preserve"> de </w:t>
      </w:r>
      <w:proofErr w:type="spellStart"/>
      <w:r>
        <w:rPr>
          <w:rFonts w:ascii="Times New Roman" w:hAnsi="Times New Roman"/>
          <w:color w:val="000000"/>
          <w:sz w:val="22"/>
        </w:rPr>
        <w:t>întârziere</w:t>
      </w:r>
      <w:proofErr w:type="spellEnd"/>
      <w:r>
        <w:rPr>
          <w:rFonts w:ascii="Times New Roman" w:hAnsi="Times New Roman"/>
          <w:color w:val="000000"/>
          <w:sz w:val="22"/>
        </w:rPr>
        <w:t xml:space="preserve">, </w:t>
      </w:r>
      <w:proofErr w:type="spellStart"/>
      <w:r>
        <w:rPr>
          <w:rFonts w:ascii="Times New Roman" w:hAnsi="Times New Roman"/>
          <w:color w:val="000000"/>
          <w:sz w:val="22"/>
        </w:rPr>
        <w:t>indisponibilitate</w:t>
      </w:r>
      <w:proofErr w:type="spellEnd"/>
      <w:r>
        <w:rPr>
          <w:rFonts w:ascii="Times New Roman" w:hAnsi="Times New Roman"/>
          <w:color w:val="000000"/>
          <w:sz w:val="22"/>
        </w:rPr>
        <w:t xml:space="preserve"> a </w:t>
      </w:r>
      <w:proofErr w:type="spellStart"/>
      <w:r>
        <w:rPr>
          <w:rFonts w:ascii="Times New Roman" w:hAnsi="Times New Roman"/>
          <w:color w:val="000000"/>
          <w:sz w:val="22"/>
        </w:rPr>
        <w:t>configurației</w:t>
      </w:r>
      <w:proofErr w:type="spellEnd"/>
      <w:r>
        <w:rPr>
          <w:rFonts w:ascii="Times New Roman" w:hAnsi="Times New Roman"/>
          <w:color w:val="000000"/>
          <w:sz w:val="22"/>
        </w:rPr>
        <w:t xml:space="preserve"> </w:t>
      </w:r>
      <w:proofErr w:type="spellStart"/>
      <w:r>
        <w:rPr>
          <w:rFonts w:ascii="Times New Roman" w:hAnsi="Times New Roman"/>
          <w:color w:val="000000"/>
          <w:sz w:val="22"/>
        </w:rPr>
        <w:t>ofertate</w:t>
      </w:r>
      <w:proofErr w:type="spellEnd"/>
      <w:r>
        <w:rPr>
          <w:rFonts w:ascii="Times New Roman" w:hAnsi="Times New Roman"/>
          <w:color w:val="000000"/>
          <w:sz w:val="22"/>
        </w:rPr>
        <w:t xml:space="preserve">, </w:t>
      </w:r>
      <w:proofErr w:type="spellStart"/>
      <w:r>
        <w:rPr>
          <w:rFonts w:ascii="Times New Roman" w:hAnsi="Times New Roman"/>
          <w:color w:val="000000"/>
          <w:sz w:val="22"/>
        </w:rPr>
        <w:t>neeligibilitate</w:t>
      </w:r>
      <w:proofErr w:type="spellEnd"/>
      <w:r>
        <w:rPr>
          <w:rFonts w:ascii="Times New Roman" w:hAnsi="Times New Roman"/>
          <w:color w:val="000000"/>
          <w:sz w:val="22"/>
        </w:rPr>
        <w:t xml:space="preserve"> a </w:t>
      </w:r>
      <w:proofErr w:type="spellStart"/>
      <w:r>
        <w:rPr>
          <w:rFonts w:ascii="Times New Roman" w:hAnsi="Times New Roman"/>
          <w:color w:val="000000"/>
          <w:sz w:val="22"/>
        </w:rPr>
        <w:t>vehiculului</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imposibilitate</w:t>
      </w:r>
      <w:proofErr w:type="spellEnd"/>
      <w:r>
        <w:rPr>
          <w:rFonts w:ascii="Times New Roman" w:hAnsi="Times New Roman"/>
          <w:color w:val="000000"/>
          <w:sz w:val="22"/>
        </w:rPr>
        <w:t xml:space="preserve"> de </w:t>
      </w:r>
      <w:proofErr w:type="spellStart"/>
      <w:r>
        <w:rPr>
          <w:rFonts w:ascii="Times New Roman" w:hAnsi="Times New Roman"/>
          <w:color w:val="000000"/>
          <w:sz w:val="22"/>
        </w:rPr>
        <w:t>aplicare</w:t>
      </w:r>
      <w:proofErr w:type="spellEnd"/>
      <w:r>
        <w:rPr>
          <w:rFonts w:ascii="Times New Roman" w:hAnsi="Times New Roman"/>
          <w:color w:val="000000"/>
          <w:sz w:val="22"/>
        </w:rPr>
        <w:t>/</w:t>
      </w:r>
      <w:proofErr w:type="spellStart"/>
      <w:r>
        <w:rPr>
          <w:rFonts w:ascii="Times New Roman" w:hAnsi="Times New Roman"/>
          <w:color w:val="000000"/>
          <w:sz w:val="22"/>
        </w:rPr>
        <w:t>decontare</w:t>
      </w:r>
      <w:proofErr w:type="spellEnd"/>
      <w:r>
        <w:rPr>
          <w:rFonts w:ascii="Times New Roman" w:hAnsi="Times New Roman"/>
          <w:color w:val="000000"/>
          <w:sz w:val="22"/>
        </w:rPr>
        <w:t xml:space="preserve"> a </w:t>
      </w:r>
      <w:proofErr w:type="spellStart"/>
      <w:r>
        <w:rPr>
          <w:rFonts w:ascii="Times New Roman" w:hAnsi="Times New Roman"/>
          <w:color w:val="000000"/>
          <w:sz w:val="22"/>
        </w:rPr>
        <w:t>ecotichetelor</w:t>
      </w:r>
      <w:proofErr w:type="spellEnd"/>
      <w:r>
        <w:rPr>
          <w:rFonts w:ascii="Times New Roman" w:hAnsi="Times New Roman"/>
          <w:color w:val="000000"/>
          <w:sz w:val="22"/>
        </w:rPr>
        <w:t xml:space="preserve"> AFM.</w:t>
      </w:r>
    </w:p>
    <w:p w14:paraId="40958458"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12.7.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emită</w:t>
      </w:r>
      <w:proofErr w:type="spellEnd"/>
      <w:r>
        <w:rPr>
          <w:rFonts w:ascii="Times New Roman" w:hAnsi="Times New Roman"/>
          <w:color w:val="000000"/>
          <w:sz w:val="22"/>
        </w:rPr>
        <w:t xml:space="preserve"> factura </w:t>
      </w:r>
      <w:proofErr w:type="spellStart"/>
      <w:r>
        <w:rPr>
          <w:rFonts w:ascii="Times New Roman" w:hAnsi="Times New Roman"/>
          <w:color w:val="000000"/>
          <w:sz w:val="22"/>
        </w:rPr>
        <w:t>numai</w:t>
      </w:r>
      <w:proofErr w:type="spellEnd"/>
      <w:r>
        <w:rPr>
          <w:rFonts w:ascii="Times New Roman" w:hAnsi="Times New Roman"/>
          <w:color w:val="000000"/>
          <w:sz w:val="22"/>
        </w:rPr>
        <w:t xml:space="preserve"> </w:t>
      </w:r>
      <w:proofErr w:type="spellStart"/>
      <w:r>
        <w:rPr>
          <w:rFonts w:ascii="Times New Roman" w:hAnsi="Times New Roman"/>
          <w:color w:val="000000"/>
          <w:sz w:val="22"/>
        </w:rPr>
        <w:t>după</w:t>
      </w:r>
      <w:proofErr w:type="spellEnd"/>
      <w:r>
        <w:rPr>
          <w:rFonts w:ascii="Times New Roman" w:hAnsi="Times New Roman"/>
          <w:color w:val="000000"/>
          <w:sz w:val="22"/>
        </w:rPr>
        <w:t xml:space="preserve"> </w:t>
      </w:r>
      <w:proofErr w:type="spellStart"/>
      <w:r>
        <w:rPr>
          <w:rFonts w:ascii="Times New Roman" w:hAnsi="Times New Roman"/>
          <w:color w:val="000000"/>
          <w:sz w:val="22"/>
        </w:rPr>
        <w:t>îndeplinirea</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condițiilor</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contractuale</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recepție</w:t>
      </w:r>
      <w:proofErr w:type="spellEnd"/>
      <w:r>
        <w:rPr>
          <w:rFonts w:ascii="Times New Roman" w:hAnsi="Times New Roman"/>
          <w:color w:val="000000"/>
          <w:sz w:val="22"/>
        </w:rPr>
        <w:t>/</w:t>
      </w:r>
      <w:proofErr w:type="spellStart"/>
      <w:r>
        <w:rPr>
          <w:rFonts w:ascii="Times New Roman" w:hAnsi="Times New Roman"/>
          <w:color w:val="000000"/>
          <w:sz w:val="22"/>
        </w:rPr>
        <w:t>plată</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conformitate</w:t>
      </w:r>
      <w:proofErr w:type="spellEnd"/>
      <w:r>
        <w:rPr>
          <w:rFonts w:ascii="Times New Roman" w:hAnsi="Times New Roman"/>
          <w:color w:val="000000"/>
          <w:sz w:val="22"/>
        </w:rPr>
        <w:t xml:space="preserve"> cu </w:t>
      </w:r>
      <w:proofErr w:type="spellStart"/>
      <w:r>
        <w:rPr>
          <w:rFonts w:ascii="Times New Roman" w:hAnsi="Times New Roman"/>
          <w:color w:val="000000"/>
          <w:sz w:val="22"/>
        </w:rPr>
        <w:t>mecanismul</w:t>
      </w:r>
      <w:proofErr w:type="spellEnd"/>
      <w:r>
        <w:rPr>
          <w:rFonts w:ascii="Times New Roman" w:hAnsi="Times New Roman"/>
          <w:color w:val="000000"/>
          <w:sz w:val="22"/>
        </w:rPr>
        <w:t xml:space="preserve"> AFM,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transmită</w:t>
      </w:r>
      <w:proofErr w:type="spellEnd"/>
      <w:r>
        <w:rPr>
          <w:rFonts w:ascii="Times New Roman" w:hAnsi="Times New Roman"/>
          <w:color w:val="000000"/>
          <w:sz w:val="22"/>
        </w:rPr>
        <w:t xml:space="preserve"> RO e-Factura conform </w:t>
      </w:r>
      <w:proofErr w:type="spellStart"/>
      <w:r>
        <w:rPr>
          <w:rFonts w:ascii="Times New Roman" w:hAnsi="Times New Roman"/>
          <w:color w:val="000000"/>
          <w:sz w:val="22"/>
        </w:rPr>
        <w:t>legii</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asigure</w:t>
      </w:r>
      <w:proofErr w:type="spellEnd"/>
      <w:r>
        <w:rPr>
          <w:rFonts w:ascii="Times New Roman" w:hAnsi="Times New Roman"/>
          <w:color w:val="000000"/>
          <w:sz w:val="22"/>
        </w:rPr>
        <w:t xml:space="preserve"> </w:t>
      </w:r>
      <w:proofErr w:type="spellStart"/>
      <w:r>
        <w:rPr>
          <w:rFonts w:ascii="Times New Roman" w:hAnsi="Times New Roman"/>
          <w:color w:val="000000"/>
          <w:sz w:val="22"/>
        </w:rPr>
        <w:t>concordanța</w:t>
      </w:r>
      <w:proofErr w:type="spellEnd"/>
      <w:r>
        <w:rPr>
          <w:rFonts w:ascii="Times New Roman" w:hAnsi="Times New Roman"/>
          <w:color w:val="000000"/>
          <w:sz w:val="22"/>
        </w:rPr>
        <w:t xml:space="preserve"> </w:t>
      </w:r>
      <w:proofErr w:type="spellStart"/>
      <w:r>
        <w:rPr>
          <w:rFonts w:ascii="Times New Roman" w:hAnsi="Times New Roman"/>
          <w:color w:val="000000"/>
          <w:sz w:val="22"/>
        </w:rPr>
        <w:t>facturii</w:t>
      </w:r>
      <w:proofErr w:type="spellEnd"/>
      <w:r>
        <w:rPr>
          <w:rFonts w:ascii="Times New Roman" w:hAnsi="Times New Roman"/>
          <w:color w:val="000000"/>
          <w:sz w:val="22"/>
        </w:rPr>
        <w:t xml:space="preserve"> cu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de </w:t>
      </w:r>
      <w:proofErr w:type="spellStart"/>
      <w:r>
        <w:rPr>
          <w:rFonts w:ascii="Times New Roman" w:hAnsi="Times New Roman"/>
          <w:color w:val="000000"/>
          <w:sz w:val="22"/>
        </w:rPr>
        <w:t>decontare</w:t>
      </w:r>
      <w:proofErr w:type="spellEnd"/>
      <w:r>
        <w:rPr>
          <w:rFonts w:ascii="Times New Roman" w:hAnsi="Times New Roman"/>
          <w:color w:val="000000"/>
          <w:sz w:val="22"/>
        </w:rPr>
        <w:t xml:space="preserve"> ale </w:t>
      </w:r>
      <w:proofErr w:type="spellStart"/>
      <w:r>
        <w:rPr>
          <w:rFonts w:ascii="Times New Roman" w:hAnsi="Times New Roman"/>
          <w:color w:val="000000"/>
          <w:sz w:val="22"/>
        </w:rPr>
        <w:t>programului</w:t>
      </w:r>
      <w:proofErr w:type="spellEnd"/>
      <w:r>
        <w:rPr>
          <w:rFonts w:ascii="Times New Roman" w:hAnsi="Times New Roman"/>
          <w:color w:val="000000"/>
          <w:sz w:val="22"/>
        </w:rPr>
        <w:t>.</w:t>
      </w:r>
    </w:p>
    <w:p w14:paraId="4302F81D"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13 – OBLIGAȚIILE AUTORITĂȚII CONTRACTANTE</w:t>
      </w:r>
    </w:p>
    <w:p w14:paraId="63F549B3"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13.1. </w:t>
      </w:r>
      <w:proofErr w:type="spellStart"/>
      <w:r w:rsidRPr="004B020D">
        <w:rPr>
          <w:rFonts w:ascii="Times New Roman" w:hAnsi="Times New Roman" w:cs="Times New Roman"/>
          <w:color w:val="000000"/>
          <w:sz w:val="22"/>
          <w:szCs w:val="24"/>
        </w:rPr>
        <w:t>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pună</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dispoziția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informațiile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documentele</w:t>
      </w:r>
      <w:proofErr w:type="spellEnd"/>
      <w:r w:rsidRPr="004B020D">
        <w:rPr>
          <w:rFonts w:ascii="Times New Roman" w:hAnsi="Times New Roman" w:cs="Times New Roman"/>
          <w:color w:val="000000"/>
          <w:sz w:val="22"/>
          <w:szCs w:val="24"/>
        </w:rPr>
        <w:t xml:space="preserve"> pe care le </w:t>
      </w:r>
      <w:proofErr w:type="spellStart"/>
      <w:r w:rsidRPr="004B020D">
        <w:rPr>
          <w:rFonts w:ascii="Times New Roman" w:hAnsi="Times New Roman" w:cs="Times New Roman"/>
          <w:color w:val="000000"/>
          <w:sz w:val="22"/>
          <w:szCs w:val="24"/>
        </w:rPr>
        <w:t>deține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care sunt </w:t>
      </w:r>
      <w:proofErr w:type="spellStart"/>
      <w:r w:rsidRPr="004B020D">
        <w:rPr>
          <w:rFonts w:ascii="Times New Roman" w:hAnsi="Times New Roman" w:cs="Times New Roman"/>
          <w:color w:val="000000"/>
          <w:sz w:val="22"/>
          <w:szCs w:val="24"/>
        </w:rPr>
        <w:t>necesare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executării</w:t>
      </w:r>
      <w:proofErr w:type="spellEnd"/>
      <w:r w:rsidRPr="004B020D">
        <w:rPr>
          <w:rFonts w:ascii="Times New Roman" w:hAnsi="Times New Roman" w:cs="Times New Roman"/>
          <w:color w:val="000000"/>
          <w:sz w:val="22"/>
          <w:szCs w:val="24"/>
        </w:rPr>
        <w:t>.</w:t>
      </w:r>
    </w:p>
    <w:p w14:paraId="541937B6"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13.2. </w:t>
      </w:r>
      <w:proofErr w:type="spellStart"/>
      <w:r w:rsidRPr="004B020D">
        <w:rPr>
          <w:rFonts w:ascii="Times New Roman" w:hAnsi="Times New Roman" w:cs="Times New Roman"/>
          <w:color w:val="000000"/>
          <w:sz w:val="22"/>
          <w:szCs w:val="24"/>
        </w:rPr>
        <w:t>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desemneze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persoana</w:t>
      </w:r>
      <w:proofErr w:type="spellEnd"/>
      <w:r w:rsidRPr="004B020D">
        <w:rPr>
          <w:rFonts w:ascii="Times New Roman" w:hAnsi="Times New Roman" w:cs="Times New Roman"/>
          <w:color w:val="000000"/>
          <w:sz w:val="22"/>
          <w:szCs w:val="24"/>
        </w:rPr>
        <w:t xml:space="preserve"> de contact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comisia</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recepție</w:t>
      </w:r>
      <w:proofErr w:type="spellEnd"/>
      <w:r w:rsidRPr="004B020D">
        <w:rPr>
          <w:rFonts w:ascii="Times New Roman" w:hAnsi="Times New Roman" w:cs="Times New Roman"/>
          <w:color w:val="000000"/>
          <w:sz w:val="22"/>
          <w:szCs w:val="24"/>
        </w:rPr>
        <w:t>.</w:t>
      </w:r>
    </w:p>
    <w:p w14:paraId="667B193B"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13.3. </w:t>
      </w:r>
      <w:proofErr w:type="spellStart"/>
      <w:r w:rsidRPr="004B020D">
        <w:rPr>
          <w:rFonts w:ascii="Times New Roman" w:hAnsi="Times New Roman" w:cs="Times New Roman"/>
          <w:color w:val="000000"/>
          <w:sz w:val="22"/>
          <w:szCs w:val="24"/>
        </w:rPr>
        <w:t>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efectueze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verificarea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recepția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comunice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întârziere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neconformitățile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constatate</w:t>
      </w:r>
      <w:proofErr w:type="spellEnd"/>
      <w:r w:rsidRPr="004B020D">
        <w:rPr>
          <w:rFonts w:ascii="Times New Roman" w:hAnsi="Times New Roman" w:cs="Times New Roman"/>
          <w:color w:val="000000"/>
          <w:sz w:val="22"/>
          <w:szCs w:val="24"/>
        </w:rPr>
        <w:t>.</w:t>
      </w:r>
    </w:p>
    <w:p w14:paraId="1B83DDA7"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13.4. </w:t>
      </w:r>
      <w:proofErr w:type="spellStart"/>
      <w:r w:rsidRPr="004B020D">
        <w:rPr>
          <w:rFonts w:ascii="Times New Roman" w:hAnsi="Times New Roman" w:cs="Times New Roman"/>
          <w:color w:val="000000"/>
          <w:sz w:val="22"/>
          <w:szCs w:val="24"/>
        </w:rPr>
        <w:t>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achite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prețul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Produselor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recepționate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obiecțiuni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art. 17.</w:t>
      </w:r>
    </w:p>
    <w:p w14:paraId="2CDB14C1"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13.5.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îndeplinească</w:t>
      </w:r>
      <w:proofErr w:type="spellEnd"/>
      <w:r>
        <w:rPr>
          <w:rFonts w:ascii="Times New Roman" w:hAnsi="Times New Roman"/>
          <w:color w:val="000000"/>
          <w:sz w:val="22"/>
        </w:rPr>
        <w:t xml:space="preserve"> </w:t>
      </w:r>
      <w:proofErr w:type="spellStart"/>
      <w:r>
        <w:rPr>
          <w:rFonts w:ascii="Times New Roman" w:hAnsi="Times New Roman"/>
          <w:color w:val="000000"/>
          <w:sz w:val="22"/>
        </w:rPr>
        <w:t>obligațiile</w:t>
      </w:r>
      <w:proofErr w:type="spellEnd"/>
      <w:r>
        <w:rPr>
          <w:rFonts w:ascii="Times New Roman" w:hAnsi="Times New Roman"/>
          <w:color w:val="000000"/>
          <w:sz w:val="22"/>
        </w:rPr>
        <w:t xml:space="preserve"> </w:t>
      </w:r>
      <w:proofErr w:type="spellStart"/>
      <w:r>
        <w:rPr>
          <w:rFonts w:ascii="Times New Roman" w:hAnsi="Times New Roman"/>
          <w:color w:val="000000"/>
          <w:sz w:val="22"/>
        </w:rPr>
        <w:t>proprii</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raport</w:t>
      </w:r>
      <w:proofErr w:type="spellEnd"/>
      <w:r>
        <w:rPr>
          <w:rFonts w:ascii="Times New Roman" w:hAnsi="Times New Roman"/>
          <w:color w:val="000000"/>
          <w:sz w:val="22"/>
        </w:rPr>
        <w:t xml:space="preserve"> cu </w:t>
      </w:r>
      <w:proofErr w:type="spellStart"/>
      <w:r>
        <w:rPr>
          <w:rFonts w:ascii="Times New Roman" w:hAnsi="Times New Roman"/>
          <w:color w:val="000000"/>
          <w:sz w:val="22"/>
        </w:rPr>
        <w:t>Administrația</w:t>
      </w:r>
      <w:proofErr w:type="spellEnd"/>
      <w:r>
        <w:rPr>
          <w:rFonts w:ascii="Times New Roman" w:hAnsi="Times New Roman"/>
          <w:color w:val="000000"/>
          <w:sz w:val="22"/>
        </w:rPr>
        <w:t xml:space="preserve"> </w:t>
      </w:r>
      <w:proofErr w:type="spellStart"/>
      <w:r>
        <w:rPr>
          <w:rFonts w:ascii="Times New Roman" w:hAnsi="Times New Roman"/>
          <w:color w:val="000000"/>
          <w:sz w:val="22"/>
        </w:rPr>
        <w:t>Fondului</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Mediu</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să</w:t>
      </w:r>
      <w:proofErr w:type="spellEnd"/>
      <w:r>
        <w:rPr>
          <w:rFonts w:ascii="Times New Roman" w:hAnsi="Times New Roman"/>
          <w:color w:val="000000"/>
          <w:sz w:val="22"/>
        </w:rPr>
        <w:t xml:space="preserve"> </w:t>
      </w:r>
      <w:proofErr w:type="spellStart"/>
      <w:r>
        <w:rPr>
          <w:rFonts w:ascii="Times New Roman" w:hAnsi="Times New Roman"/>
          <w:color w:val="000000"/>
          <w:sz w:val="22"/>
        </w:rPr>
        <w:t>furnizeze</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Contractantului</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limitele</w:t>
      </w:r>
      <w:proofErr w:type="spellEnd"/>
      <w:r>
        <w:rPr>
          <w:rFonts w:ascii="Times New Roman" w:hAnsi="Times New Roman"/>
          <w:color w:val="000000"/>
          <w:sz w:val="22"/>
        </w:rPr>
        <w:t xml:space="preserve"> </w:t>
      </w:r>
      <w:proofErr w:type="spellStart"/>
      <w:r>
        <w:rPr>
          <w:rFonts w:ascii="Times New Roman" w:hAnsi="Times New Roman"/>
          <w:color w:val="000000"/>
          <w:sz w:val="22"/>
        </w:rPr>
        <w:t>obligațiilor</w:t>
      </w:r>
      <w:proofErr w:type="spellEnd"/>
      <w:r>
        <w:rPr>
          <w:rFonts w:ascii="Times New Roman" w:hAnsi="Times New Roman"/>
          <w:color w:val="000000"/>
          <w:sz w:val="22"/>
        </w:rPr>
        <w:t xml:space="preserve"> sale, </w:t>
      </w:r>
      <w:proofErr w:type="spellStart"/>
      <w:r>
        <w:rPr>
          <w:rFonts w:ascii="Times New Roman" w:hAnsi="Times New Roman"/>
          <w:color w:val="000000"/>
          <w:sz w:val="22"/>
        </w:rPr>
        <w:t>informațiile</w:t>
      </w:r>
      <w:proofErr w:type="spellEnd"/>
      <w:r>
        <w:rPr>
          <w:rFonts w:ascii="Times New Roman" w:hAnsi="Times New Roman"/>
          <w:color w:val="000000"/>
          <w:sz w:val="22"/>
        </w:rPr>
        <w:t>/</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necesare</w:t>
      </w:r>
      <w:proofErr w:type="spellEnd"/>
      <w:r>
        <w:rPr>
          <w:rFonts w:ascii="Times New Roman" w:hAnsi="Times New Roman"/>
          <w:color w:val="000000"/>
          <w:sz w:val="22"/>
        </w:rPr>
        <w:t xml:space="preserve"> </w:t>
      </w:r>
      <w:proofErr w:type="spellStart"/>
      <w:r>
        <w:rPr>
          <w:rFonts w:ascii="Times New Roman" w:hAnsi="Times New Roman"/>
          <w:color w:val="000000"/>
          <w:sz w:val="22"/>
        </w:rPr>
        <w:t>derulării</w:t>
      </w:r>
      <w:proofErr w:type="spellEnd"/>
      <w:r>
        <w:rPr>
          <w:rFonts w:ascii="Times New Roman" w:hAnsi="Times New Roman"/>
          <w:color w:val="000000"/>
          <w:sz w:val="22"/>
        </w:rPr>
        <w:t xml:space="preserve"> </w:t>
      </w:r>
      <w:proofErr w:type="spellStart"/>
      <w:r>
        <w:rPr>
          <w:rFonts w:ascii="Times New Roman" w:hAnsi="Times New Roman"/>
          <w:color w:val="000000"/>
          <w:sz w:val="22"/>
        </w:rPr>
        <w:t>mecanismului</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a </w:t>
      </w:r>
      <w:proofErr w:type="spellStart"/>
      <w:r>
        <w:rPr>
          <w:rFonts w:ascii="Times New Roman" w:hAnsi="Times New Roman"/>
          <w:color w:val="000000"/>
          <w:sz w:val="22"/>
        </w:rPr>
        <w:t>prelua</w:t>
      </w:r>
      <w:proofErr w:type="spellEnd"/>
      <w:r>
        <w:rPr>
          <w:rFonts w:ascii="Times New Roman" w:hAnsi="Times New Roman"/>
          <w:color w:val="000000"/>
          <w:sz w:val="22"/>
        </w:rPr>
        <w:t xml:space="preserve"> </w:t>
      </w:r>
      <w:proofErr w:type="spellStart"/>
      <w:r>
        <w:rPr>
          <w:rFonts w:ascii="Times New Roman" w:hAnsi="Times New Roman"/>
          <w:color w:val="000000"/>
          <w:sz w:val="22"/>
        </w:rPr>
        <w:t>obligațiile</w:t>
      </w:r>
      <w:proofErr w:type="spellEnd"/>
      <w:r>
        <w:rPr>
          <w:rFonts w:ascii="Times New Roman" w:hAnsi="Times New Roman"/>
          <w:color w:val="000000"/>
          <w:sz w:val="22"/>
        </w:rPr>
        <w:t xml:space="preserve"> care </w:t>
      </w:r>
      <w:proofErr w:type="spellStart"/>
      <w:r>
        <w:rPr>
          <w:rFonts w:ascii="Times New Roman" w:hAnsi="Times New Roman"/>
          <w:color w:val="000000"/>
          <w:sz w:val="22"/>
        </w:rPr>
        <w:t>revin</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Contractantului</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producătorului</w:t>
      </w:r>
      <w:proofErr w:type="spellEnd"/>
      <w:r>
        <w:rPr>
          <w:rFonts w:ascii="Times New Roman" w:hAnsi="Times New Roman"/>
          <w:color w:val="000000"/>
          <w:sz w:val="22"/>
        </w:rPr>
        <w:t xml:space="preserve"> </w:t>
      </w:r>
      <w:proofErr w:type="spellStart"/>
      <w:r>
        <w:rPr>
          <w:rFonts w:ascii="Times New Roman" w:hAnsi="Times New Roman"/>
          <w:color w:val="000000"/>
          <w:sz w:val="22"/>
        </w:rPr>
        <w:t>validat</w:t>
      </w:r>
      <w:proofErr w:type="spellEnd"/>
      <w:r>
        <w:rPr>
          <w:rFonts w:ascii="Times New Roman" w:hAnsi="Times New Roman"/>
          <w:color w:val="000000"/>
          <w:sz w:val="22"/>
        </w:rPr>
        <w:t>.</w:t>
      </w:r>
    </w:p>
    <w:p w14:paraId="6BB7F5B8"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14 – GARANȚII, SERVICE ȘI MENTENANȚĂ</w:t>
      </w:r>
    </w:p>
    <w:p w14:paraId="0B5A8A3C"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14.1. </w:t>
      </w:r>
      <w:proofErr w:type="spellStart"/>
      <w:r>
        <w:rPr>
          <w:rFonts w:ascii="Times New Roman" w:hAnsi="Times New Roman"/>
          <w:color w:val="000000"/>
          <w:sz w:val="22"/>
        </w:rPr>
        <w:t>Garanția</w:t>
      </w:r>
      <w:proofErr w:type="spellEnd"/>
      <w:r>
        <w:rPr>
          <w:rFonts w:ascii="Times New Roman" w:hAnsi="Times New Roman"/>
          <w:color w:val="000000"/>
          <w:sz w:val="22"/>
        </w:rPr>
        <w:t xml:space="preserve"> </w:t>
      </w:r>
      <w:proofErr w:type="spellStart"/>
      <w:r>
        <w:rPr>
          <w:rFonts w:ascii="Times New Roman" w:hAnsi="Times New Roman"/>
          <w:color w:val="000000"/>
          <w:sz w:val="22"/>
        </w:rPr>
        <w:t>generală</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fiecare</w:t>
      </w:r>
      <w:proofErr w:type="spellEnd"/>
      <w:r>
        <w:rPr>
          <w:rFonts w:ascii="Times New Roman" w:hAnsi="Times New Roman"/>
          <w:color w:val="000000"/>
          <w:sz w:val="22"/>
        </w:rPr>
        <w:t xml:space="preserve"> </w:t>
      </w:r>
      <w:proofErr w:type="spellStart"/>
      <w:r>
        <w:rPr>
          <w:rFonts w:ascii="Times New Roman" w:hAnsi="Times New Roman"/>
          <w:color w:val="000000"/>
          <w:sz w:val="22"/>
        </w:rPr>
        <w:t>autoturism</w:t>
      </w:r>
      <w:proofErr w:type="spellEnd"/>
      <w:r>
        <w:rPr>
          <w:rFonts w:ascii="Times New Roman" w:hAnsi="Times New Roman"/>
          <w:color w:val="000000"/>
          <w:sz w:val="22"/>
        </w:rPr>
        <w:t xml:space="preserve"> </w:t>
      </w:r>
      <w:proofErr w:type="spellStart"/>
      <w:r>
        <w:rPr>
          <w:rFonts w:ascii="Times New Roman" w:hAnsi="Times New Roman"/>
          <w:color w:val="000000"/>
          <w:sz w:val="22"/>
        </w:rPr>
        <w:t>este</w:t>
      </w:r>
      <w:proofErr w:type="spellEnd"/>
      <w:r>
        <w:rPr>
          <w:rFonts w:ascii="Times New Roman" w:hAnsi="Times New Roman"/>
          <w:color w:val="000000"/>
          <w:sz w:val="22"/>
        </w:rPr>
        <w:t xml:space="preserve"> </w:t>
      </w:r>
      <w:proofErr w:type="spellStart"/>
      <w:r>
        <w:rPr>
          <w:rFonts w:ascii="Times New Roman" w:hAnsi="Times New Roman"/>
          <w:color w:val="000000"/>
          <w:sz w:val="22"/>
        </w:rPr>
        <w:t>cea</w:t>
      </w:r>
      <w:proofErr w:type="spellEnd"/>
      <w:r>
        <w:rPr>
          <w:rFonts w:ascii="Times New Roman" w:hAnsi="Times New Roman"/>
          <w:color w:val="000000"/>
          <w:sz w:val="22"/>
        </w:rPr>
        <w:t xml:space="preserve"> </w:t>
      </w:r>
      <w:proofErr w:type="spellStart"/>
      <w:r>
        <w:rPr>
          <w:rFonts w:ascii="Times New Roman" w:hAnsi="Times New Roman"/>
          <w:color w:val="000000"/>
          <w:sz w:val="22"/>
        </w:rPr>
        <w:t>ofertată</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acceptată</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procedură</w:t>
      </w:r>
      <w:proofErr w:type="spellEnd"/>
      <w:r>
        <w:rPr>
          <w:rFonts w:ascii="Times New Roman" w:hAnsi="Times New Roman"/>
          <w:color w:val="000000"/>
          <w:sz w:val="22"/>
        </w:rPr>
        <w:t xml:space="preserve">, </w:t>
      </w:r>
      <w:proofErr w:type="spellStart"/>
      <w:r>
        <w:rPr>
          <w:rFonts w:ascii="Times New Roman" w:hAnsi="Times New Roman"/>
          <w:color w:val="000000"/>
          <w:sz w:val="22"/>
        </w:rPr>
        <w:t>dar</w:t>
      </w:r>
      <w:proofErr w:type="spellEnd"/>
      <w:r>
        <w:rPr>
          <w:rFonts w:ascii="Times New Roman" w:hAnsi="Times New Roman"/>
          <w:color w:val="000000"/>
          <w:sz w:val="22"/>
        </w:rPr>
        <w:t xml:space="preserve"> nu </w:t>
      </w:r>
      <w:proofErr w:type="spellStart"/>
      <w:r>
        <w:rPr>
          <w:rFonts w:ascii="Times New Roman" w:hAnsi="Times New Roman"/>
          <w:color w:val="000000"/>
          <w:sz w:val="22"/>
        </w:rPr>
        <w:t>mai</w:t>
      </w:r>
      <w:proofErr w:type="spellEnd"/>
      <w:r>
        <w:rPr>
          <w:rFonts w:ascii="Times New Roman" w:hAnsi="Times New Roman"/>
          <w:color w:val="000000"/>
          <w:sz w:val="22"/>
        </w:rPr>
        <w:t xml:space="preserve"> </w:t>
      </w:r>
      <w:proofErr w:type="spellStart"/>
      <w:r>
        <w:rPr>
          <w:rFonts w:ascii="Times New Roman" w:hAnsi="Times New Roman"/>
          <w:color w:val="000000"/>
          <w:sz w:val="22"/>
        </w:rPr>
        <w:t>puțin</w:t>
      </w:r>
      <w:proofErr w:type="spellEnd"/>
      <w:r>
        <w:rPr>
          <w:rFonts w:ascii="Times New Roman" w:hAnsi="Times New Roman"/>
          <w:color w:val="000000"/>
          <w:sz w:val="22"/>
        </w:rPr>
        <w:t xml:space="preserve"> de 3 ani </w:t>
      </w:r>
      <w:proofErr w:type="spellStart"/>
      <w:r>
        <w:rPr>
          <w:rFonts w:ascii="Times New Roman" w:hAnsi="Times New Roman"/>
          <w:color w:val="000000"/>
          <w:sz w:val="22"/>
        </w:rPr>
        <w:t>sau</w:t>
      </w:r>
      <w:proofErr w:type="spellEnd"/>
      <w:r>
        <w:rPr>
          <w:rFonts w:ascii="Times New Roman" w:hAnsi="Times New Roman"/>
          <w:color w:val="000000"/>
          <w:sz w:val="22"/>
        </w:rPr>
        <w:t xml:space="preserve"> 100.000 km, </w:t>
      </w:r>
      <w:proofErr w:type="spellStart"/>
      <w:r>
        <w:rPr>
          <w:rFonts w:ascii="Times New Roman" w:hAnsi="Times New Roman"/>
          <w:color w:val="000000"/>
          <w:sz w:val="22"/>
        </w:rPr>
        <w:t>oricare</w:t>
      </w:r>
      <w:proofErr w:type="spellEnd"/>
      <w:r>
        <w:rPr>
          <w:rFonts w:ascii="Times New Roman" w:hAnsi="Times New Roman"/>
          <w:color w:val="000000"/>
          <w:sz w:val="22"/>
        </w:rPr>
        <w:t xml:space="preserve"> </w:t>
      </w:r>
      <w:proofErr w:type="spellStart"/>
      <w:r>
        <w:rPr>
          <w:rFonts w:ascii="Times New Roman" w:hAnsi="Times New Roman"/>
          <w:color w:val="000000"/>
          <w:sz w:val="22"/>
        </w:rPr>
        <w:t>intervine</w:t>
      </w:r>
      <w:proofErr w:type="spellEnd"/>
      <w:r>
        <w:rPr>
          <w:rFonts w:ascii="Times New Roman" w:hAnsi="Times New Roman"/>
          <w:color w:val="000000"/>
          <w:sz w:val="22"/>
        </w:rPr>
        <w:t xml:space="preserve"> prima, </w:t>
      </w:r>
      <w:proofErr w:type="spellStart"/>
      <w:r>
        <w:rPr>
          <w:rFonts w:ascii="Times New Roman" w:hAnsi="Times New Roman"/>
          <w:color w:val="000000"/>
          <w:sz w:val="22"/>
        </w:rPr>
        <w:t>calculată</w:t>
      </w:r>
      <w:proofErr w:type="spellEnd"/>
      <w:r>
        <w:rPr>
          <w:rFonts w:ascii="Times New Roman" w:hAnsi="Times New Roman"/>
          <w:color w:val="000000"/>
          <w:sz w:val="22"/>
        </w:rPr>
        <w:t xml:space="preserve"> de la data </w:t>
      </w:r>
      <w:proofErr w:type="spellStart"/>
      <w:r>
        <w:rPr>
          <w:rFonts w:ascii="Times New Roman" w:hAnsi="Times New Roman"/>
          <w:color w:val="000000"/>
          <w:sz w:val="22"/>
        </w:rPr>
        <w:t>recepției</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obiecțiuni</w:t>
      </w:r>
      <w:proofErr w:type="spellEnd"/>
      <w:r>
        <w:rPr>
          <w:rFonts w:ascii="Times New Roman" w:hAnsi="Times New Roman"/>
          <w:color w:val="000000"/>
          <w:sz w:val="22"/>
        </w:rPr>
        <w:t>.</w:t>
      </w:r>
    </w:p>
    <w:p w14:paraId="2B75D2F9"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14.2.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bateria</w:t>
      </w:r>
      <w:proofErr w:type="spellEnd"/>
      <w:r>
        <w:rPr>
          <w:rFonts w:ascii="Times New Roman" w:hAnsi="Times New Roman"/>
          <w:color w:val="000000"/>
          <w:sz w:val="22"/>
        </w:rPr>
        <w:t xml:space="preserve"> de </w:t>
      </w:r>
      <w:proofErr w:type="spellStart"/>
      <w:r>
        <w:rPr>
          <w:rFonts w:ascii="Times New Roman" w:hAnsi="Times New Roman"/>
          <w:color w:val="000000"/>
          <w:sz w:val="22"/>
        </w:rPr>
        <w:t>tracțiune</w:t>
      </w:r>
      <w:proofErr w:type="spellEnd"/>
      <w:r>
        <w:rPr>
          <w:rFonts w:ascii="Times New Roman" w:hAnsi="Times New Roman"/>
          <w:color w:val="000000"/>
          <w:sz w:val="22"/>
        </w:rPr>
        <w:t xml:space="preserve"> </w:t>
      </w:r>
      <w:proofErr w:type="spellStart"/>
      <w:r>
        <w:rPr>
          <w:rFonts w:ascii="Times New Roman" w:hAnsi="Times New Roman"/>
          <w:color w:val="000000"/>
          <w:sz w:val="22"/>
        </w:rPr>
        <w:t>aferentă</w:t>
      </w:r>
      <w:proofErr w:type="spellEnd"/>
      <w:r>
        <w:rPr>
          <w:rFonts w:ascii="Times New Roman" w:hAnsi="Times New Roman"/>
          <w:color w:val="000000"/>
          <w:sz w:val="22"/>
        </w:rPr>
        <w:t xml:space="preserve"> </w:t>
      </w:r>
      <w:proofErr w:type="spellStart"/>
      <w:r>
        <w:rPr>
          <w:rFonts w:ascii="Times New Roman" w:hAnsi="Times New Roman"/>
          <w:color w:val="000000"/>
          <w:sz w:val="22"/>
        </w:rPr>
        <w:t>sistemului</w:t>
      </w:r>
      <w:proofErr w:type="spellEnd"/>
      <w:r>
        <w:rPr>
          <w:rFonts w:ascii="Times New Roman" w:hAnsi="Times New Roman"/>
          <w:color w:val="000000"/>
          <w:sz w:val="22"/>
        </w:rPr>
        <w:t xml:space="preserve"> plug-in </w:t>
      </w:r>
      <w:proofErr w:type="spellStart"/>
      <w:r>
        <w:rPr>
          <w:rFonts w:ascii="Times New Roman" w:hAnsi="Times New Roman"/>
          <w:color w:val="000000"/>
          <w:sz w:val="22"/>
        </w:rPr>
        <w:t>hibrid</w:t>
      </w:r>
      <w:proofErr w:type="spellEnd"/>
      <w:r>
        <w:rPr>
          <w:rFonts w:ascii="Times New Roman" w:hAnsi="Times New Roman"/>
          <w:color w:val="000000"/>
          <w:sz w:val="22"/>
        </w:rPr>
        <w:t xml:space="preserve"> se </w:t>
      </w:r>
      <w:proofErr w:type="spellStart"/>
      <w:r>
        <w:rPr>
          <w:rFonts w:ascii="Times New Roman" w:hAnsi="Times New Roman"/>
          <w:color w:val="000000"/>
          <w:sz w:val="22"/>
        </w:rPr>
        <w:t>acordă</w:t>
      </w:r>
      <w:proofErr w:type="spellEnd"/>
      <w:r>
        <w:rPr>
          <w:rFonts w:ascii="Times New Roman" w:hAnsi="Times New Roman"/>
          <w:color w:val="000000"/>
          <w:sz w:val="22"/>
        </w:rPr>
        <w:t xml:space="preserve"> </w:t>
      </w:r>
      <w:proofErr w:type="spellStart"/>
      <w:r>
        <w:rPr>
          <w:rFonts w:ascii="Times New Roman" w:hAnsi="Times New Roman"/>
          <w:color w:val="000000"/>
          <w:sz w:val="22"/>
        </w:rPr>
        <w:t>garanția</w:t>
      </w:r>
      <w:proofErr w:type="spellEnd"/>
      <w:r>
        <w:rPr>
          <w:rFonts w:ascii="Times New Roman" w:hAnsi="Times New Roman"/>
          <w:color w:val="000000"/>
          <w:sz w:val="22"/>
        </w:rPr>
        <w:t xml:space="preserve"> </w:t>
      </w:r>
      <w:proofErr w:type="spellStart"/>
      <w:r>
        <w:rPr>
          <w:rFonts w:ascii="Times New Roman" w:hAnsi="Times New Roman"/>
          <w:color w:val="000000"/>
          <w:sz w:val="22"/>
        </w:rPr>
        <w:t>ofertată</w:t>
      </w:r>
      <w:proofErr w:type="spellEnd"/>
      <w:r>
        <w:rPr>
          <w:rFonts w:ascii="Times New Roman" w:hAnsi="Times New Roman"/>
          <w:color w:val="000000"/>
          <w:sz w:val="22"/>
        </w:rPr>
        <w:t xml:space="preserve">, </w:t>
      </w:r>
      <w:proofErr w:type="spellStart"/>
      <w:r>
        <w:rPr>
          <w:rFonts w:ascii="Times New Roman" w:hAnsi="Times New Roman"/>
          <w:color w:val="000000"/>
          <w:sz w:val="22"/>
        </w:rPr>
        <w:t>dar</w:t>
      </w:r>
      <w:proofErr w:type="spellEnd"/>
      <w:r>
        <w:rPr>
          <w:rFonts w:ascii="Times New Roman" w:hAnsi="Times New Roman"/>
          <w:color w:val="000000"/>
          <w:sz w:val="22"/>
        </w:rPr>
        <w:t xml:space="preserve"> nu </w:t>
      </w:r>
      <w:proofErr w:type="spellStart"/>
      <w:r>
        <w:rPr>
          <w:rFonts w:ascii="Times New Roman" w:hAnsi="Times New Roman"/>
          <w:color w:val="000000"/>
          <w:sz w:val="22"/>
        </w:rPr>
        <w:t>mai</w:t>
      </w:r>
      <w:proofErr w:type="spellEnd"/>
      <w:r>
        <w:rPr>
          <w:rFonts w:ascii="Times New Roman" w:hAnsi="Times New Roman"/>
          <w:color w:val="000000"/>
          <w:sz w:val="22"/>
        </w:rPr>
        <w:t xml:space="preserve"> </w:t>
      </w:r>
      <w:proofErr w:type="spellStart"/>
      <w:r>
        <w:rPr>
          <w:rFonts w:ascii="Times New Roman" w:hAnsi="Times New Roman"/>
          <w:color w:val="000000"/>
          <w:sz w:val="22"/>
        </w:rPr>
        <w:t>puțin</w:t>
      </w:r>
      <w:proofErr w:type="spellEnd"/>
      <w:r>
        <w:rPr>
          <w:rFonts w:ascii="Times New Roman" w:hAnsi="Times New Roman"/>
          <w:color w:val="000000"/>
          <w:sz w:val="22"/>
        </w:rPr>
        <w:t xml:space="preserve"> de 8 ani/120.000 km </w:t>
      </w:r>
      <w:proofErr w:type="spellStart"/>
      <w:r>
        <w:rPr>
          <w:rFonts w:ascii="Times New Roman" w:hAnsi="Times New Roman"/>
          <w:color w:val="000000"/>
          <w:sz w:val="22"/>
        </w:rPr>
        <w:t>sau</w:t>
      </w:r>
      <w:proofErr w:type="spellEnd"/>
      <w:r>
        <w:rPr>
          <w:rFonts w:ascii="Times New Roman" w:hAnsi="Times New Roman"/>
          <w:color w:val="000000"/>
          <w:sz w:val="22"/>
        </w:rPr>
        <w:t xml:space="preserve"> 7 ani/150.000 km, conform </w:t>
      </w:r>
      <w:proofErr w:type="spellStart"/>
      <w:r>
        <w:rPr>
          <w:rFonts w:ascii="Times New Roman" w:hAnsi="Times New Roman"/>
          <w:color w:val="000000"/>
          <w:sz w:val="22"/>
        </w:rPr>
        <w:t>variantei</w:t>
      </w:r>
      <w:proofErr w:type="spellEnd"/>
      <w:r>
        <w:rPr>
          <w:rFonts w:ascii="Times New Roman" w:hAnsi="Times New Roman"/>
          <w:color w:val="000000"/>
          <w:sz w:val="22"/>
        </w:rPr>
        <w:t xml:space="preserve"> </w:t>
      </w:r>
      <w:proofErr w:type="spellStart"/>
      <w:r>
        <w:rPr>
          <w:rFonts w:ascii="Times New Roman" w:hAnsi="Times New Roman"/>
          <w:color w:val="000000"/>
          <w:sz w:val="22"/>
        </w:rPr>
        <w:t>asumate</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Ofertă</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condițiilor</w:t>
      </w:r>
      <w:proofErr w:type="spellEnd"/>
      <w:r>
        <w:rPr>
          <w:rFonts w:ascii="Times New Roman" w:hAnsi="Times New Roman"/>
          <w:color w:val="000000"/>
          <w:sz w:val="22"/>
        </w:rPr>
        <w:t xml:space="preserve"> </w:t>
      </w:r>
      <w:proofErr w:type="spellStart"/>
      <w:r>
        <w:rPr>
          <w:rFonts w:ascii="Times New Roman" w:hAnsi="Times New Roman"/>
          <w:color w:val="000000"/>
          <w:sz w:val="22"/>
        </w:rPr>
        <w:t>producătorului</w:t>
      </w:r>
      <w:proofErr w:type="spellEnd"/>
      <w:r>
        <w:rPr>
          <w:rFonts w:ascii="Times New Roman" w:hAnsi="Times New Roman"/>
          <w:color w:val="000000"/>
          <w:sz w:val="22"/>
        </w:rPr>
        <w:t>.</w:t>
      </w:r>
    </w:p>
    <w:p w14:paraId="622B769E"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14.3. </w:t>
      </w:r>
      <w:proofErr w:type="spellStart"/>
      <w:r>
        <w:rPr>
          <w:rFonts w:ascii="Times New Roman" w:hAnsi="Times New Roman"/>
          <w:color w:val="000000"/>
          <w:sz w:val="22"/>
        </w:rPr>
        <w:t>Garanția</w:t>
      </w:r>
      <w:proofErr w:type="spellEnd"/>
      <w:r>
        <w:rPr>
          <w:rFonts w:ascii="Times New Roman" w:hAnsi="Times New Roman"/>
          <w:color w:val="000000"/>
          <w:sz w:val="22"/>
        </w:rPr>
        <w:t xml:space="preserve"> </w:t>
      </w:r>
      <w:proofErr w:type="spellStart"/>
      <w:r>
        <w:rPr>
          <w:rFonts w:ascii="Times New Roman" w:hAnsi="Times New Roman"/>
          <w:color w:val="000000"/>
          <w:sz w:val="22"/>
        </w:rPr>
        <w:t>anticoroziune</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perforare</w:t>
      </w:r>
      <w:proofErr w:type="spellEnd"/>
      <w:r>
        <w:rPr>
          <w:rFonts w:ascii="Times New Roman" w:hAnsi="Times New Roman"/>
          <w:color w:val="000000"/>
          <w:sz w:val="22"/>
        </w:rPr>
        <w:t xml:space="preserve"> din interior </w:t>
      </w:r>
      <w:proofErr w:type="spellStart"/>
      <w:r>
        <w:rPr>
          <w:rFonts w:ascii="Times New Roman" w:hAnsi="Times New Roman"/>
          <w:color w:val="000000"/>
          <w:sz w:val="22"/>
        </w:rPr>
        <w:t>spre</w:t>
      </w:r>
      <w:proofErr w:type="spellEnd"/>
      <w:r>
        <w:rPr>
          <w:rFonts w:ascii="Times New Roman" w:hAnsi="Times New Roman"/>
          <w:color w:val="000000"/>
          <w:sz w:val="22"/>
        </w:rPr>
        <w:t xml:space="preserve"> exterior </w:t>
      </w:r>
      <w:proofErr w:type="spellStart"/>
      <w:r>
        <w:rPr>
          <w:rFonts w:ascii="Times New Roman" w:hAnsi="Times New Roman"/>
          <w:color w:val="000000"/>
          <w:sz w:val="22"/>
        </w:rPr>
        <w:t>este</w:t>
      </w:r>
      <w:proofErr w:type="spellEnd"/>
      <w:r>
        <w:rPr>
          <w:rFonts w:ascii="Times New Roman" w:hAnsi="Times New Roman"/>
          <w:color w:val="000000"/>
          <w:sz w:val="22"/>
        </w:rPr>
        <w:t xml:space="preserve"> </w:t>
      </w:r>
      <w:proofErr w:type="spellStart"/>
      <w:r>
        <w:rPr>
          <w:rFonts w:ascii="Times New Roman" w:hAnsi="Times New Roman"/>
          <w:color w:val="000000"/>
          <w:sz w:val="22"/>
        </w:rPr>
        <w:t>cea</w:t>
      </w:r>
      <w:proofErr w:type="spellEnd"/>
      <w:r>
        <w:rPr>
          <w:rFonts w:ascii="Times New Roman" w:hAnsi="Times New Roman"/>
          <w:color w:val="000000"/>
          <w:sz w:val="22"/>
        </w:rPr>
        <w:t xml:space="preserve"> </w:t>
      </w:r>
      <w:proofErr w:type="spellStart"/>
      <w:r>
        <w:rPr>
          <w:rFonts w:ascii="Times New Roman" w:hAnsi="Times New Roman"/>
          <w:color w:val="000000"/>
          <w:sz w:val="22"/>
        </w:rPr>
        <w:t>ofertată</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acceptată</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a fi </w:t>
      </w:r>
      <w:proofErr w:type="spellStart"/>
      <w:r>
        <w:rPr>
          <w:rFonts w:ascii="Times New Roman" w:hAnsi="Times New Roman"/>
          <w:color w:val="000000"/>
          <w:sz w:val="22"/>
        </w:rPr>
        <w:t>mai</w:t>
      </w:r>
      <w:proofErr w:type="spellEnd"/>
      <w:r>
        <w:rPr>
          <w:rFonts w:ascii="Times New Roman" w:hAnsi="Times New Roman"/>
          <w:color w:val="000000"/>
          <w:sz w:val="22"/>
        </w:rPr>
        <w:t xml:space="preserve"> </w:t>
      </w:r>
      <w:proofErr w:type="spellStart"/>
      <w:r>
        <w:rPr>
          <w:rFonts w:ascii="Times New Roman" w:hAnsi="Times New Roman"/>
          <w:color w:val="000000"/>
          <w:sz w:val="22"/>
        </w:rPr>
        <w:t>mică</w:t>
      </w:r>
      <w:proofErr w:type="spellEnd"/>
      <w:r>
        <w:rPr>
          <w:rFonts w:ascii="Times New Roman" w:hAnsi="Times New Roman"/>
          <w:color w:val="000000"/>
          <w:sz w:val="22"/>
        </w:rPr>
        <w:t xml:space="preserve"> de 6 ani, </w:t>
      </w:r>
      <w:proofErr w:type="spellStart"/>
      <w:r>
        <w:rPr>
          <w:rFonts w:ascii="Times New Roman" w:hAnsi="Times New Roman"/>
          <w:color w:val="000000"/>
          <w:sz w:val="22"/>
        </w:rPr>
        <w:t>dacă</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documentația</w:t>
      </w:r>
      <w:proofErr w:type="spellEnd"/>
      <w:r>
        <w:rPr>
          <w:rFonts w:ascii="Times New Roman" w:hAnsi="Times New Roman"/>
          <w:color w:val="000000"/>
          <w:sz w:val="22"/>
        </w:rPr>
        <w:t xml:space="preserve"> de </w:t>
      </w:r>
      <w:proofErr w:type="spellStart"/>
      <w:r>
        <w:rPr>
          <w:rFonts w:ascii="Times New Roman" w:hAnsi="Times New Roman"/>
          <w:color w:val="000000"/>
          <w:sz w:val="22"/>
        </w:rPr>
        <w:t>atribuire</w:t>
      </w:r>
      <w:proofErr w:type="spellEnd"/>
      <w:r>
        <w:rPr>
          <w:rFonts w:ascii="Times New Roman" w:hAnsi="Times New Roman"/>
          <w:color w:val="000000"/>
          <w:sz w:val="22"/>
        </w:rPr>
        <w:t xml:space="preserve"> nu </w:t>
      </w:r>
      <w:proofErr w:type="spellStart"/>
      <w:r>
        <w:rPr>
          <w:rFonts w:ascii="Times New Roman" w:hAnsi="Times New Roman"/>
          <w:color w:val="000000"/>
          <w:sz w:val="22"/>
        </w:rPr>
        <w:t>prevede</w:t>
      </w:r>
      <w:proofErr w:type="spellEnd"/>
      <w:r>
        <w:rPr>
          <w:rFonts w:ascii="Times New Roman" w:hAnsi="Times New Roman"/>
          <w:color w:val="000000"/>
          <w:sz w:val="22"/>
        </w:rPr>
        <w:t xml:space="preserve"> o </w:t>
      </w:r>
      <w:proofErr w:type="spellStart"/>
      <w:r>
        <w:rPr>
          <w:rFonts w:ascii="Times New Roman" w:hAnsi="Times New Roman"/>
          <w:color w:val="000000"/>
          <w:sz w:val="22"/>
        </w:rPr>
        <w:t>condiție</w:t>
      </w:r>
      <w:proofErr w:type="spellEnd"/>
      <w:r>
        <w:rPr>
          <w:rFonts w:ascii="Times New Roman" w:hAnsi="Times New Roman"/>
          <w:color w:val="000000"/>
          <w:sz w:val="22"/>
        </w:rPr>
        <w:t xml:space="preserve"> </w:t>
      </w:r>
      <w:proofErr w:type="spellStart"/>
      <w:r>
        <w:rPr>
          <w:rFonts w:ascii="Times New Roman" w:hAnsi="Times New Roman"/>
          <w:color w:val="000000"/>
          <w:sz w:val="22"/>
        </w:rPr>
        <w:t>mai</w:t>
      </w:r>
      <w:proofErr w:type="spellEnd"/>
      <w:r>
        <w:rPr>
          <w:rFonts w:ascii="Times New Roman" w:hAnsi="Times New Roman"/>
          <w:color w:val="000000"/>
          <w:sz w:val="22"/>
        </w:rPr>
        <w:t xml:space="preserve"> </w:t>
      </w:r>
      <w:proofErr w:type="spellStart"/>
      <w:r>
        <w:rPr>
          <w:rFonts w:ascii="Times New Roman" w:hAnsi="Times New Roman"/>
          <w:color w:val="000000"/>
          <w:sz w:val="22"/>
        </w:rPr>
        <w:t>favorabilă</w:t>
      </w:r>
      <w:proofErr w:type="spellEnd"/>
      <w:r>
        <w:rPr>
          <w:rFonts w:ascii="Times New Roman" w:hAnsi="Times New Roman"/>
          <w:color w:val="000000"/>
          <w:sz w:val="22"/>
        </w:rPr>
        <w:t>.</w:t>
      </w:r>
    </w:p>
    <w:p w14:paraId="38727546"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14.4. </w:t>
      </w:r>
      <w:proofErr w:type="spellStart"/>
      <w:r>
        <w:rPr>
          <w:rFonts w:ascii="Times New Roman" w:hAnsi="Times New Roman"/>
          <w:color w:val="000000"/>
          <w:sz w:val="22"/>
        </w:rPr>
        <w:t>Contractantul</w:t>
      </w:r>
      <w:proofErr w:type="spellEnd"/>
      <w:r>
        <w:rPr>
          <w:rFonts w:ascii="Times New Roman" w:hAnsi="Times New Roman"/>
          <w:color w:val="000000"/>
          <w:sz w:val="22"/>
        </w:rPr>
        <w:t xml:space="preserve"> </w:t>
      </w:r>
      <w:proofErr w:type="spellStart"/>
      <w:r>
        <w:rPr>
          <w:rFonts w:ascii="Times New Roman" w:hAnsi="Times New Roman"/>
          <w:color w:val="000000"/>
          <w:sz w:val="22"/>
        </w:rPr>
        <w:t>asigură</w:t>
      </w:r>
      <w:proofErr w:type="spellEnd"/>
      <w:r>
        <w:rPr>
          <w:rFonts w:ascii="Times New Roman" w:hAnsi="Times New Roman"/>
          <w:color w:val="000000"/>
          <w:sz w:val="22"/>
        </w:rPr>
        <w:t xml:space="preserve"> </w:t>
      </w:r>
      <w:proofErr w:type="spellStart"/>
      <w:r>
        <w:rPr>
          <w:rFonts w:ascii="Times New Roman" w:hAnsi="Times New Roman"/>
          <w:color w:val="000000"/>
          <w:sz w:val="22"/>
        </w:rPr>
        <w:t>accesul</w:t>
      </w:r>
      <w:proofErr w:type="spellEnd"/>
      <w:r>
        <w:rPr>
          <w:rFonts w:ascii="Times New Roman" w:hAnsi="Times New Roman"/>
          <w:color w:val="000000"/>
          <w:sz w:val="22"/>
        </w:rPr>
        <w:t xml:space="preserve"> la o </w:t>
      </w:r>
      <w:proofErr w:type="spellStart"/>
      <w:r>
        <w:rPr>
          <w:rFonts w:ascii="Times New Roman" w:hAnsi="Times New Roman"/>
          <w:color w:val="000000"/>
          <w:sz w:val="22"/>
        </w:rPr>
        <w:t>rețea</w:t>
      </w:r>
      <w:proofErr w:type="spellEnd"/>
      <w:r>
        <w:rPr>
          <w:rFonts w:ascii="Times New Roman" w:hAnsi="Times New Roman"/>
          <w:color w:val="000000"/>
          <w:sz w:val="22"/>
        </w:rPr>
        <w:t xml:space="preserve"> de service </w:t>
      </w:r>
      <w:proofErr w:type="spellStart"/>
      <w:r>
        <w:rPr>
          <w:rFonts w:ascii="Times New Roman" w:hAnsi="Times New Roman"/>
          <w:color w:val="000000"/>
          <w:sz w:val="22"/>
        </w:rPr>
        <w:t>autorizată</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marca</w:t>
      </w:r>
      <w:proofErr w:type="spellEnd"/>
      <w:r>
        <w:rPr>
          <w:rFonts w:ascii="Times New Roman" w:hAnsi="Times New Roman"/>
          <w:color w:val="000000"/>
          <w:sz w:val="22"/>
        </w:rPr>
        <w:t xml:space="preserve"> </w:t>
      </w:r>
      <w:proofErr w:type="spellStart"/>
      <w:r>
        <w:rPr>
          <w:rFonts w:ascii="Times New Roman" w:hAnsi="Times New Roman"/>
          <w:color w:val="000000"/>
          <w:sz w:val="22"/>
        </w:rPr>
        <w:t>ofertată</w:t>
      </w:r>
      <w:proofErr w:type="spellEnd"/>
      <w:r>
        <w:rPr>
          <w:rFonts w:ascii="Times New Roman" w:hAnsi="Times New Roman"/>
          <w:color w:val="000000"/>
          <w:sz w:val="22"/>
        </w:rPr>
        <w:t xml:space="preserve">, </w:t>
      </w:r>
      <w:proofErr w:type="spellStart"/>
      <w:r>
        <w:rPr>
          <w:rFonts w:ascii="Times New Roman" w:hAnsi="Times New Roman"/>
          <w:color w:val="000000"/>
          <w:sz w:val="22"/>
        </w:rPr>
        <w:t>diagnoza</w:t>
      </w:r>
      <w:proofErr w:type="spellEnd"/>
      <w:r>
        <w:rPr>
          <w:rFonts w:ascii="Times New Roman" w:hAnsi="Times New Roman"/>
          <w:color w:val="000000"/>
          <w:sz w:val="22"/>
        </w:rPr>
        <w:t xml:space="preserve">, </w:t>
      </w:r>
      <w:proofErr w:type="spellStart"/>
      <w:r>
        <w:rPr>
          <w:rFonts w:ascii="Times New Roman" w:hAnsi="Times New Roman"/>
          <w:color w:val="000000"/>
          <w:sz w:val="22"/>
        </w:rPr>
        <w:t>remedierea</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asistența</w:t>
      </w:r>
      <w:proofErr w:type="spellEnd"/>
      <w:r>
        <w:rPr>
          <w:rFonts w:ascii="Times New Roman" w:hAnsi="Times New Roman"/>
          <w:color w:val="000000"/>
          <w:sz w:val="22"/>
        </w:rPr>
        <w:t xml:space="preserve"> pe </w:t>
      </w:r>
      <w:proofErr w:type="spellStart"/>
      <w:r>
        <w:rPr>
          <w:rFonts w:ascii="Times New Roman" w:hAnsi="Times New Roman"/>
          <w:color w:val="000000"/>
          <w:sz w:val="22"/>
        </w:rPr>
        <w:t>durata</w:t>
      </w:r>
      <w:proofErr w:type="spellEnd"/>
      <w:r>
        <w:rPr>
          <w:rFonts w:ascii="Times New Roman" w:hAnsi="Times New Roman"/>
          <w:color w:val="000000"/>
          <w:sz w:val="22"/>
        </w:rPr>
        <w:t xml:space="preserve"> </w:t>
      </w:r>
      <w:proofErr w:type="spellStart"/>
      <w:r>
        <w:rPr>
          <w:rFonts w:ascii="Times New Roman" w:hAnsi="Times New Roman"/>
          <w:color w:val="000000"/>
          <w:sz w:val="22"/>
        </w:rPr>
        <w:t>garanției</w:t>
      </w:r>
      <w:proofErr w:type="spellEnd"/>
      <w:r>
        <w:rPr>
          <w:rFonts w:ascii="Times New Roman" w:hAnsi="Times New Roman"/>
          <w:color w:val="000000"/>
          <w:sz w:val="22"/>
        </w:rPr>
        <w:t xml:space="preserve">. </w:t>
      </w:r>
      <w:proofErr w:type="spellStart"/>
      <w:r>
        <w:rPr>
          <w:rFonts w:ascii="Times New Roman" w:hAnsi="Times New Roman"/>
          <w:color w:val="000000"/>
          <w:sz w:val="22"/>
        </w:rPr>
        <w:t>Intervențiile</w:t>
      </w:r>
      <w:proofErr w:type="spellEnd"/>
      <w:r>
        <w:rPr>
          <w:rFonts w:ascii="Times New Roman" w:hAnsi="Times New Roman"/>
          <w:color w:val="000000"/>
          <w:sz w:val="22"/>
        </w:rPr>
        <w:t xml:space="preserve"> </w:t>
      </w:r>
      <w:proofErr w:type="spellStart"/>
      <w:r>
        <w:rPr>
          <w:rFonts w:ascii="Times New Roman" w:hAnsi="Times New Roman"/>
          <w:color w:val="000000"/>
          <w:sz w:val="22"/>
        </w:rPr>
        <w:t>acoperite</w:t>
      </w:r>
      <w:proofErr w:type="spellEnd"/>
      <w:r>
        <w:rPr>
          <w:rFonts w:ascii="Times New Roman" w:hAnsi="Times New Roman"/>
          <w:color w:val="000000"/>
          <w:sz w:val="22"/>
        </w:rPr>
        <w:t xml:space="preserve"> de </w:t>
      </w:r>
      <w:proofErr w:type="spellStart"/>
      <w:r>
        <w:rPr>
          <w:rFonts w:ascii="Times New Roman" w:hAnsi="Times New Roman"/>
          <w:color w:val="000000"/>
          <w:sz w:val="22"/>
        </w:rPr>
        <w:t>garanție</w:t>
      </w:r>
      <w:proofErr w:type="spellEnd"/>
      <w:r>
        <w:rPr>
          <w:rFonts w:ascii="Times New Roman" w:hAnsi="Times New Roman"/>
          <w:color w:val="000000"/>
          <w:sz w:val="22"/>
        </w:rPr>
        <w:t xml:space="preserve"> nu </w:t>
      </w:r>
      <w:proofErr w:type="spellStart"/>
      <w:r>
        <w:rPr>
          <w:rFonts w:ascii="Times New Roman" w:hAnsi="Times New Roman"/>
          <w:color w:val="000000"/>
          <w:sz w:val="22"/>
        </w:rPr>
        <w:t>vor</w:t>
      </w:r>
      <w:proofErr w:type="spellEnd"/>
      <w:r>
        <w:rPr>
          <w:rFonts w:ascii="Times New Roman" w:hAnsi="Times New Roman"/>
          <w:color w:val="000000"/>
          <w:sz w:val="22"/>
        </w:rPr>
        <w:t xml:space="preserve"> genera </w:t>
      </w:r>
      <w:proofErr w:type="spellStart"/>
      <w:r>
        <w:rPr>
          <w:rFonts w:ascii="Times New Roman" w:hAnsi="Times New Roman"/>
          <w:color w:val="000000"/>
          <w:sz w:val="22"/>
        </w:rPr>
        <w:t>costuri</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Autoritate</w:t>
      </w:r>
      <w:proofErr w:type="spellEnd"/>
      <w:r>
        <w:rPr>
          <w:rFonts w:ascii="Times New Roman" w:hAnsi="Times New Roman"/>
          <w:color w:val="000000"/>
          <w:sz w:val="22"/>
        </w:rPr>
        <w:t xml:space="preserve">. </w:t>
      </w:r>
      <w:proofErr w:type="spellStart"/>
      <w:r>
        <w:rPr>
          <w:rFonts w:ascii="Times New Roman" w:hAnsi="Times New Roman"/>
          <w:color w:val="000000"/>
          <w:sz w:val="22"/>
        </w:rPr>
        <w:t>Operațiunile</w:t>
      </w:r>
      <w:proofErr w:type="spellEnd"/>
      <w:r>
        <w:rPr>
          <w:rFonts w:ascii="Times New Roman" w:hAnsi="Times New Roman"/>
          <w:color w:val="000000"/>
          <w:sz w:val="22"/>
        </w:rPr>
        <w:t xml:space="preserve"> de </w:t>
      </w:r>
      <w:proofErr w:type="spellStart"/>
      <w:r>
        <w:rPr>
          <w:rFonts w:ascii="Times New Roman" w:hAnsi="Times New Roman"/>
          <w:color w:val="000000"/>
          <w:sz w:val="22"/>
        </w:rPr>
        <w:t>întreținere</w:t>
      </w:r>
      <w:proofErr w:type="spellEnd"/>
      <w:r>
        <w:rPr>
          <w:rFonts w:ascii="Times New Roman" w:hAnsi="Times New Roman"/>
          <w:color w:val="000000"/>
          <w:sz w:val="22"/>
        </w:rPr>
        <w:t xml:space="preserve"> </w:t>
      </w:r>
      <w:proofErr w:type="spellStart"/>
      <w:r>
        <w:rPr>
          <w:rFonts w:ascii="Times New Roman" w:hAnsi="Times New Roman"/>
          <w:color w:val="000000"/>
          <w:sz w:val="22"/>
        </w:rPr>
        <w:t>periodică</w:t>
      </w:r>
      <w:proofErr w:type="spellEnd"/>
      <w:r>
        <w:rPr>
          <w:rFonts w:ascii="Times New Roman" w:hAnsi="Times New Roman"/>
          <w:color w:val="000000"/>
          <w:sz w:val="22"/>
        </w:rPr>
        <w:t xml:space="preserve"> se </w:t>
      </w:r>
      <w:proofErr w:type="spellStart"/>
      <w:r>
        <w:rPr>
          <w:rFonts w:ascii="Times New Roman" w:hAnsi="Times New Roman"/>
          <w:color w:val="000000"/>
          <w:sz w:val="22"/>
        </w:rPr>
        <w:t>realizează</w:t>
      </w:r>
      <w:proofErr w:type="spellEnd"/>
      <w:r>
        <w:rPr>
          <w:rFonts w:ascii="Times New Roman" w:hAnsi="Times New Roman"/>
          <w:color w:val="000000"/>
          <w:sz w:val="22"/>
        </w:rPr>
        <w:t xml:space="preserve"> </w:t>
      </w:r>
      <w:proofErr w:type="spellStart"/>
      <w:r>
        <w:rPr>
          <w:rFonts w:ascii="Times New Roman" w:hAnsi="Times New Roman"/>
          <w:color w:val="000000"/>
          <w:sz w:val="22"/>
        </w:rPr>
        <w:t>potrivit</w:t>
      </w:r>
      <w:proofErr w:type="spellEnd"/>
      <w:r>
        <w:rPr>
          <w:rFonts w:ascii="Times New Roman" w:hAnsi="Times New Roman"/>
          <w:color w:val="000000"/>
          <w:sz w:val="22"/>
        </w:rPr>
        <w:t xml:space="preserve"> </w:t>
      </w:r>
      <w:proofErr w:type="spellStart"/>
      <w:r>
        <w:rPr>
          <w:rFonts w:ascii="Times New Roman" w:hAnsi="Times New Roman"/>
          <w:color w:val="000000"/>
          <w:sz w:val="22"/>
        </w:rPr>
        <w:t>planului</w:t>
      </w:r>
      <w:proofErr w:type="spellEnd"/>
      <w:r>
        <w:rPr>
          <w:rFonts w:ascii="Times New Roman" w:hAnsi="Times New Roman"/>
          <w:color w:val="000000"/>
          <w:sz w:val="22"/>
        </w:rPr>
        <w:t xml:space="preserve"> </w:t>
      </w:r>
      <w:proofErr w:type="spellStart"/>
      <w:r>
        <w:rPr>
          <w:rFonts w:ascii="Times New Roman" w:hAnsi="Times New Roman"/>
          <w:color w:val="000000"/>
          <w:sz w:val="22"/>
        </w:rPr>
        <w:t>producătorului</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condițiilor</w:t>
      </w:r>
      <w:proofErr w:type="spellEnd"/>
      <w:r>
        <w:rPr>
          <w:rFonts w:ascii="Times New Roman" w:hAnsi="Times New Roman"/>
          <w:color w:val="000000"/>
          <w:sz w:val="22"/>
        </w:rPr>
        <w:t xml:space="preserve"> </w:t>
      </w:r>
      <w:proofErr w:type="spellStart"/>
      <w:r>
        <w:rPr>
          <w:rFonts w:ascii="Times New Roman" w:hAnsi="Times New Roman"/>
          <w:color w:val="000000"/>
          <w:sz w:val="22"/>
        </w:rPr>
        <w:t>asumate</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Ofertă</w:t>
      </w:r>
      <w:proofErr w:type="spellEnd"/>
      <w:r>
        <w:rPr>
          <w:rFonts w:ascii="Times New Roman" w:hAnsi="Times New Roman"/>
          <w:color w:val="000000"/>
          <w:sz w:val="22"/>
        </w:rPr>
        <w:t>.</w:t>
      </w:r>
    </w:p>
    <w:p w14:paraId="1A09CB29"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14.5. Orice </w:t>
      </w:r>
      <w:proofErr w:type="spellStart"/>
      <w:r>
        <w:rPr>
          <w:rFonts w:ascii="Times New Roman" w:hAnsi="Times New Roman"/>
          <w:color w:val="000000"/>
          <w:sz w:val="22"/>
        </w:rPr>
        <w:t>limitare</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excludere</w:t>
      </w:r>
      <w:proofErr w:type="spellEnd"/>
      <w:r>
        <w:rPr>
          <w:rFonts w:ascii="Times New Roman" w:hAnsi="Times New Roman"/>
          <w:color w:val="000000"/>
          <w:sz w:val="22"/>
        </w:rPr>
        <w:t xml:space="preserve"> din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standard ale </w:t>
      </w:r>
      <w:proofErr w:type="spellStart"/>
      <w:r>
        <w:rPr>
          <w:rFonts w:ascii="Times New Roman" w:hAnsi="Times New Roman"/>
          <w:color w:val="000000"/>
          <w:sz w:val="22"/>
        </w:rPr>
        <w:t>producătorului</w:t>
      </w:r>
      <w:proofErr w:type="spellEnd"/>
      <w:r>
        <w:rPr>
          <w:rFonts w:ascii="Times New Roman" w:hAnsi="Times New Roman"/>
          <w:color w:val="000000"/>
          <w:sz w:val="22"/>
        </w:rPr>
        <w:t xml:space="preserve"> </w:t>
      </w:r>
      <w:proofErr w:type="spellStart"/>
      <w:r>
        <w:rPr>
          <w:rFonts w:ascii="Times New Roman" w:hAnsi="Times New Roman"/>
          <w:color w:val="000000"/>
          <w:sz w:val="22"/>
        </w:rPr>
        <w:t>este</w:t>
      </w:r>
      <w:proofErr w:type="spellEnd"/>
      <w:r>
        <w:rPr>
          <w:rFonts w:ascii="Times New Roman" w:hAnsi="Times New Roman"/>
          <w:color w:val="000000"/>
          <w:sz w:val="22"/>
        </w:rPr>
        <w:t xml:space="preserve"> </w:t>
      </w:r>
      <w:proofErr w:type="spellStart"/>
      <w:r>
        <w:rPr>
          <w:rFonts w:ascii="Times New Roman" w:hAnsi="Times New Roman"/>
          <w:color w:val="000000"/>
          <w:sz w:val="22"/>
        </w:rPr>
        <w:t>inopozabilă</w:t>
      </w:r>
      <w:proofErr w:type="spellEnd"/>
      <w:r>
        <w:rPr>
          <w:rFonts w:ascii="Times New Roman" w:hAnsi="Times New Roman"/>
          <w:color w:val="000000"/>
          <w:sz w:val="22"/>
        </w:rPr>
        <w:t xml:space="preserve"> </w:t>
      </w:r>
      <w:proofErr w:type="spellStart"/>
      <w:r>
        <w:rPr>
          <w:rFonts w:ascii="Times New Roman" w:hAnsi="Times New Roman"/>
          <w:color w:val="000000"/>
          <w:sz w:val="22"/>
        </w:rPr>
        <w:t>Autorității</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măsura</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care </w:t>
      </w:r>
      <w:proofErr w:type="spellStart"/>
      <w:r>
        <w:rPr>
          <w:rFonts w:ascii="Times New Roman" w:hAnsi="Times New Roman"/>
          <w:color w:val="000000"/>
          <w:sz w:val="22"/>
        </w:rPr>
        <w:t>diminuează</w:t>
      </w:r>
      <w:proofErr w:type="spellEnd"/>
      <w:r>
        <w:rPr>
          <w:rFonts w:ascii="Times New Roman" w:hAnsi="Times New Roman"/>
          <w:color w:val="000000"/>
          <w:sz w:val="22"/>
        </w:rPr>
        <w:t xml:space="preserve"> </w:t>
      </w:r>
      <w:proofErr w:type="spellStart"/>
      <w:r>
        <w:rPr>
          <w:rFonts w:ascii="Times New Roman" w:hAnsi="Times New Roman"/>
          <w:color w:val="000000"/>
          <w:sz w:val="22"/>
        </w:rPr>
        <w:t>cerințele</w:t>
      </w:r>
      <w:proofErr w:type="spellEnd"/>
      <w:r>
        <w:rPr>
          <w:rFonts w:ascii="Times New Roman" w:hAnsi="Times New Roman"/>
          <w:color w:val="000000"/>
          <w:sz w:val="22"/>
        </w:rPr>
        <w:t xml:space="preserve"> </w:t>
      </w:r>
      <w:proofErr w:type="spellStart"/>
      <w:r>
        <w:rPr>
          <w:rFonts w:ascii="Times New Roman" w:hAnsi="Times New Roman"/>
          <w:color w:val="000000"/>
          <w:sz w:val="22"/>
        </w:rPr>
        <w:t>minime</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de </w:t>
      </w:r>
      <w:proofErr w:type="spellStart"/>
      <w:r>
        <w:rPr>
          <w:rFonts w:ascii="Times New Roman" w:hAnsi="Times New Roman"/>
          <w:color w:val="000000"/>
          <w:sz w:val="22"/>
        </w:rPr>
        <w:t>garanție</w:t>
      </w:r>
      <w:proofErr w:type="spellEnd"/>
      <w:r>
        <w:rPr>
          <w:rFonts w:ascii="Times New Roman" w:hAnsi="Times New Roman"/>
          <w:color w:val="000000"/>
          <w:sz w:val="22"/>
        </w:rPr>
        <w:t xml:space="preserve"> </w:t>
      </w:r>
      <w:proofErr w:type="spellStart"/>
      <w:r>
        <w:rPr>
          <w:rFonts w:ascii="Times New Roman" w:hAnsi="Times New Roman"/>
          <w:color w:val="000000"/>
          <w:sz w:val="22"/>
        </w:rPr>
        <w:t>asumate</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Oferta</w:t>
      </w:r>
      <w:proofErr w:type="spellEnd"/>
      <w:r>
        <w:rPr>
          <w:rFonts w:ascii="Times New Roman" w:hAnsi="Times New Roman"/>
          <w:color w:val="000000"/>
          <w:sz w:val="22"/>
        </w:rPr>
        <w:t xml:space="preserve"> </w:t>
      </w:r>
      <w:proofErr w:type="spellStart"/>
      <w:r>
        <w:rPr>
          <w:rFonts w:ascii="Times New Roman" w:hAnsi="Times New Roman"/>
          <w:color w:val="000000"/>
          <w:sz w:val="22"/>
        </w:rPr>
        <w:t>acceptată</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Contract.</w:t>
      </w:r>
    </w:p>
    <w:p w14:paraId="04C39760"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15 – SUBCONTRACTAREA ȘI ASOCIEREA</w:t>
      </w:r>
    </w:p>
    <w:p w14:paraId="5E92E92F"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15.1.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subcontracta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părțile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declarate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Ofertă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ulterior </w:t>
      </w:r>
      <w:proofErr w:type="spellStart"/>
      <w:r w:rsidRPr="004B020D">
        <w:rPr>
          <w:rFonts w:ascii="Times New Roman" w:hAnsi="Times New Roman" w:cs="Times New Roman"/>
          <w:color w:val="000000"/>
          <w:sz w:val="22"/>
          <w:szCs w:val="24"/>
        </w:rPr>
        <w:t>aprobate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Subcontractarea</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diminuează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răspunderea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integrală</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Contractantului</w:t>
      </w:r>
      <w:proofErr w:type="spellEnd"/>
      <w:r w:rsidRPr="004B020D">
        <w:rPr>
          <w:rFonts w:ascii="Times New Roman" w:hAnsi="Times New Roman" w:cs="Times New Roman"/>
          <w:color w:val="000000"/>
          <w:sz w:val="22"/>
          <w:szCs w:val="24"/>
        </w:rPr>
        <w:t>.</w:t>
      </w:r>
    </w:p>
    <w:p w14:paraId="45088977"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15.2. </w:t>
      </w:r>
      <w:proofErr w:type="spellStart"/>
      <w:r w:rsidRPr="004B020D">
        <w:rPr>
          <w:rFonts w:ascii="Times New Roman" w:hAnsi="Times New Roman" w:cs="Times New Roman"/>
          <w:color w:val="000000"/>
          <w:sz w:val="22"/>
          <w:szCs w:val="24"/>
        </w:rPr>
        <w:t>Înlocuirea</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introducerea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unui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subcontractant</w:t>
      </w:r>
      <w:proofErr w:type="spellEnd"/>
      <w:r w:rsidRPr="004B020D">
        <w:rPr>
          <w:rFonts w:ascii="Times New Roman" w:hAnsi="Times New Roman" w:cs="Times New Roman"/>
          <w:color w:val="000000"/>
          <w:sz w:val="22"/>
          <w:szCs w:val="24"/>
        </w:rPr>
        <w:t xml:space="preserve"> se face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acordul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Autorității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după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verificarea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motivelor</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excludere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după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caz</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capacității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acestuia</w:t>
      </w:r>
      <w:proofErr w:type="spellEnd"/>
      <w:r w:rsidRPr="004B020D">
        <w:rPr>
          <w:rFonts w:ascii="Times New Roman" w:hAnsi="Times New Roman" w:cs="Times New Roman"/>
          <w:color w:val="000000"/>
          <w:sz w:val="22"/>
          <w:szCs w:val="24"/>
        </w:rPr>
        <w:t>.</w:t>
      </w:r>
    </w:p>
    <w:p w14:paraId="738E6874"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15.3. </w:t>
      </w:r>
      <w:r w:rsidRPr="004B020D">
        <w:rPr>
          <w:rFonts w:ascii="Times New Roman" w:hAnsi="Times New Roman" w:cs="Times New Roman"/>
          <w:color w:val="000000"/>
          <w:sz w:val="22"/>
          <w:szCs w:val="24"/>
        </w:rPr>
        <w:t xml:space="preserve">Plata </w:t>
      </w:r>
      <w:proofErr w:type="spellStart"/>
      <w:r w:rsidRPr="004B020D">
        <w:rPr>
          <w:rFonts w:ascii="Times New Roman" w:hAnsi="Times New Roman" w:cs="Times New Roman"/>
          <w:color w:val="000000"/>
          <w:sz w:val="22"/>
          <w:szCs w:val="24"/>
        </w:rPr>
        <w:t>directă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către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subcontractant</w:t>
      </w:r>
      <w:proofErr w:type="spellEnd"/>
      <w:r w:rsidRPr="004B020D">
        <w:rPr>
          <w:rFonts w:ascii="Times New Roman" w:hAnsi="Times New Roman" w:cs="Times New Roman"/>
          <w:color w:val="000000"/>
          <w:sz w:val="22"/>
          <w:szCs w:val="24"/>
        </w:rPr>
        <w:t xml:space="preserve"> se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realiza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pentru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partea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confirmată</w:t>
      </w:r>
      <w:proofErr w:type="spellEnd"/>
      <w:r w:rsidRPr="004B020D">
        <w:rPr>
          <w:rFonts w:ascii="Times New Roman" w:hAnsi="Times New Roman" w:cs="Times New Roman"/>
          <w:color w:val="000000"/>
          <w:sz w:val="22"/>
          <w:szCs w:val="24"/>
        </w:rPr>
        <w:t xml:space="preserve"> ca </w:t>
      </w:r>
      <w:proofErr w:type="spellStart"/>
      <w:r w:rsidRPr="004B020D">
        <w:rPr>
          <w:rFonts w:ascii="Times New Roman" w:hAnsi="Times New Roman" w:cs="Times New Roman"/>
          <w:color w:val="000000"/>
          <w:sz w:val="22"/>
          <w:szCs w:val="24"/>
        </w:rPr>
        <w:t>executată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Legii</w:t>
      </w:r>
      <w:proofErr w:type="spellEnd"/>
      <w:r w:rsidRPr="004B020D">
        <w:rPr>
          <w:rFonts w:ascii="Times New Roman" w:hAnsi="Times New Roman" w:cs="Times New Roman"/>
          <w:color w:val="000000"/>
          <w:sz w:val="22"/>
          <w:szCs w:val="24"/>
        </w:rPr>
        <w:t xml:space="preserve"> nr. 98/2016, HG nr. 395/2016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subcontractare</w:t>
      </w:r>
      <w:proofErr w:type="spellEnd"/>
      <w:r w:rsidRPr="004B020D">
        <w:rPr>
          <w:rFonts w:ascii="Times New Roman" w:hAnsi="Times New Roman" w:cs="Times New Roman"/>
          <w:color w:val="000000"/>
          <w:sz w:val="22"/>
          <w:szCs w:val="24"/>
        </w:rPr>
        <w:t>.</w:t>
      </w:r>
    </w:p>
    <w:p w14:paraId="394A1C42"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15.4.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o </w:t>
      </w:r>
      <w:proofErr w:type="spellStart"/>
      <w:r w:rsidRPr="004B020D">
        <w:rPr>
          <w:rFonts w:ascii="Times New Roman" w:hAnsi="Times New Roman" w:cs="Times New Roman"/>
          <w:color w:val="000000"/>
          <w:sz w:val="22"/>
          <w:szCs w:val="24"/>
        </w:rPr>
        <w:t>asociere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membrii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răspund</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solidar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iar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liderul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autorizat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reprezinte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asocierea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primească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instrucțiuni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plăți</w:t>
      </w:r>
      <w:proofErr w:type="spellEnd"/>
      <w:r w:rsidRPr="004B020D">
        <w:rPr>
          <w:rFonts w:ascii="Times New Roman" w:hAnsi="Times New Roman" w:cs="Times New Roman"/>
          <w:color w:val="000000"/>
          <w:sz w:val="22"/>
          <w:szCs w:val="24"/>
        </w:rPr>
        <w:t xml:space="preserve">, conform </w:t>
      </w:r>
      <w:proofErr w:type="spellStart"/>
      <w:r w:rsidRPr="004B020D">
        <w:rPr>
          <w:rFonts w:ascii="Times New Roman" w:hAnsi="Times New Roman" w:cs="Times New Roman"/>
          <w:color w:val="000000"/>
          <w:sz w:val="22"/>
          <w:szCs w:val="24"/>
        </w:rPr>
        <w:t>acordului</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asociere</w:t>
      </w:r>
      <w:proofErr w:type="spellEnd"/>
      <w:r w:rsidRPr="004B020D">
        <w:rPr>
          <w:rFonts w:ascii="Times New Roman" w:hAnsi="Times New Roman" w:cs="Times New Roman"/>
          <w:color w:val="000000"/>
          <w:sz w:val="22"/>
          <w:szCs w:val="24"/>
        </w:rPr>
        <w:t>.</w:t>
      </w:r>
    </w:p>
    <w:p w14:paraId="6B2ADC07"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16 – CESIUNEA</w:t>
      </w:r>
    </w:p>
    <w:p w14:paraId="6647E064"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16.1. </w:t>
      </w:r>
      <w:proofErr w:type="spellStart"/>
      <w:r w:rsidRPr="004B020D">
        <w:rPr>
          <w:rFonts w:ascii="Times New Roman" w:hAnsi="Times New Roman" w:cs="Times New Roman"/>
          <w:color w:val="000000"/>
          <w:sz w:val="22"/>
          <w:szCs w:val="24"/>
        </w:rPr>
        <w:t>Cesiunea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creanțelor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opozabilă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Autorității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după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acceptarea</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notificarea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afectează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dreptul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Autorității</w:t>
      </w:r>
      <w:proofErr w:type="spellEnd"/>
      <w:r w:rsidRPr="004B020D">
        <w:rPr>
          <w:rFonts w:ascii="Times New Roman" w:hAnsi="Times New Roman" w:cs="Times New Roman"/>
          <w:color w:val="000000"/>
          <w:sz w:val="22"/>
          <w:szCs w:val="24"/>
        </w:rPr>
        <w:t xml:space="preserve"> de a </w:t>
      </w:r>
      <w:proofErr w:type="spellStart"/>
      <w:r w:rsidRPr="004B020D">
        <w:rPr>
          <w:rFonts w:ascii="Times New Roman" w:hAnsi="Times New Roman" w:cs="Times New Roman"/>
          <w:color w:val="000000"/>
          <w:sz w:val="22"/>
          <w:szCs w:val="24"/>
        </w:rPr>
        <w:t>opune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excepțiile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contractuale</w:t>
      </w:r>
      <w:proofErr w:type="spellEnd"/>
      <w:r w:rsidRPr="004B020D">
        <w:rPr>
          <w:rFonts w:ascii="Times New Roman" w:hAnsi="Times New Roman" w:cs="Times New Roman"/>
          <w:color w:val="000000"/>
          <w:sz w:val="22"/>
          <w:szCs w:val="24"/>
        </w:rPr>
        <w:t>.</w:t>
      </w:r>
    </w:p>
    <w:p w14:paraId="6E78533D"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lastRenderedPageBreak/>
        <w:t xml:space="preserve">16.2. </w:t>
      </w:r>
      <w:proofErr w:type="spellStart"/>
      <w:r w:rsidRPr="004B020D">
        <w:rPr>
          <w:rFonts w:ascii="Times New Roman" w:hAnsi="Times New Roman" w:cs="Times New Roman"/>
          <w:color w:val="000000"/>
          <w:sz w:val="22"/>
          <w:szCs w:val="24"/>
        </w:rPr>
        <w:t>Transferul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cesiunea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permis</w:t>
      </w:r>
      <w:proofErr w:type="spellEnd"/>
      <w:r w:rsidRPr="004B020D">
        <w:rPr>
          <w:rFonts w:ascii="Times New Roman" w:hAnsi="Times New Roman" w:cs="Times New Roman"/>
          <w:color w:val="000000"/>
          <w:sz w:val="22"/>
          <w:szCs w:val="24"/>
        </w:rPr>
        <w:t xml:space="preserve">(ă)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acordul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prealabil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scris</w:t>
      </w:r>
      <w:proofErr w:type="spellEnd"/>
      <w:r w:rsidRPr="004B020D">
        <w:rPr>
          <w:rFonts w:ascii="Times New Roman" w:hAnsi="Times New Roman" w:cs="Times New Roman"/>
          <w:color w:val="000000"/>
          <w:sz w:val="22"/>
          <w:szCs w:val="24"/>
        </w:rPr>
        <w:t xml:space="preserve"> al </w:t>
      </w:r>
      <w:proofErr w:type="spellStart"/>
      <w:r w:rsidRPr="004B020D">
        <w:rPr>
          <w:rFonts w:ascii="Times New Roman" w:hAnsi="Times New Roman" w:cs="Times New Roman"/>
          <w:color w:val="000000"/>
          <w:sz w:val="22"/>
          <w:szCs w:val="24"/>
        </w:rPr>
        <w:t>Autorității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cazurile</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prevăzute</w:t>
      </w:r>
      <w:proofErr w:type="spellEnd"/>
      <w:r w:rsidRPr="004B020D">
        <w:rPr>
          <w:rFonts w:ascii="Times New Roman" w:hAnsi="Times New Roman" w:cs="Times New Roman"/>
          <w:color w:val="000000"/>
          <w:sz w:val="22"/>
          <w:szCs w:val="24"/>
        </w:rPr>
        <w:t xml:space="preserve"> de Legea nr. 98/2016.</w:t>
      </w:r>
    </w:p>
    <w:p w14:paraId="191E2F1E"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16.3. </w:t>
      </w:r>
      <w:proofErr w:type="spellStart"/>
      <w:r w:rsidRPr="004B020D">
        <w:rPr>
          <w:rFonts w:ascii="Times New Roman" w:hAnsi="Times New Roman" w:cs="Times New Roman"/>
          <w:color w:val="000000"/>
          <w:sz w:val="22"/>
          <w:szCs w:val="24"/>
        </w:rPr>
        <w:t>Cesiunea</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exonerează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obligațiile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garanție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răspundere</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excepția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situațiilor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care </w:t>
      </w:r>
      <w:proofErr w:type="spellStart"/>
      <w:r w:rsidRPr="004B020D">
        <w:rPr>
          <w:rFonts w:ascii="Times New Roman" w:hAnsi="Times New Roman" w:cs="Times New Roman"/>
          <w:color w:val="000000"/>
          <w:sz w:val="22"/>
          <w:szCs w:val="24"/>
        </w:rPr>
        <w:t>legea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actul</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cesiune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aprobat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prevăd</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expres</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altfel</w:t>
      </w:r>
      <w:proofErr w:type="spellEnd"/>
      <w:r w:rsidRPr="004B020D">
        <w:rPr>
          <w:rFonts w:ascii="Times New Roman" w:hAnsi="Times New Roman" w:cs="Times New Roman"/>
          <w:color w:val="000000"/>
          <w:sz w:val="22"/>
          <w:szCs w:val="24"/>
        </w:rPr>
        <w:t>.</w:t>
      </w:r>
    </w:p>
    <w:p w14:paraId="3602515D"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17 – FACTURAREA ȘI PLATA</w:t>
      </w:r>
    </w:p>
    <w:p w14:paraId="11F830DC"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17.1. Factura se </w:t>
      </w:r>
      <w:proofErr w:type="spellStart"/>
      <w:r>
        <w:rPr>
          <w:rFonts w:ascii="Times New Roman" w:hAnsi="Times New Roman"/>
          <w:color w:val="000000"/>
          <w:sz w:val="22"/>
        </w:rPr>
        <w:t>emite</w:t>
      </w:r>
      <w:proofErr w:type="spellEnd"/>
      <w:r>
        <w:rPr>
          <w:rFonts w:ascii="Times New Roman" w:hAnsi="Times New Roman"/>
          <w:color w:val="000000"/>
          <w:sz w:val="22"/>
        </w:rPr>
        <w:t xml:space="preserve"> </w:t>
      </w:r>
      <w:proofErr w:type="spellStart"/>
      <w:r>
        <w:rPr>
          <w:rFonts w:ascii="Times New Roman" w:hAnsi="Times New Roman"/>
          <w:color w:val="000000"/>
          <w:sz w:val="22"/>
        </w:rPr>
        <w:t>după</w:t>
      </w:r>
      <w:proofErr w:type="spellEnd"/>
      <w:r>
        <w:rPr>
          <w:rFonts w:ascii="Times New Roman" w:hAnsi="Times New Roman"/>
          <w:color w:val="000000"/>
          <w:sz w:val="22"/>
        </w:rPr>
        <w:t xml:space="preserve"> </w:t>
      </w:r>
      <w:proofErr w:type="spellStart"/>
      <w:r>
        <w:rPr>
          <w:rFonts w:ascii="Times New Roman" w:hAnsi="Times New Roman"/>
          <w:color w:val="000000"/>
          <w:sz w:val="22"/>
        </w:rPr>
        <w:t>recepția</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obiecțiuni</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după</w:t>
      </w:r>
      <w:proofErr w:type="spellEnd"/>
      <w:r>
        <w:rPr>
          <w:rFonts w:ascii="Times New Roman" w:hAnsi="Times New Roman"/>
          <w:color w:val="000000"/>
          <w:sz w:val="22"/>
        </w:rPr>
        <w:t xml:space="preserve"> </w:t>
      </w:r>
      <w:proofErr w:type="spellStart"/>
      <w:r>
        <w:rPr>
          <w:rFonts w:ascii="Times New Roman" w:hAnsi="Times New Roman"/>
          <w:color w:val="000000"/>
          <w:sz w:val="22"/>
        </w:rPr>
        <w:t>îndeplinirea</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condițiilor</w:t>
      </w:r>
      <w:proofErr w:type="spellEnd"/>
      <w:r>
        <w:rPr>
          <w:rFonts w:ascii="Times New Roman" w:hAnsi="Times New Roman"/>
          <w:color w:val="000000"/>
          <w:sz w:val="22"/>
        </w:rPr>
        <w:t xml:space="preserve"> </w:t>
      </w:r>
      <w:proofErr w:type="spellStart"/>
      <w:r>
        <w:rPr>
          <w:rFonts w:ascii="Times New Roman" w:hAnsi="Times New Roman"/>
          <w:color w:val="000000"/>
          <w:sz w:val="22"/>
        </w:rPr>
        <w:t>necesare</w:t>
      </w:r>
      <w:proofErr w:type="spellEnd"/>
      <w:r>
        <w:rPr>
          <w:rFonts w:ascii="Times New Roman" w:hAnsi="Times New Roman"/>
          <w:color w:val="000000"/>
          <w:sz w:val="22"/>
        </w:rPr>
        <w:t xml:space="preserve"> </w:t>
      </w:r>
      <w:proofErr w:type="spellStart"/>
      <w:r>
        <w:rPr>
          <w:rFonts w:ascii="Times New Roman" w:hAnsi="Times New Roman"/>
          <w:color w:val="000000"/>
          <w:sz w:val="22"/>
        </w:rPr>
        <w:t>aplicării</w:t>
      </w:r>
      <w:proofErr w:type="spellEnd"/>
      <w:r>
        <w:rPr>
          <w:rFonts w:ascii="Times New Roman" w:hAnsi="Times New Roman"/>
          <w:color w:val="000000"/>
          <w:sz w:val="22"/>
        </w:rPr>
        <w:t xml:space="preserve"> </w:t>
      </w:r>
      <w:proofErr w:type="spellStart"/>
      <w:r>
        <w:rPr>
          <w:rFonts w:ascii="Times New Roman" w:hAnsi="Times New Roman"/>
          <w:color w:val="000000"/>
          <w:sz w:val="22"/>
        </w:rPr>
        <w:t>ecotichetelor</w:t>
      </w:r>
      <w:proofErr w:type="spellEnd"/>
      <w:r>
        <w:rPr>
          <w:rFonts w:ascii="Times New Roman" w:hAnsi="Times New Roman"/>
          <w:color w:val="000000"/>
          <w:sz w:val="22"/>
        </w:rPr>
        <w:t xml:space="preserve">, </w:t>
      </w:r>
      <w:proofErr w:type="spellStart"/>
      <w:r>
        <w:rPr>
          <w:rFonts w:ascii="Times New Roman" w:hAnsi="Times New Roman"/>
          <w:color w:val="000000"/>
          <w:sz w:val="22"/>
        </w:rPr>
        <w:t>potrivit</w:t>
      </w:r>
      <w:proofErr w:type="spellEnd"/>
      <w:r>
        <w:rPr>
          <w:rFonts w:ascii="Times New Roman" w:hAnsi="Times New Roman"/>
          <w:color w:val="000000"/>
          <w:sz w:val="22"/>
        </w:rPr>
        <w:t xml:space="preserve"> </w:t>
      </w:r>
      <w:proofErr w:type="spellStart"/>
      <w:r>
        <w:rPr>
          <w:rFonts w:ascii="Times New Roman" w:hAnsi="Times New Roman"/>
          <w:color w:val="000000"/>
          <w:sz w:val="22"/>
        </w:rPr>
        <w:t>mecanismului</w:t>
      </w:r>
      <w:proofErr w:type="spellEnd"/>
      <w:r>
        <w:rPr>
          <w:rFonts w:ascii="Times New Roman" w:hAnsi="Times New Roman"/>
          <w:color w:val="000000"/>
          <w:sz w:val="22"/>
        </w:rPr>
        <w:t xml:space="preserve"> AFM, </w:t>
      </w:r>
      <w:proofErr w:type="spellStart"/>
      <w:r>
        <w:rPr>
          <w:rFonts w:ascii="Times New Roman" w:hAnsi="Times New Roman"/>
          <w:color w:val="000000"/>
          <w:sz w:val="22"/>
        </w:rPr>
        <w:t>și</w:t>
      </w:r>
      <w:proofErr w:type="spellEnd"/>
      <w:r>
        <w:rPr>
          <w:rFonts w:ascii="Times New Roman" w:hAnsi="Times New Roman"/>
          <w:color w:val="000000"/>
          <w:sz w:val="22"/>
        </w:rPr>
        <w:t xml:space="preserve"> se </w:t>
      </w:r>
      <w:proofErr w:type="spellStart"/>
      <w:r>
        <w:rPr>
          <w:rFonts w:ascii="Times New Roman" w:hAnsi="Times New Roman"/>
          <w:color w:val="000000"/>
          <w:sz w:val="22"/>
        </w:rPr>
        <w:t>transmite</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sistemul</w:t>
      </w:r>
      <w:proofErr w:type="spellEnd"/>
      <w:r>
        <w:rPr>
          <w:rFonts w:ascii="Times New Roman" w:hAnsi="Times New Roman"/>
          <w:color w:val="000000"/>
          <w:sz w:val="22"/>
        </w:rPr>
        <w:t xml:space="preserve"> </w:t>
      </w:r>
      <w:proofErr w:type="spellStart"/>
      <w:r>
        <w:rPr>
          <w:rFonts w:ascii="Times New Roman" w:hAnsi="Times New Roman"/>
          <w:color w:val="000000"/>
          <w:sz w:val="22"/>
        </w:rPr>
        <w:t>național</w:t>
      </w:r>
      <w:proofErr w:type="spellEnd"/>
      <w:r>
        <w:rPr>
          <w:rFonts w:ascii="Times New Roman" w:hAnsi="Times New Roman"/>
          <w:color w:val="000000"/>
          <w:sz w:val="22"/>
        </w:rPr>
        <w:t xml:space="preserve"> RO e-Factura, </w:t>
      </w:r>
      <w:proofErr w:type="spellStart"/>
      <w:r>
        <w:rPr>
          <w:rFonts w:ascii="Times New Roman" w:hAnsi="Times New Roman"/>
          <w:color w:val="000000"/>
          <w:sz w:val="22"/>
        </w:rPr>
        <w:t>împreună</w:t>
      </w:r>
      <w:proofErr w:type="spellEnd"/>
      <w:r>
        <w:rPr>
          <w:rFonts w:ascii="Times New Roman" w:hAnsi="Times New Roman"/>
          <w:color w:val="000000"/>
          <w:sz w:val="22"/>
        </w:rPr>
        <w:t xml:space="preserve"> cu </w:t>
      </w:r>
      <w:proofErr w:type="spellStart"/>
      <w:r>
        <w:rPr>
          <w:rFonts w:ascii="Times New Roman" w:hAnsi="Times New Roman"/>
          <w:color w:val="000000"/>
          <w:sz w:val="22"/>
        </w:rPr>
        <w:t>procesul</w:t>
      </w:r>
      <w:proofErr w:type="spellEnd"/>
      <w:r>
        <w:rPr>
          <w:rFonts w:ascii="Times New Roman" w:hAnsi="Times New Roman"/>
          <w:color w:val="000000"/>
          <w:sz w:val="22"/>
        </w:rPr>
        <w:t xml:space="preserve">-verbal de </w:t>
      </w:r>
      <w:proofErr w:type="spellStart"/>
      <w:r>
        <w:rPr>
          <w:rFonts w:ascii="Times New Roman" w:hAnsi="Times New Roman"/>
          <w:color w:val="000000"/>
          <w:sz w:val="22"/>
        </w:rPr>
        <w:t>recepție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contractuale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w:t>
      </w:r>
      <w:proofErr w:type="spellStart"/>
      <w:r>
        <w:rPr>
          <w:rFonts w:ascii="Times New Roman" w:hAnsi="Times New Roman"/>
          <w:color w:val="000000"/>
          <w:sz w:val="22"/>
        </w:rPr>
        <w:t>aplicabile</w:t>
      </w:r>
      <w:proofErr w:type="spellEnd"/>
      <w:r>
        <w:rPr>
          <w:rFonts w:ascii="Times New Roman" w:hAnsi="Times New Roman"/>
          <w:color w:val="000000"/>
          <w:sz w:val="22"/>
        </w:rPr>
        <w:t>.</w:t>
      </w:r>
    </w:p>
    <w:p w14:paraId="797713C0" w14:textId="77777777" w:rsidR="00B57445" w:rsidRPr="004B020D" w:rsidRDefault="002941E6">
      <w:pPr>
        <w:ind w:left="369" w:hanging="369"/>
        <w:rPr>
          <w:rFonts w:ascii="Times New Roman" w:hAnsi="Times New Roman" w:cs="Times New Roman"/>
          <w:sz w:val="24"/>
          <w:szCs w:val="24"/>
        </w:rPr>
      </w:pPr>
      <w:r>
        <w:rPr>
          <w:rFonts w:ascii="Times New Roman" w:hAnsi="Times New Roman"/>
        </w:rPr>
        <w:t>17.2. Factura și documentele financiar-contabile vor evidenția, în forma cerută de Programul AFM, prețul integral de comercializare al fiecărui autovehicul, TVA, valoarea ecotichetului de 120.000,00 lei aplicat pentru fiecare vehicul și diferența de plată suportată de Autoritatea contractantă. Diferența de plată aferentă fiecărui autoturism nu poate depăși suma de 11.000,00 lei cu TVA, iar diferența totală suportată din bugetul local pentru cele 3 autoturisme nu poate depăși 33.000,00 lei cu TVA.</w:t>
      </w:r>
    </w:p>
    <w:p w14:paraId="683DB6EA"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17.3. Plata </w:t>
      </w:r>
      <w:proofErr w:type="spellStart"/>
      <w:r>
        <w:rPr>
          <w:rFonts w:ascii="Times New Roman" w:hAnsi="Times New Roman"/>
          <w:color w:val="000000"/>
          <w:sz w:val="22"/>
        </w:rPr>
        <w:t>diferenței</w:t>
      </w:r>
      <w:proofErr w:type="spellEnd"/>
      <w:r>
        <w:rPr>
          <w:rFonts w:ascii="Times New Roman" w:hAnsi="Times New Roman"/>
          <w:color w:val="000000"/>
          <w:sz w:val="22"/>
        </w:rPr>
        <w:t xml:space="preserve"> </w:t>
      </w:r>
      <w:proofErr w:type="spellStart"/>
      <w:r>
        <w:rPr>
          <w:rFonts w:ascii="Times New Roman" w:hAnsi="Times New Roman"/>
          <w:color w:val="000000"/>
          <w:sz w:val="22"/>
        </w:rPr>
        <w:t>datorate</w:t>
      </w:r>
      <w:proofErr w:type="spellEnd"/>
      <w:r>
        <w:rPr>
          <w:rFonts w:ascii="Times New Roman" w:hAnsi="Times New Roman"/>
          <w:color w:val="000000"/>
          <w:sz w:val="22"/>
        </w:rPr>
        <w:t xml:space="preserve"> de </w:t>
      </w:r>
      <w:proofErr w:type="spellStart"/>
      <w:r>
        <w:rPr>
          <w:rFonts w:ascii="Times New Roman" w:hAnsi="Times New Roman"/>
          <w:color w:val="000000"/>
          <w:sz w:val="22"/>
        </w:rPr>
        <w:t>Autoritatea</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contractantă</w:t>
      </w:r>
      <w:proofErr w:type="spellEnd"/>
      <w:r>
        <w:rPr>
          <w:rFonts w:ascii="Times New Roman" w:hAnsi="Times New Roman"/>
          <w:color w:val="000000"/>
          <w:sz w:val="22"/>
        </w:rPr>
        <w:t xml:space="preserve"> se </w:t>
      </w:r>
      <w:proofErr w:type="spellStart"/>
      <w:r>
        <w:rPr>
          <w:rFonts w:ascii="Times New Roman" w:hAnsi="Times New Roman"/>
          <w:color w:val="000000"/>
          <w:sz w:val="22"/>
        </w:rPr>
        <w:t>efectuează</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virament</w:t>
      </w:r>
      <w:proofErr w:type="spellEnd"/>
      <w:r>
        <w:rPr>
          <w:rFonts w:ascii="Times New Roman" w:hAnsi="Times New Roman"/>
          <w:color w:val="000000"/>
          <w:sz w:val="22"/>
        </w:rPr>
        <w:t xml:space="preserve"> </w:t>
      </w:r>
      <w:proofErr w:type="spellStart"/>
      <w:r>
        <w:rPr>
          <w:rFonts w:ascii="Times New Roman" w:hAnsi="Times New Roman"/>
          <w:color w:val="000000"/>
          <w:sz w:val="22"/>
        </w:rPr>
        <w:t>bancar</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termen de maximum 30 de </w:t>
      </w:r>
      <w:proofErr w:type="spellStart"/>
      <w:r>
        <w:rPr>
          <w:rFonts w:ascii="Times New Roman" w:hAnsi="Times New Roman"/>
          <w:color w:val="000000"/>
          <w:sz w:val="22"/>
        </w:rPr>
        <w:t>zile</w:t>
      </w:r>
      <w:proofErr w:type="spellEnd"/>
      <w:r>
        <w:rPr>
          <w:rFonts w:ascii="Times New Roman" w:hAnsi="Times New Roman"/>
          <w:color w:val="000000"/>
          <w:sz w:val="22"/>
        </w:rPr>
        <w:t xml:space="preserve"> </w:t>
      </w:r>
      <w:proofErr w:type="spellStart"/>
      <w:r>
        <w:rPr>
          <w:rFonts w:ascii="Times New Roman" w:hAnsi="Times New Roman"/>
          <w:color w:val="000000"/>
          <w:sz w:val="22"/>
        </w:rPr>
        <w:t>calendaristice</w:t>
      </w:r>
      <w:proofErr w:type="spellEnd"/>
      <w:r>
        <w:rPr>
          <w:rFonts w:ascii="Times New Roman" w:hAnsi="Times New Roman"/>
          <w:color w:val="000000"/>
          <w:sz w:val="22"/>
        </w:rPr>
        <w:t xml:space="preserve"> de la </w:t>
      </w:r>
      <w:proofErr w:type="spellStart"/>
      <w:r>
        <w:rPr>
          <w:rFonts w:ascii="Times New Roman" w:hAnsi="Times New Roman"/>
          <w:color w:val="000000"/>
          <w:sz w:val="22"/>
        </w:rPr>
        <w:t>primirea</w:t>
      </w:r>
      <w:proofErr w:type="spellEnd"/>
      <w:r>
        <w:rPr>
          <w:rFonts w:ascii="Times New Roman" w:hAnsi="Times New Roman"/>
          <w:color w:val="000000"/>
          <w:sz w:val="22"/>
        </w:rPr>
        <w:t xml:space="preserve"> </w:t>
      </w:r>
      <w:proofErr w:type="spellStart"/>
      <w:r>
        <w:rPr>
          <w:rFonts w:ascii="Times New Roman" w:hAnsi="Times New Roman"/>
          <w:color w:val="000000"/>
          <w:sz w:val="22"/>
        </w:rPr>
        <w:t>facturii</w:t>
      </w:r>
      <w:proofErr w:type="spellEnd"/>
      <w:r>
        <w:rPr>
          <w:rFonts w:ascii="Times New Roman" w:hAnsi="Times New Roman"/>
          <w:color w:val="000000"/>
          <w:sz w:val="22"/>
        </w:rPr>
        <w:t xml:space="preserve"> </w:t>
      </w:r>
      <w:proofErr w:type="spellStart"/>
      <w:r>
        <w:rPr>
          <w:rFonts w:ascii="Times New Roman" w:hAnsi="Times New Roman"/>
          <w:color w:val="000000"/>
          <w:sz w:val="22"/>
        </w:rPr>
        <w:t>corecte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exigibile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a </w:t>
      </w:r>
      <w:proofErr w:type="spellStart"/>
      <w:r>
        <w:rPr>
          <w:rFonts w:ascii="Times New Roman" w:hAnsi="Times New Roman"/>
          <w:color w:val="000000"/>
          <w:sz w:val="22"/>
        </w:rPr>
        <w:t>tuturor</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documentelor</w:t>
      </w:r>
      <w:proofErr w:type="spellEnd"/>
      <w:r>
        <w:rPr>
          <w:rFonts w:ascii="Times New Roman" w:hAnsi="Times New Roman"/>
          <w:color w:val="000000"/>
          <w:sz w:val="22"/>
        </w:rPr>
        <w:t xml:space="preserve"> justificative, cu </w:t>
      </w:r>
      <w:proofErr w:type="spellStart"/>
      <w:r>
        <w:rPr>
          <w:rFonts w:ascii="Times New Roman" w:hAnsi="Times New Roman"/>
          <w:color w:val="000000"/>
          <w:sz w:val="22"/>
        </w:rPr>
        <w:t>respectarea</w:t>
      </w:r>
      <w:proofErr w:type="spellEnd"/>
      <w:r>
        <w:rPr>
          <w:rFonts w:ascii="Times New Roman" w:hAnsi="Times New Roman"/>
          <w:color w:val="000000"/>
          <w:sz w:val="22"/>
        </w:rPr>
        <w:t xml:space="preserve"> </w:t>
      </w:r>
      <w:proofErr w:type="spellStart"/>
      <w:r>
        <w:rPr>
          <w:rFonts w:ascii="Times New Roman" w:hAnsi="Times New Roman"/>
          <w:color w:val="000000"/>
          <w:sz w:val="22"/>
        </w:rPr>
        <w:t>Legii</w:t>
      </w:r>
      <w:proofErr w:type="spellEnd"/>
      <w:r>
        <w:rPr>
          <w:rFonts w:ascii="Times New Roman" w:hAnsi="Times New Roman"/>
          <w:color w:val="000000"/>
          <w:sz w:val="22"/>
        </w:rPr>
        <w:t xml:space="preserve"> nr. 72/2013, a </w:t>
      </w:r>
      <w:proofErr w:type="spellStart"/>
      <w:r>
        <w:rPr>
          <w:rFonts w:ascii="Times New Roman" w:hAnsi="Times New Roman"/>
          <w:color w:val="000000"/>
          <w:sz w:val="22"/>
        </w:rPr>
        <w:t>Contractului</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nr. 2759/02.07.2026 </w:t>
      </w:r>
      <w:proofErr w:type="spellStart"/>
      <w:r>
        <w:rPr>
          <w:rFonts w:ascii="Times New Roman" w:hAnsi="Times New Roman"/>
          <w:color w:val="000000"/>
          <w:sz w:val="22"/>
        </w:rPr>
        <w:t>și</w:t>
      </w:r>
      <w:proofErr w:type="spellEnd"/>
      <w:r>
        <w:rPr>
          <w:rFonts w:ascii="Times New Roman" w:hAnsi="Times New Roman"/>
          <w:color w:val="000000"/>
          <w:sz w:val="22"/>
        </w:rPr>
        <w:t xml:space="preserve"> a </w:t>
      </w:r>
      <w:proofErr w:type="spellStart"/>
      <w:r>
        <w:rPr>
          <w:rFonts w:ascii="Times New Roman" w:hAnsi="Times New Roman"/>
          <w:color w:val="000000"/>
          <w:sz w:val="22"/>
        </w:rPr>
        <w:t>mecanismului</w:t>
      </w:r>
      <w:proofErr w:type="spellEnd"/>
      <w:r>
        <w:rPr>
          <w:rFonts w:ascii="Times New Roman" w:hAnsi="Times New Roman"/>
          <w:color w:val="000000"/>
          <w:sz w:val="22"/>
        </w:rPr>
        <w:t xml:space="preserve"> AFM.</w:t>
      </w:r>
    </w:p>
    <w:p w14:paraId="229F2D1D"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17.4. </w:t>
      </w:r>
      <w:proofErr w:type="spellStart"/>
      <w:r>
        <w:rPr>
          <w:rFonts w:ascii="Times New Roman" w:hAnsi="Times New Roman"/>
          <w:color w:val="000000"/>
          <w:sz w:val="22"/>
        </w:rPr>
        <w:t>Dacă</w:t>
      </w:r>
      <w:proofErr w:type="spellEnd"/>
      <w:r>
        <w:rPr>
          <w:rFonts w:ascii="Times New Roman" w:hAnsi="Times New Roman"/>
          <w:color w:val="000000"/>
          <w:sz w:val="22"/>
        </w:rPr>
        <w:t xml:space="preserve"> factura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sunt incomplete, </w:t>
      </w:r>
      <w:proofErr w:type="spellStart"/>
      <w:r>
        <w:rPr>
          <w:rFonts w:ascii="Times New Roman" w:hAnsi="Times New Roman"/>
          <w:color w:val="000000"/>
          <w:sz w:val="22"/>
        </w:rPr>
        <w:t>necorelate</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neconforme</w:t>
      </w:r>
      <w:proofErr w:type="spellEnd"/>
      <w:r>
        <w:rPr>
          <w:rFonts w:ascii="Times New Roman" w:hAnsi="Times New Roman"/>
          <w:color w:val="000000"/>
          <w:sz w:val="22"/>
        </w:rPr>
        <w:t xml:space="preserve"> cu </w:t>
      </w:r>
      <w:proofErr w:type="spellStart"/>
      <w:r>
        <w:rPr>
          <w:rFonts w:ascii="Times New Roman" w:hAnsi="Times New Roman"/>
          <w:color w:val="000000"/>
          <w:sz w:val="22"/>
        </w:rPr>
        <w:t>mecanismul</w:t>
      </w:r>
      <w:proofErr w:type="spellEnd"/>
      <w:r>
        <w:rPr>
          <w:rFonts w:ascii="Times New Roman" w:hAnsi="Times New Roman"/>
          <w:color w:val="000000"/>
          <w:sz w:val="22"/>
        </w:rPr>
        <w:t xml:space="preserve"> AFM, </w:t>
      </w:r>
      <w:proofErr w:type="spellStart"/>
      <w:r>
        <w:rPr>
          <w:rFonts w:ascii="Times New Roman" w:hAnsi="Times New Roman"/>
          <w:color w:val="000000"/>
          <w:sz w:val="22"/>
        </w:rPr>
        <w:t>Autoritatea</w:t>
      </w:r>
      <w:proofErr w:type="spellEnd"/>
      <w:r>
        <w:rPr>
          <w:rFonts w:ascii="Times New Roman" w:hAnsi="Times New Roman"/>
          <w:color w:val="000000"/>
          <w:sz w:val="22"/>
        </w:rPr>
        <w:t xml:space="preserve"> </w:t>
      </w:r>
      <w:proofErr w:type="spellStart"/>
      <w:r>
        <w:rPr>
          <w:rFonts w:ascii="Times New Roman" w:hAnsi="Times New Roman"/>
          <w:color w:val="000000"/>
          <w:sz w:val="22"/>
        </w:rPr>
        <w:t>solicită</w:t>
      </w:r>
      <w:proofErr w:type="spellEnd"/>
      <w:r>
        <w:rPr>
          <w:rFonts w:ascii="Times New Roman" w:hAnsi="Times New Roman"/>
          <w:color w:val="000000"/>
          <w:sz w:val="22"/>
        </w:rPr>
        <w:t xml:space="preserve"> </w:t>
      </w:r>
      <w:proofErr w:type="spellStart"/>
      <w:r>
        <w:rPr>
          <w:rFonts w:ascii="Times New Roman" w:hAnsi="Times New Roman"/>
          <w:color w:val="000000"/>
          <w:sz w:val="22"/>
        </w:rPr>
        <w:t>corectarea</w:t>
      </w:r>
      <w:proofErr w:type="spellEnd"/>
      <w:r>
        <w:rPr>
          <w:rFonts w:ascii="Times New Roman" w:hAnsi="Times New Roman"/>
          <w:color w:val="000000"/>
          <w:sz w:val="22"/>
        </w:rPr>
        <w:t xml:space="preserve">; </w:t>
      </w:r>
      <w:proofErr w:type="spellStart"/>
      <w:r>
        <w:rPr>
          <w:rFonts w:ascii="Times New Roman" w:hAnsi="Times New Roman"/>
          <w:color w:val="000000"/>
          <w:sz w:val="22"/>
        </w:rPr>
        <w:t>termenul</w:t>
      </w:r>
      <w:proofErr w:type="spellEnd"/>
      <w:r>
        <w:rPr>
          <w:rFonts w:ascii="Times New Roman" w:hAnsi="Times New Roman"/>
          <w:color w:val="000000"/>
          <w:sz w:val="22"/>
        </w:rPr>
        <w:t xml:space="preserve"> de </w:t>
      </w:r>
      <w:proofErr w:type="spellStart"/>
      <w:r>
        <w:rPr>
          <w:rFonts w:ascii="Times New Roman" w:hAnsi="Times New Roman"/>
          <w:color w:val="000000"/>
          <w:sz w:val="22"/>
        </w:rPr>
        <w:t>plată</w:t>
      </w:r>
      <w:proofErr w:type="spellEnd"/>
      <w:r>
        <w:rPr>
          <w:rFonts w:ascii="Times New Roman" w:hAnsi="Times New Roman"/>
          <w:color w:val="000000"/>
          <w:sz w:val="22"/>
        </w:rPr>
        <w:t xml:space="preserve"> </w:t>
      </w:r>
      <w:proofErr w:type="spellStart"/>
      <w:r>
        <w:rPr>
          <w:rFonts w:ascii="Times New Roman" w:hAnsi="Times New Roman"/>
          <w:color w:val="000000"/>
          <w:sz w:val="22"/>
        </w:rPr>
        <w:t>curge</w:t>
      </w:r>
      <w:proofErr w:type="spellEnd"/>
      <w:r>
        <w:rPr>
          <w:rFonts w:ascii="Times New Roman" w:hAnsi="Times New Roman"/>
          <w:color w:val="000000"/>
          <w:sz w:val="22"/>
        </w:rPr>
        <w:t xml:space="preserve"> de la </w:t>
      </w:r>
      <w:proofErr w:type="spellStart"/>
      <w:r>
        <w:rPr>
          <w:rFonts w:ascii="Times New Roman" w:hAnsi="Times New Roman"/>
          <w:color w:val="000000"/>
          <w:sz w:val="22"/>
        </w:rPr>
        <w:t>primirea</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documentației</w:t>
      </w:r>
      <w:proofErr w:type="spellEnd"/>
      <w:r>
        <w:rPr>
          <w:rFonts w:ascii="Times New Roman" w:hAnsi="Times New Roman"/>
          <w:color w:val="000000"/>
          <w:sz w:val="22"/>
        </w:rPr>
        <w:t xml:space="preserve"> complete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corecte</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w:t>
      </w:r>
      <w:proofErr w:type="spellStart"/>
      <w:r>
        <w:rPr>
          <w:rFonts w:ascii="Times New Roman" w:hAnsi="Times New Roman"/>
          <w:color w:val="000000"/>
          <w:sz w:val="22"/>
        </w:rPr>
        <w:t>legii</w:t>
      </w:r>
      <w:proofErr w:type="spellEnd"/>
      <w:r>
        <w:rPr>
          <w:rFonts w:ascii="Times New Roman" w:hAnsi="Times New Roman"/>
          <w:color w:val="000000"/>
          <w:sz w:val="22"/>
        </w:rPr>
        <w:t>.</w:t>
      </w:r>
    </w:p>
    <w:p w14:paraId="4F927FE9"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17.5.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restituie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îndată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sumele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încasate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necuvenit</w:t>
      </w:r>
      <w:proofErr w:type="spellEnd"/>
      <w:r w:rsidRPr="004B020D">
        <w:rPr>
          <w:rFonts w:ascii="Times New Roman" w:hAnsi="Times New Roman" w:cs="Times New Roman"/>
          <w:color w:val="000000"/>
          <w:sz w:val="22"/>
          <w:szCs w:val="24"/>
        </w:rPr>
        <w:t>.</w:t>
      </w:r>
    </w:p>
    <w:p w14:paraId="4241E755"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18 – PENALITĂȚI ȘI RĂSPUNDERE</w:t>
      </w:r>
    </w:p>
    <w:p w14:paraId="755491F9"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18.1. </w:t>
      </w:r>
      <w:proofErr w:type="spellStart"/>
      <w:r w:rsidRPr="004B020D">
        <w:rPr>
          <w:rFonts w:ascii="Times New Roman" w:hAnsi="Times New Roman" w:cs="Times New Roman"/>
          <w:color w:val="000000"/>
          <w:sz w:val="22"/>
          <w:szCs w:val="24"/>
        </w:rPr>
        <w:t>Pentru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fiecare</w:t>
      </w:r>
      <w:proofErr w:type="spellEnd"/>
      <w:r w:rsidRPr="004B020D">
        <w:rPr>
          <w:rFonts w:ascii="Times New Roman" w:hAnsi="Times New Roman" w:cs="Times New Roman"/>
          <w:color w:val="000000"/>
          <w:sz w:val="22"/>
          <w:szCs w:val="24"/>
        </w:rPr>
        <w:t xml:space="preserve"> zi </w:t>
      </w:r>
      <w:proofErr w:type="spellStart"/>
      <w:r w:rsidRPr="004B020D">
        <w:rPr>
          <w:rFonts w:ascii="Times New Roman" w:hAnsi="Times New Roman" w:cs="Times New Roman"/>
          <w:color w:val="000000"/>
          <w:sz w:val="22"/>
          <w:szCs w:val="24"/>
        </w:rPr>
        <w:t>calendaristică</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întârziere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față</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termenul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ferm</w:t>
      </w:r>
      <w:proofErr w:type="spellEnd"/>
      <w:r w:rsidRPr="004B020D">
        <w:rPr>
          <w:rFonts w:ascii="Times New Roman" w:hAnsi="Times New Roman" w:cs="Times New Roman"/>
          <w:color w:val="000000"/>
          <w:sz w:val="22"/>
          <w:szCs w:val="24"/>
        </w:rPr>
        <w:t xml:space="preserve"> de 75 de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datorează</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drept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penalități</w:t>
      </w:r>
      <w:proofErr w:type="spellEnd"/>
      <w:r w:rsidRPr="004B020D">
        <w:rPr>
          <w:rFonts w:ascii="Times New Roman" w:hAnsi="Times New Roman" w:cs="Times New Roman"/>
          <w:color w:val="000000"/>
          <w:sz w:val="22"/>
          <w:szCs w:val="24"/>
        </w:rPr>
        <w:t xml:space="preserve"> de 0,2%/zi din </w:t>
      </w:r>
      <w:proofErr w:type="spellStart"/>
      <w:r w:rsidRPr="004B020D">
        <w:rPr>
          <w:rFonts w:ascii="Times New Roman" w:hAnsi="Times New Roman" w:cs="Times New Roman"/>
          <w:color w:val="000000"/>
          <w:sz w:val="22"/>
          <w:szCs w:val="24"/>
        </w:rPr>
        <w:t>valoarea</w:t>
      </w:r>
      <w:proofErr w:type="spellEnd"/>
      <w:r w:rsidRPr="004B020D">
        <w:rPr>
          <w:rFonts w:ascii="Times New Roman" w:hAnsi="Times New Roman" w:cs="Times New Roman"/>
          <w:color w:val="000000"/>
          <w:sz w:val="22"/>
          <w:szCs w:val="24"/>
        </w:rPr>
        <w:t xml:space="preserve"> cu TVA a </w:t>
      </w:r>
      <w:proofErr w:type="spellStart"/>
      <w:r w:rsidRPr="004B020D">
        <w:rPr>
          <w:rFonts w:ascii="Times New Roman" w:hAnsi="Times New Roman" w:cs="Times New Roman"/>
          <w:color w:val="000000"/>
          <w:sz w:val="22"/>
          <w:szCs w:val="24"/>
        </w:rPr>
        <w:t>Produselor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nelivrate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neacceptate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punere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întârziere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alte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formalități</w:t>
      </w:r>
      <w:proofErr w:type="spellEnd"/>
      <w:r w:rsidRPr="004B020D">
        <w:rPr>
          <w:rFonts w:ascii="Times New Roman" w:hAnsi="Times New Roman" w:cs="Times New Roman"/>
          <w:color w:val="000000"/>
          <w:sz w:val="22"/>
          <w:szCs w:val="24"/>
        </w:rPr>
        <w:t>.</w:t>
      </w:r>
    </w:p>
    <w:p w14:paraId="48710574"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18.2. </w:t>
      </w:r>
      <w:proofErr w:type="spellStart"/>
      <w:r w:rsidRPr="004B020D">
        <w:rPr>
          <w:rFonts w:ascii="Times New Roman" w:hAnsi="Times New Roman" w:cs="Times New Roman"/>
          <w:color w:val="000000"/>
          <w:sz w:val="22"/>
          <w:szCs w:val="24"/>
        </w:rPr>
        <w:t>Penalitățile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curg</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până</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recepția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obiecțiuni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până</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încetarea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pot fi </w:t>
      </w:r>
      <w:proofErr w:type="spellStart"/>
      <w:r w:rsidRPr="004B020D">
        <w:rPr>
          <w:rFonts w:ascii="Times New Roman" w:hAnsi="Times New Roman" w:cs="Times New Roman"/>
          <w:color w:val="000000"/>
          <w:sz w:val="22"/>
          <w:szCs w:val="24"/>
        </w:rPr>
        <w:t>deduse</w:t>
      </w:r>
      <w:proofErr w:type="spellEnd"/>
      <w:r w:rsidRPr="004B020D">
        <w:rPr>
          <w:rFonts w:ascii="Times New Roman" w:hAnsi="Times New Roman" w:cs="Times New Roman"/>
          <w:color w:val="000000"/>
          <w:sz w:val="22"/>
          <w:szCs w:val="24"/>
        </w:rPr>
        <w:t xml:space="preserve"> din </w:t>
      </w:r>
      <w:proofErr w:type="spellStart"/>
      <w:r w:rsidRPr="004B020D">
        <w:rPr>
          <w:rFonts w:ascii="Times New Roman" w:hAnsi="Times New Roman" w:cs="Times New Roman"/>
          <w:color w:val="000000"/>
          <w:sz w:val="22"/>
          <w:szCs w:val="24"/>
        </w:rPr>
        <w:t>sumele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datorate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executate</w:t>
      </w:r>
      <w:proofErr w:type="spellEnd"/>
      <w:r w:rsidRPr="004B020D">
        <w:rPr>
          <w:rFonts w:ascii="Times New Roman" w:hAnsi="Times New Roman" w:cs="Times New Roman"/>
          <w:color w:val="000000"/>
          <w:sz w:val="22"/>
          <w:szCs w:val="24"/>
        </w:rPr>
        <w:t xml:space="preserve"> din </w:t>
      </w:r>
      <w:proofErr w:type="spellStart"/>
      <w:r w:rsidRPr="004B020D">
        <w:rPr>
          <w:rFonts w:ascii="Times New Roman" w:hAnsi="Times New Roman" w:cs="Times New Roman"/>
          <w:color w:val="000000"/>
          <w:sz w:val="22"/>
          <w:szCs w:val="24"/>
        </w:rPr>
        <w:t>garanția</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bună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execuție</w:t>
      </w:r>
      <w:proofErr w:type="spellEnd"/>
      <w:r w:rsidRPr="004B020D">
        <w:rPr>
          <w:rFonts w:ascii="Times New Roman" w:hAnsi="Times New Roman" w:cs="Times New Roman"/>
          <w:color w:val="000000"/>
          <w:sz w:val="22"/>
          <w:szCs w:val="24"/>
        </w:rPr>
        <w:t>.</w:t>
      </w:r>
    </w:p>
    <w:p w14:paraId="32EB00B1"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18.3. </w:t>
      </w:r>
      <w:proofErr w:type="spellStart"/>
      <w:r>
        <w:rPr>
          <w:rFonts w:ascii="Times New Roman" w:hAnsi="Times New Roman"/>
          <w:color w:val="000000"/>
          <w:sz w:val="22"/>
        </w:rPr>
        <w:t>Dacă</w:t>
      </w:r>
      <w:proofErr w:type="spellEnd"/>
      <w:r>
        <w:rPr>
          <w:rFonts w:ascii="Times New Roman" w:hAnsi="Times New Roman"/>
          <w:color w:val="000000"/>
          <w:sz w:val="22"/>
        </w:rPr>
        <w:t xml:space="preserve"> </w:t>
      </w:r>
      <w:proofErr w:type="spellStart"/>
      <w:r>
        <w:rPr>
          <w:rFonts w:ascii="Times New Roman" w:hAnsi="Times New Roman"/>
          <w:color w:val="000000"/>
          <w:sz w:val="22"/>
        </w:rPr>
        <w:t>întârzierea</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neexecutarea</w:t>
      </w:r>
      <w:proofErr w:type="spellEnd"/>
      <w:r>
        <w:rPr>
          <w:rFonts w:ascii="Times New Roman" w:hAnsi="Times New Roman"/>
          <w:color w:val="000000"/>
          <w:sz w:val="22"/>
        </w:rPr>
        <w:t xml:space="preserve"> </w:t>
      </w:r>
      <w:proofErr w:type="spellStart"/>
      <w:r>
        <w:rPr>
          <w:rFonts w:ascii="Times New Roman" w:hAnsi="Times New Roman"/>
          <w:color w:val="000000"/>
          <w:sz w:val="22"/>
        </w:rPr>
        <w:t>imputabilă</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Contractantului</w:t>
      </w:r>
      <w:proofErr w:type="spellEnd"/>
      <w:r>
        <w:rPr>
          <w:rFonts w:ascii="Times New Roman" w:hAnsi="Times New Roman"/>
          <w:color w:val="000000"/>
          <w:sz w:val="22"/>
        </w:rPr>
        <w:t xml:space="preserve"> </w:t>
      </w:r>
      <w:proofErr w:type="spellStart"/>
      <w:r>
        <w:rPr>
          <w:rFonts w:ascii="Times New Roman" w:hAnsi="Times New Roman"/>
          <w:color w:val="000000"/>
          <w:sz w:val="22"/>
        </w:rPr>
        <w:t>pune</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pericol</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determină</w:t>
      </w:r>
      <w:proofErr w:type="spellEnd"/>
      <w:r>
        <w:rPr>
          <w:rFonts w:ascii="Times New Roman" w:hAnsi="Times New Roman"/>
          <w:color w:val="000000"/>
          <w:sz w:val="22"/>
        </w:rPr>
        <w:t xml:space="preserve"> </w:t>
      </w:r>
      <w:proofErr w:type="spellStart"/>
      <w:r>
        <w:rPr>
          <w:rFonts w:ascii="Times New Roman" w:hAnsi="Times New Roman"/>
          <w:color w:val="000000"/>
          <w:sz w:val="22"/>
        </w:rPr>
        <w:t>pierderea</w:t>
      </w:r>
      <w:proofErr w:type="spellEnd"/>
      <w:r>
        <w:rPr>
          <w:rFonts w:ascii="Times New Roman" w:hAnsi="Times New Roman"/>
          <w:color w:val="000000"/>
          <w:sz w:val="22"/>
        </w:rPr>
        <w:t xml:space="preserve">, </w:t>
      </w:r>
      <w:proofErr w:type="spellStart"/>
      <w:r>
        <w:rPr>
          <w:rFonts w:ascii="Times New Roman" w:hAnsi="Times New Roman"/>
          <w:color w:val="000000"/>
          <w:sz w:val="22"/>
        </w:rPr>
        <w:t>diminuarea</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imposibilitatea</w:t>
      </w:r>
      <w:proofErr w:type="spellEnd"/>
      <w:r>
        <w:rPr>
          <w:rFonts w:ascii="Times New Roman" w:hAnsi="Times New Roman"/>
          <w:color w:val="000000"/>
          <w:sz w:val="22"/>
        </w:rPr>
        <w:t xml:space="preserve"> </w:t>
      </w:r>
      <w:proofErr w:type="spellStart"/>
      <w:r>
        <w:rPr>
          <w:rFonts w:ascii="Times New Roman" w:hAnsi="Times New Roman"/>
          <w:color w:val="000000"/>
          <w:sz w:val="22"/>
        </w:rPr>
        <w:t>decontării</w:t>
      </w:r>
      <w:proofErr w:type="spellEnd"/>
      <w:r>
        <w:rPr>
          <w:rFonts w:ascii="Times New Roman" w:hAnsi="Times New Roman"/>
          <w:color w:val="000000"/>
          <w:sz w:val="22"/>
        </w:rPr>
        <w:t xml:space="preserve"> </w:t>
      </w:r>
      <w:proofErr w:type="spellStart"/>
      <w:r>
        <w:rPr>
          <w:rFonts w:ascii="Times New Roman" w:hAnsi="Times New Roman"/>
          <w:color w:val="000000"/>
          <w:sz w:val="22"/>
        </w:rPr>
        <w:t>finanțării</w:t>
      </w:r>
      <w:proofErr w:type="spellEnd"/>
      <w:r>
        <w:rPr>
          <w:rFonts w:ascii="Times New Roman" w:hAnsi="Times New Roman"/>
          <w:color w:val="000000"/>
          <w:sz w:val="22"/>
        </w:rPr>
        <w:t xml:space="preserve"> AFM, </w:t>
      </w:r>
      <w:proofErr w:type="spellStart"/>
      <w:r>
        <w:rPr>
          <w:rFonts w:ascii="Times New Roman" w:hAnsi="Times New Roman"/>
          <w:color w:val="000000"/>
          <w:sz w:val="22"/>
        </w:rPr>
        <w:t>Autoritatea</w:t>
      </w:r>
      <w:proofErr w:type="spellEnd"/>
      <w:r>
        <w:rPr>
          <w:rFonts w:ascii="Times New Roman" w:hAnsi="Times New Roman"/>
          <w:color w:val="000000"/>
          <w:sz w:val="22"/>
        </w:rPr>
        <w:t xml:space="preserve"> </w:t>
      </w:r>
      <w:proofErr w:type="spellStart"/>
      <w:r>
        <w:rPr>
          <w:rFonts w:ascii="Times New Roman" w:hAnsi="Times New Roman"/>
          <w:color w:val="000000"/>
          <w:sz w:val="22"/>
        </w:rPr>
        <w:t>poate</w:t>
      </w:r>
      <w:proofErr w:type="spellEnd"/>
      <w:r>
        <w:rPr>
          <w:rFonts w:ascii="Times New Roman" w:hAnsi="Times New Roman"/>
          <w:color w:val="000000"/>
          <w:sz w:val="22"/>
        </w:rPr>
        <w:t xml:space="preserve"> </w:t>
      </w:r>
      <w:proofErr w:type="spellStart"/>
      <w:r>
        <w:rPr>
          <w:rFonts w:ascii="Times New Roman" w:hAnsi="Times New Roman"/>
          <w:color w:val="000000"/>
          <w:sz w:val="22"/>
        </w:rPr>
        <w:t>înceta</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Contractul</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solicita</w:t>
      </w:r>
      <w:proofErr w:type="spellEnd"/>
      <w:r>
        <w:rPr>
          <w:rFonts w:ascii="Times New Roman" w:hAnsi="Times New Roman"/>
          <w:color w:val="000000"/>
          <w:sz w:val="22"/>
        </w:rPr>
        <w:t xml:space="preserve"> </w:t>
      </w:r>
      <w:proofErr w:type="spellStart"/>
      <w:r>
        <w:rPr>
          <w:rFonts w:ascii="Times New Roman" w:hAnsi="Times New Roman"/>
          <w:color w:val="000000"/>
          <w:sz w:val="22"/>
        </w:rPr>
        <w:t>repararea</w:t>
      </w:r>
      <w:proofErr w:type="spellEnd"/>
      <w:r>
        <w:rPr>
          <w:rFonts w:ascii="Times New Roman" w:hAnsi="Times New Roman"/>
          <w:color w:val="000000"/>
          <w:sz w:val="22"/>
        </w:rPr>
        <w:t xml:space="preserve"> </w:t>
      </w:r>
      <w:proofErr w:type="spellStart"/>
      <w:r>
        <w:rPr>
          <w:rFonts w:ascii="Times New Roman" w:hAnsi="Times New Roman"/>
          <w:color w:val="000000"/>
          <w:sz w:val="22"/>
        </w:rPr>
        <w:t>integrală</w:t>
      </w:r>
      <w:proofErr w:type="spellEnd"/>
      <w:r>
        <w:rPr>
          <w:rFonts w:ascii="Times New Roman" w:hAnsi="Times New Roman"/>
          <w:color w:val="000000"/>
          <w:sz w:val="22"/>
        </w:rPr>
        <w:t xml:space="preserve"> a </w:t>
      </w:r>
      <w:proofErr w:type="spellStart"/>
      <w:r>
        <w:rPr>
          <w:rFonts w:ascii="Times New Roman" w:hAnsi="Times New Roman"/>
          <w:color w:val="000000"/>
          <w:sz w:val="22"/>
        </w:rPr>
        <w:t>prejudiciului</w:t>
      </w:r>
      <w:proofErr w:type="spellEnd"/>
      <w:r>
        <w:rPr>
          <w:rFonts w:ascii="Times New Roman" w:hAnsi="Times New Roman"/>
          <w:color w:val="000000"/>
          <w:sz w:val="22"/>
        </w:rPr>
        <w:t xml:space="preserve">, </w:t>
      </w:r>
      <w:proofErr w:type="spellStart"/>
      <w:r>
        <w:rPr>
          <w:rFonts w:ascii="Times New Roman" w:hAnsi="Times New Roman"/>
          <w:color w:val="000000"/>
          <w:sz w:val="22"/>
        </w:rPr>
        <w:t>inclusiv</w:t>
      </w:r>
      <w:proofErr w:type="spellEnd"/>
      <w:r>
        <w:rPr>
          <w:rFonts w:ascii="Times New Roman" w:hAnsi="Times New Roman"/>
          <w:color w:val="000000"/>
          <w:sz w:val="22"/>
        </w:rPr>
        <w:t xml:space="preserve"> </w:t>
      </w:r>
      <w:proofErr w:type="spellStart"/>
      <w:r>
        <w:rPr>
          <w:rFonts w:ascii="Times New Roman" w:hAnsi="Times New Roman"/>
          <w:color w:val="000000"/>
          <w:sz w:val="22"/>
        </w:rPr>
        <w:t>sumele</w:t>
      </w:r>
      <w:proofErr w:type="spellEnd"/>
      <w:r>
        <w:rPr>
          <w:rFonts w:ascii="Times New Roman" w:hAnsi="Times New Roman"/>
          <w:color w:val="000000"/>
          <w:sz w:val="22"/>
        </w:rPr>
        <w:t xml:space="preserve"> </w:t>
      </w:r>
      <w:proofErr w:type="spellStart"/>
      <w:r>
        <w:rPr>
          <w:rFonts w:ascii="Times New Roman" w:hAnsi="Times New Roman"/>
          <w:color w:val="000000"/>
          <w:sz w:val="22"/>
        </w:rPr>
        <w:t>pierdute</w:t>
      </w:r>
      <w:proofErr w:type="spellEnd"/>
      <w:r>
        <w:rPr>
          <w:rFonts w:ascii="Times New Roman" w:hAnsi="Times New Roman"/>
          <w:color w:val="000000"/>
          <w:sz w:val="22"/>
        </w:rPr>
        <w:t xml:space="preserve">, </w:t>
      </w:r>
      <w:proofErr w:type="spellStart"/>
      <w:r>
        <w:rPr>
          <w:rFonts w:ascii="Times New Roman" w:hAnsi="Times New Roman"/>
          <w:color w:val="000000"/>
          <w:sz w:val="22"/>
        </w:rPr>
        <w:t>neîncasate</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restituite</w:t>
      </w:r>
      <w:proofErr w:type="spellEnd"/>
      <w:r>
        <w:rPr>
          <w:rFonts w:ascii="Times New Roman" w:hAnsi="Times New Roman"/>
          <w:color w:val="000000"/>
          <w:sz w:val="22"/>
        </w:rPr>
        <w:t xml:space="preserve"> </w:t>
      </w:r>
      <w:proofErr w:type="spellStart"/>
      <w:r>
        <w:rPr>
          <w:rFonts w:ascii="Times New Roman" w:hAnsi="Times New Roman"/>
          <w:color w:val="000000"/>
          <w:sz w:val="22"/>
        </w:rPr>
        <w:t>finanțatorului</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măsura</w:t>
      </w:r>
      <w:proofErr w:type="spellEnd"/>
      <w:r>
        <w:rPr>
          <w:rFonts w:ascii="Times New Roman" w:hAnsi="Times New Roman"/>
          <w:color w:val="000000"/>
          <w:sz w:val="22"/>
        </w:rPr>
        <w:t xml:space="preserve"> </w:t>
      </w:r>
      <w:proofErr w:type="spellStart"/>
      <w:r>
        <w:rPr>
          <w:rFonts w:ascii="Times New Roman" w:hAnsi="Times New Roman"/>
          <w:color w:val="000000"/>
          <w:sz w:val="22"/>
        </w:rPr>
        <w:t>dovedirii</w:t>
      </w:r>
      <w:proofErr w:type="spellEnd"/>
      <w:r>
        <w:rPr>
          <w:rFonts w:ascii="Times New Roman" w:hAnsi="Times New Roman"/>
          <w:color w:val="000000"/>
          <w:sz w:val="22"/>
        </w:rPr>
        <w:t xml:space="preserve"> </w:t>
      </w:r>
      <w:proofErr w:type="spellStart"/>
      <w:r>
        <w:rPr>
          <w:rFonts w:ascii="Times New Roman" w:hAnsi="Times New Roman"/>
          <w:color w:val="000000"/>
          <w:sz w:val="22"/>
        </w:rPr>
        <w:t>legăturii</w:t>
      </w:r>
      <w:proofErr w:type="spellEnd"/>
      <w:r>
        <w:rPr>
          <w:rFonts w:ascii="Times New Roman" w:hAnsi="Times New Roman"/>
          <w:color w:val="000000"/>
          <w:sz w:val="22"/>
        </w:rPr>
        <w:t xml:space="preserve"> de </w:t>
      </w:r>
      <w:proofErr w:type="spellStart"/>
      <w:r>
        <w:rPr>
          <w:rFonts w:ascii="Times New Roman" w:hAnsi="Times New Roman"/>
          <w:color w:val="000000"/>
          <w:sz w:val="22"/>
        </w:rPr>
        <w:t>cauzalitate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a </w:t>
      </w:r>
      <w:proofErr w:type="spellStart"/>
      <w:r>
        <w:rPr>
          <w:rFonts w:ascii="Times New Roman" w:hAnsi="Times New Roman"/>
          <w:color w:val="000000"/>
          <w:sz w:val="22"/>
        </w:rPr>
        <w:t>culpei</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Contractantului</w:t>
      </w:r>
      <w:proofErr w:type="spellEnd"/>
      <w:r>
        <w:rPr>
          <w:rFonts w:ascii="Times New Roman" w:hAnsi="Times New Roman"/>
          <w:color w:val="000000"/>
          <w:sz w:val="22"/>
        </w:rPr>
        <w:t>.</w:t>
      </w:r>
    </w:p>
    <w:p w14:paraId="7C866010"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18.4. </w:t>
      </w:r>
      <w:proofErr w:type="spellStart"/>
      <w:r>
        <w:rPr>
          <w:rFonts w:ascii="Times New Roman" w:hAnsi="Times New Roman"/>
          <w:color w:val="000000"/>
          <w:sz w:val="22"/>
        </w:rPr>
        <w:t>Nerespectarea</w:t>
      </w:r>
      <w:proofErr w:type="spellEnd"/>
      <w:r>
        <w:rPr>
          <w:rFonts w:ascii="Times New Roman" w:hAnsi="Times New Roman"/>
          <w:color w:val="000000"/>
          <w:sz w:val="22"/>
        </w:rPr>
        <w:t xml:space="preserve"> </w:t>
      </w:r>
      <w:proofErr w:type="spellStart"/>
      <w:r>
        <w:rPr>
          <w:rFonts w:ascii="Times New Roman" w:hAnsi="Times New Roman"/>
          <w:color w:val="000000"/>
          <w:sz w:val="22"/>
        </w:rPr>
        <w:t>unei</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w:t>
      </w:r>
      <w:proofErr w:type="spellEnd"/>
      <w:r>
        <w:rPr>
          <w:rFonts w:ascii="Times New Roman" w:hAnsi="Times New Roman"/>
          <w:color w:val="000000"/>
          <w:sz w:val="22"/>
        </w:rPr>
        <w:t xml:space="preserve"> </w:t>
      </w:r>
      <w:proofErr w:type="spellStart"/>
      <w:r>
        <w:rPr>
          <w:rFonts w:ascii="Times New Roman" w:hAnsi="Times New Roman"/>
          <w:color w:val="000000"/>
          <w:sz w:val="22"/>
        </w:rPr>
        <w:t>tehnice</w:t>
      </w:r>
      <w:proofErr w:type="spellEnd"/>
      <w:r>
        <w:rPr>
          <w:rFonts w:ascii="Times New Roman" w:hAnsi="Times New Roman"/>
          <w:color w:val="000000"/>
          <w:sz w:val="22"/>
        </w:rPr>
        <w:t xml:space="preserve"> </w:t>
      </w:r>
      <w:proofErr w:type="spellStart"/>
      <w:r>
        <w:rPr>
          <w:rFonts w:ascii="Times New Roman" w:hAnsi="Times New Roman"/>
          <w:color w:val="000000"/>
          <w:sz w:val="22"/>
        </w:rPr>
        <w:t>minime</w:t>
      </w:r>
      <w:proofErr w:type="spellEnd"/>
      <w:r>
        <w:rPr>
          <w:rFonts w:ascii="Times New Roman" w:hAnsi="Times New Roman"/>
          <w:color w:val="000000"/>
          <w:sz w:val="22"/>
        </w:rPr>
        <w:t xml:space="preserve">, a </w:t>
      </w:r>
      <w:proofErr w:type="spellStart"/>
      <w:r>
        <w:rPr>
          <w:rFonts w:ascii="Times New Roman" w:hAnsi="Times New Roman"/>
          <w:color w:val="000000"/>
          <w:sz w:val="22"/>
        </w:rPr>
        <w:t>unei</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w:t>
      </w:r>
      <w:proofErr w:type="spellEnd"/>
      <w:r>
        <w:rPr>
          <w:rFonts w:ascii="Times New Roman" w:hAnsi="Times New Roman"/>
          <w:color w:val="000000"/>
          <w:sz w:val="22"/>
        </w:rPr>
        <w:t xml:space="preserve"> concrete </w:t>
      </w:r>
      <w:proofErr w:type="spellStart"/>
      <w:r>
        <w:rPr>
          <w:rFonts w:ascii="Times New Roman" w:hAnsi="Times New Roman"/>
          <w:color w:val="000000"/>
          <w:sz w:val="22"/>
        </w:rPr>
        <w:t>asumate</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Ofertă</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a </w:t>
      </w:r>
      <w:proofErr w:type="spellStart"/>
      <w:r>
        <w:rPr>
          <w:rFonts w:ascii="Times New Roman" w:hAnsi="Times New Roman"/>
          <w:color w:val="000000"/>
          <w:sz w:val="22"/>
        </w:rPr>
        <w:t>unei</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w:t>
      </w:r>
      <w:proofErr w:type="spellEnd"/>
      <w:r>
        <w:rPr>
          <w:rFonts w:ascii="Times New Roman" w:hAnsi="Times New Roman"/>
          <w:color w:val="000000"/>
          <w:sz w:val="22"/>
        </w:rPr>
        <w:t xml:space="preserve"> de </w:t>
      </w:r>
      <w:proofErr w:type="spellStart"/>
      <w:r>
        <w:rPr>
          <w:rFonts w:ascii="Times New Roman" w:hAnsi="Times New Roman"/>
          <w:color w:val="000000"/>
          <w:sz w:val="22"/>
        </w:rPr>
        <w:t>eligibilitate</w:t>
      </w:r>
      <w:proofErr w:type="spellEnd"/>
      <w:r>
        <w:rPr>
          <w:rFonts w:ascii="Times New Roman" w:hAnsi="Times New Roman"/>
          <w:color w:val="000000"/>
          <w:sz w:val="22"/>
        </w:rPr>
        <w:t xml:space="preserve"> AFM </w:t>
      </w:r>
      <w:proofErr w:type="spellStart"/>
      <w:r>
        <w:rPr>
          <w:rFonts w:ascii="Times New Roman" w:hAnsi="Times New Roman"/>
          <w:color w:val="000000"/>
          <w:sz w:val="22"/>
        </w:rPr>
        <w:t>constituie</w:t>
      </w:r>
      <w:proofErr w:type="spellEnd"/>
      <w:r>
        <w:rPr>
          <w:rFonts w:ascii="Times New Roman" w:hAnsi="Times New Roman"/>
          <w:color w:val="000000"/>
          <w:sz w:val="22"/>
        </w:rPr>
        <w:t xml:space="preserve"> </w:t>
      </w:r>
      <w:proofErr w:type="spellStart"/>
      <w:r>
        <w:rPr>
          <w:rFonts w:ascii="Times New Roman" w:hAnsi="Times New Roman"/>
          <w:color w:val="000000"/>
          <w:sz w:val="22"/>
        </w:rPr>
        <w:t>neexecutare</w:t>
      </w:r>
      <w:proofErr w:type="spellEnd"/>
      <w:r>
        <w:rPr>
          <w:rFonts w:ascii="Times New Roman" w:hAnsi="Times New Roman"/>
          <w:color w:val="000000"/>
          <w:sz w:val="22"/>
        </w:rPr>
        <w:t xml:space="preserve"> </w:t>
      </w:r>
      <w:proofErr w:type="spellStart"/>
      <w:r>
        <w:rPr>
          <w:rFonts w:ascii="Times New Roman" w:hAnsi="Times New Roman"/>
          <w:color w:val="000000"/>
          <w:sz w:val="22"/>
        </w:rPr>
        <w:t>esențială</w:t>
      </w:r>
      <w:proofErr w:type="spellEnd"/>
      <w:r>
        <w:rPr>
          <w:rFonts w:ascii="Times New Roman" w:hAnsi="Times New Roman"/>
          <w:color w:val="000000"/>
          <w:sz w:val="22"/>
        </w:rPr>
        <w:t xml:space="preserve">. </w:t>
      </w:r>
      <w:proofErr w:type="spellStart"/>
      <w:r>
        <w:rPr>
          <w:rFonts w:ascii="Times New Roman" w:hAnsi="Times New Roman"/>
          <w:color w:val="000000"/>
          <w:sz w:val="22"/>
        </w:rPr>
        <w:t>Autoritatea</w:t>
      </w:r>
      <w:proofErr w:type="spellEnd"/>
      <w:r>
        <w:rPr>
          <w:rFonts w:ascii="Times New Roman" w:hAnsi="Times New Roman"/>
          <w:color w:val="000000"/>
          <w:sz w:val="22"/>
        </w:rPr>
        <w:t xml:space="preserve"> </w:t>
      </w:r>
      <w:proofErr w:type="spellStart"/>
      <w:r>
        <w:rPr>
          <w:rFonts w:ascii="Times New Roman" w:hAnsi="Times New Roman"/>
          <w:color w:val="000000"/>
          <w:sz w:val="22"/>
        </w:rPr>
        <w:t>poate</w:t>
      </w:r>
      <w:proofErr w:type="spellEnd"/>
      <w:r>
        <w:rPr>
          <w:rFonts w:ascii="Times New Roman" w:hAnsi="Times New Roman"/>
          <w:color w:val="000000"/>
          <w:sz w:val="22"/>
        </w:rPr>
        <w:t xml:space="preserve"> </w:t>
      </w:r>
      <w:proofErr w:type="spellStart"/>
      <w:r>
        <w:rPr>
          <w:rFonts w:ascii="Times New Roman" w:hAnsi="Times New Roman"/>
          <w:color w:val="000000"/>
          <w:sz w:val="22"/>
        </w:rPr>
        <w:t>refuza</w:t>
      </w:r>
      <w:proofErr w:type="spellEnd"/>
      <w:r>
        <w:rPr>
          <w:rFonts w:ascii="Times New Roman" w:hAnsi="Times New Roman"/>
          <w:color w:val="000000"/>
          <w:sz w:val="22"/>
        </w:rPr>
        <w:t xml:space="preserve"> </w:t>
      </w:r>
      <w:proofErr w:type="spellStart"/>
      <w:r>
        <w:rPr>
          <w:rFonts w:ascii="Times New Roman" w:hAnsi="Times New Roman"/>
          <w:color w:val="000000"/>
          <w:sz w:val="22"/>
        </w:rPr>
        <w:t>recepția</w:t>
      </w:r>
      <w:proofErr w:type="spellEnd"/>
      <w:r>
        <w:rPr>
          <w:rFonts w:ascii="Times New Roman" w:hAnsi="Times New Roman"/>
          <w:color w:val="000000"/>
          <w:sz w:val="22"/>
        </w:rPr>
        <w:t xml:space="preserve">, </w:t>
      </w:r>
      <w:proofErr w:type="spellStart"/>
      <w:r>
        <w:rPr>
          <w:rFonts w:ascii="Times New Roman" w:hAnsi="Times New Roman"/>
          <w:color w:val="000000"/>
          <w:sz w:val="22"/>
        </w:rPr>
        <w:t>solicita</w:t>
      </w:r>
      <w:proofErr w:type="spellEnd"/>
      <w:r>
        <w:rPr>
          <w:rFonts w:ascii="Times New Roman" w:hAnsi="Times New Roman"/>
          <w:color w:val="000000"/>
          <w:sz w:val="22"/>
        </w:rPr>
        <w:t xml:space="preserve"> </w:t>
      </w:r>
      <w:proofErr w:type="spellStart"/>
      <w:r>
        <w:rPr>
          <w:rFonts w:ascii="Times New Roman" w:hAnsi="Times New Roman"/>
          <w:color w:val="000000"/>
          <w:sz w:val="22"/>
        </w:rPr>
        <w:t>aducerea</w:t>
      </w:r>
      <w:proofErr w:type="spellEnd"/>
      <w:r>
        <w:rPr>
          <w:rFonts w:ascii="Times New Roman" w:hAnsi="Times New Roman"/>
          <w:color w:val="000000"/>
          <w:sz w:val="22"/>
        </w:rPr>
        <w:t xml:space="preserve"> la </w:t>
      </w:r>
      <w:proofErr w:type="spellStart"/>
      <w:r>
        <w:rPr>
          <w:rFonts w:ascii="Times New Roman" w:hAnsi="Times New Roman"/>
          <w:color w:val="000000"/>
          <w:sz w:val="22"/>
        </w:rPr>
        <w:t>conformitate</w:t>
      </w:r>
      <w:proofErr w:type="spellEnd"/>
      <w:r>
        <w:rPr>
          <w:rFonts w:ascii="Times New Roman" w:hAnsi="Times New Roman"/>
          <w:color w:val="000000"/>
          <w:sz w:val="22"/>
        </w:rPr>
        <w:t>/</w:t>
      </w:r>
      <w:proofErr w:type="spellStart"/>
      <w:r>
        <w:rPr>
          <w:rFonts w:ascii="Times New Roman" w:hAnsi="Times New Roman"/>
          <w:color w:val="000000"/>
          <w:sz w:val="22"/>
        </w:rPr>
        <w:t>înlocuirea</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aplica</w:t>
      </w:r>
      <w:proofErr w:type="spellEnd"/>
      <w:r>
        <w:rPr>
          <w:rFonts w:ascii="Times New Roman" w:hAnsi="Times New Roman"/>
          <w:color w:val="000000"/>
          <w:sz w:val="22"/>
        </w:rPr>
        <w:t xml:space="preserve"> </w:t>
      </w:r>
      <w:proofErr w:type="spellStart"/>
      <w:r>
        <w:rPr>
          <w:rFonts w:ascii="Times New Roman" w:hAnsi="Times New Roman"/>
          <w:color w:val="000000"/>
          <w:sz w:val="22"/>
        </w:rPr>
        <w:t>remediile</w:t>
      </w:r>
      <w:proofErr w:type="spellEnd"/>
      <w:r>
        <w:rPr>
          <w:rFonts w:ascii="Times New Roman" w:hAnsi="Times New Roman"/>
          <w:color w:val="000000"/>
          <w:sz w:val="22"/>
        </w:rPr>
        <w:t xml:space="preserve"> </w:t>
      </w:r>
      <w:proofErr w:type="spellStart"/>
      <w:r>
        <w:rPr>
          <w:rFonts w:ascii="Times New Roman" w:hAnsi="Times New Roman"/>
          <w:color w:val="000000"/>
          <w:sz w:val="22"/>
        </w:rPr>
        <w:t>prevăzute</w:t>
      </w:r>
      <w:proofErr w:type="spellEnd"/>
      <w:r>
        <w:rPr>
          <w:rFonts w:ascii="Times New Roman" w:hAnsi="Times New Roman"/>
          <w:color w:val="000000"/>
          <w:sz w:val="22"/>
        </w:rPr>
        <w:t xml:space="preserve"> de Contract,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acceptarea</w:t>
      </w:r>
      <w:proofErr w:type="spellEnd"/>
      <w:r>
        <w:rPr>
          <w:rFonts w:ascii="Times New Roman" w:hAnsi="Times New Roman"/>
          <w:color w:val="000000"/>
          <w:sz w:val="22"/>
        </w:rPr>
        <w:t xml:space="preserve"> </w:t>
      </w:r>
      <w:proofErr w:type="spellStart"/>
      <w:r>
        <w:rPr>
          <w:rFonts w:ascii="Times New Roman" w:hAnsi="Times New Roman"/>
          <w:color w:val="000000"/>
          <w:sz w:val="22"/>
        </w:rPr>
        <w:t>unei</w:t>
      </w:r>
      <w:proofErr w:type="spellEnd"/>
      <w:r>
        <w:rPr>
          <w:rFonts w:ascii="Times New Roman" w:hAnsi="Times New Roman"/>
          <w:color w:val="000000"/>
          <w:sz w:val="22"/>
        </w:rPr>
        <w:t xml:space="preserve"> </w:t>
      </w:r>
      <w:proofErr w:type="spellStart"/>
      <w:r>
        <w:rPr>
          <w:rFonts w:ascii="Times New Roman" w:hAnsi="Times New Roman"/>
          <w:color w:val="000000"/>
          <w:sz w:val="22"/>
        </w:rPr>
        <w:t>diminuări</w:t>
      </w:r>
      <w:proofErr w:type="spellEnd"/>
      <w:r>
        <w:rPr>
          <w:rFonts w:ascii="Times New Roman" w:hAnsi="Times New Roman"/>
          <w:color w:val="000000"/>
          <w:sz w:val="22"/>
        </w:rPr>
        <w:t xml:space="preserve"> a </w:t>
      </w:r>
      <w:proofErr w:type="spellStart"/>
      <w:r>
        <w:rPr>
          <w:rFonts w:ascii="Times New Roman" w:hAnsi="Times New Roman"/>
          <w:color w:val="000000"/>
          <w:sz w:val="22"/>
        </w:rPr>
        <w:t>performanței</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a </w:t>
      </w:r>
      <w:proofErr w:type="spellStart"/>
      <w:r>
        <w:rPr>
          <w:rFonts w:ascii="Times New Roman" w:hAnsi="Times New Roman"/>
          <w:color w:val="000000"/>
          <w:sz w:val="22"/>
        </w:rPr>
        <w:t>eligibilității</w:t>
      </w:r>
      <w:proofErr w:type="spellEnd"/>
      <w:r>
        <w:rPr>
          <w:rFonts w:ascii="Times New Roman" w:hAnsi="Times New Roman"/>
          <w:color w:val="000000"/>
          <w:sz w:val="22"/>
        </w:rPr>
        <w:t>.</w:t>
      </w:r>
    </w:p>
    <w:p w14:paraId="4A2036E1"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18.5. </w:t>
      </w:r>
      <w:proofErr w:type="spellStart"/>
      <w:r w:rsidRPr="004B020D">
        <w:rPr>
          <w:rFonts w:ascii="Times New Roman" w:hAnsi="Times New Roman" w:cs="Times New Roman"/>
          <w:color w:val="000000"/>
          <w:sz w:val="22"/>
          <w:szCs w:val="24"/>
        </w:rPr>
        <w:t>Pentru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plata</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întârziere</w:t>
      </w:r>
      <w:proofErr w:type="spellEnd"/>
      <w:r w:rsidRPr="004B020D">
        <w:rPr>
          <w:rFonts w:ascii="Times New Roman" w:hAnsi="Times New Roman" w:cs="Times New Roman"/>
          <w:color w:val="000000"/>
          <w:sz w:val="22"/>
          <w:szCs w:val="24"/>
        </w:rPr>
        <w:t xml:space="preserve"> din culpa </w:t>
      </w:r>
      <w:proofErr w:type="spellStart"/>
      <w:r w:rsidRPr="004B020D">
        <w:rPr>
          <w:rFonts w:ascii="Times New Roman" w:hAnsi="Times New Roman" w:cs="Times New Roman"/>
          <w:color w:val="000000"/>
          <w:sz w:val="22"/>
          <w:szCs w:val="24"/>
        </w:rPr>
        <w:t>Autorității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solicita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dobânda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legală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penalizatoare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Legii</w:t>
      </w:r>
      <w:proofErr w:type="spellEnd"/>
      <w:r w:rsidRPr="004B020D">
        <w:rPr>
          <w:rFonts w:ascii="Times New Roman" w:hAnsi="Times New Roman" w:cs="Times New Roman"/>
          <w:color w:val="000000"/>
          <w:sz w:val="22"/>
          <w:szCs w:val="24"/>
        </w:rPr>
        <w:t xml:space="preserve"> nr. 72/2013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OG nr. 13/2011.</w:t>
      </w:r>
    </w:p>
    <w:p w14:paraId="50E63353"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18.6. </w:t>
      </w:r>
      <w:proofErr w:type="spellStart"/>
      <w:r w:rsidRPr="004B020D">
        <w:rPr>
          <w:rFonts w:ascii="Times New Roman" w:hAnsi="Times New Roman" w:cs="Times New Roman"/>
          <w:color w:val="000000"/>
          <w:sz w:val="22"/>
          <w:szCs w:val="24"/>
        </w:rPr>
        <w:t>Aplicarea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penalităților</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înlătură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dreptul</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repararea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prejudiciului</w:t>
      </w:r>
      <w:proofErr w:type="spellEnd"/>
      <w:r w:rsidRPr="004B020D">
        <w:rPr>
          <w:rFonts w:ascii="Times New Roman" w:hAnsi="Times New Roman" w:cs="Times New Roman"/>
          <w:color w:val="000000"/>
          <w:sz w:val="22"/>
          <w:szCs w:val="24"/>
        </w:rPr>
        <w:t xml:space="preserve"> care </w:t>
      </w:r>
      <w:proofErr w:type="spellStart"/>
      <w:r w:rsidRPr="004B020D">
        <w:rPr>
          <w:rFonts w:ascii="Times New Roman" w:hAnsi="Times New Roman" w:cs="Times New Roman"/>
          <w:color w:val="000000"/>
          <w:sz w:val="22"/>
          <w:szCs w:val="24"/>
        </w:rPr>
        <w:t>depășește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cuantumul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acestora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sunt </w:t>
      </w:r>
      <w:proofErr w:type="spellStart"/>
      <w:r w:rsidRPr="004B020D">
        <w:rPr>
          <w:rFonts w:ascii="Times New Roman" w:hAnsi="Times New Roman" w:cs="Times New Roman"/>
          <w:color w:val="000000"/>
          <w:sz w:val="22"/>
          <w:szCs w:val="24"/>
        </w:rPr>
        <w:t>îndeplinite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răspunderii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contractuale</w:t>
      </w:r>
      <w:proofErr w:type="spellEnd"/>
      <w:r w:rsidRPr="004B020D">
        <w:rPr>
          <w:rFonts w:ascii="Times New Roman" w:hAnsi="Times New Roman" w:cs="Times New Roman"/>
          <w:color w:val="000000"/>
          <w:sz w:val="22"/>
          <w:szCs w:val="24"/>
        </w:rPr>
        <w:t>.</w:t>
      </w:r>
    </w:p>
    <w:p w14:paraId="2A4BCBF9"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19 – MODIFICAREA CONTRACTULUI</w:t>
      </w:r>
    </w:p>
    <w:p w14:paraId="38DCDA9C"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19.1.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fi </w:t>
      </w:r>
      <w:proofErr w:type="spellStart"/>
      <w:r w:rsidRPr="004B020D">
        <w:rPr>
          <w:rFonts w:ascii="Times New Roman" w:hAnsi="Times New Roman" w:cs="Times New Roman"/>
          <w:color w:val="000000"/>
          <w:sz w:val="22"/>
          <w:szCs w:val="24"/>
        </w:rPr>
        <w:t>modificat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act </w:t>
      </w:r>
      <w:proofErr w:type="spellStart"/>
      <w:r w:rsidRPr="004B020D">
        <w:rPr>
          <w:rFonts w:ascii="Times New Roman" w:hAnsi="Times New Roman" w:cs="Times New Roman"/>
          <w:color w:val="000000"/>
          <w:sz w:val="22"/>
          <w:szCs w:val="24"/>
        </w:rPr>
        <w:t>adițional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cazurile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art. 221 din Legea nr. 98/2016.</w:t>
      </w:r>
    </w:p>
    <w:p w14:paraId="0BBB73A2"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19.2. </w:t>
      </w:r>
      <w:proofErr w:type="spellStart"/>
      <w:r>
        <w:rPr>
          <w:rFonts w:ascii="Times New Roman" w:hAnsi="Times New Roman"/>
          <w:color w:val="000000"/>
          <w:sz w:val="22"/>
        </w:rPr>
        <w:t>Modificările</w:t>
      </w:r>
      <w:proofErr w:type="spellEnd"/>
      <w:r>
        <w:rPr>
          <w:rFonts w:ascii="Times New Roman" w:hAnsi="Times New Roman"/>
          <w:color w:val="000000"/>
          <w:sz w:val="22"/>
        </w:rPr>
        <w:t xml:space="preserve"> nu pot </w:t>
      </w:r>
      <w:proofErr w:type="spellStart"/>
      <w:r>
        <w:rPr>
          <w:rFonts w:ascii="Times New Roman" w:hAnsi="Times New Roman"/>
          <w:color w:val="000000"/>
          <w:sz w:val="22"/>
        </w:rPr>
        <w:t>schimba</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caracterul</w:t>
      </w:r>
      <w:proofErr w:type="spellEnd"/>
      <w:r>
        <w:rPr>
          <w:rFonts w:ascii="Times New Roman" w:hAnsi="Times New Roman"/>
          <w:color w:val="000000"/>
          <w:sz w:val="22"/>
        </w:rPr>
        <w:t xml:space="preserve"> general al </w:t>
      </w:r>
      <w:proofErr w:type="spellStart"/>
      <w:r>
        <w:rPr>
          <w:rFonts w:ascii="Times New Roman" w:hAnsi="Times New Roman"/>
          <w:color w:val="000000"/>
          <w:sz w:val="22"/>
        </w:rPr>
        <w:t>Contractului</w:t>
      </w:r>
      <w:proofErr w:type="spellEnd"/>
      <w:r>
        <w:rPr>
          <w:rFonts w:ascii="Times New Roman" w:hAnsi="Times New Roman"/>
          <w:color w:val="000000"/>
          <w:sz w:val="22"/>
        </w:rPr>
        <w:t xml:space="preserve">, nu pot </w:t>
      </w:r>
      <w:proofErr w:type="spellStart"/>
      <w:r>
        <w:rPr>
          <w:rFonts w:ascii="Times New Roman" w:hAnsi="Times New Roman"/>
          <w:color w:val="000000"/>
          <w:sz w:val="22"/>
        </w:rPr>
        <w:t>diminua</w:t>
      </w:r>
      <w:proofErr w:type="spellEnd"/>
      <w:r>
        <w:rPr>
          <w:rFonts w:ascii="Times New Roman" w:hAnsi="Times New Roman"/>
          <w:color w:val="000000"/>
          <w:sz w:val="22"/>
        </w:rPr>
        <w:t xml:space="preserve"> </w:t>
      </w:r>
      <w:proofErr w:type="spellStart"/>
      <w:r>
        <w:rPr>
          <w:rFonts w:ascii="Times New Roman" w:hAnsi="Times New Roman"/>
          <w:color w:val="000000"/>
          <w:sz w:val="22"/>
        </w:rPr>
        <w:t>cerințele</w:t>
      </w:r>
      <w:proofErr w:type="spellEnd"/>
      <w:r>
        <w:rPr>
          <w:rFonts w:ascii="Times New Roman" w:hAnsi="Times New Roman"/>
          <w:color w:val="000000"/>
          <w:sz w:val="22"/>
        </w:rPr>
        <w:t xml:space="preserve"> </w:t>
      </w:r>
      <w:proofErr w:type="spellStart"/>
      <w:r>
        <w:rPr>
          <w:rFonts w:ascii="Times New Roman" w:hAnsi="Times New Roman"/>
          <w:color w:val="000000"/>
          <w:sz w:val="22"/>
        </w:rPr>
        <w:t>tehnice</w:t>
      </w:r>
      <w:proofErr w:type="spellEnd"/>
      <w:r>
        <w:rPr>
          <w:rFonts w:ascii="Times New Roman" w:hAnsi="Times New Roman"/>
          <w:color w:val="000000"/>
          <w:sz w:val="22"/>
        </w:rPr>
        <w:t xml:space="preserve"> </w:t>
      </w:r>
      <w:proofErr w:type="spellStart"/>
      <w:r>
        <w:rPr>
          <w:rFonts w:ascii="Times New Roman" w:hAnsi="Times New Roman"/>
          <w:color w:val="000000"/>
          <w:sz w:val="22"/>
        </w:rPr>
        <w:t>minime</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caracteristicile</w:t>
      </w:r>
      <w:proofErr w:type="spellEnd"/>
      <w:r>
        <w:rPr>
          <w:rFonts w:ascii="Times New Roman" w:hAnsi="Times New Roman"/>
          <w:color w:val="000000"/>
          <w:sz w:val="22"/>
        </w:rPr>
        <w:t xml:space="preserve"> concrete </w:t>
      </w:r>
      <w:proofErr w:type="spellStart"/>
      <w:r>
        <w:rPr>
          <w:rFonts w:ascii="Times New Roman" w:hAnsi="Times New Roman"/>
          <w:color w:val="000000"/>
          <w:sz w:val="22"/>
        </w:rPr>
        <w:t>asumate</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de </w:t>
      </w:r>
      <w:proofErr w:type="spellStart"/>
      <w:r>
        <w:rPr>
          <w:rFonts w:ascii="Times New Roman" w:hAnsi="Times New Roman"/>
          <w:color w:val="000000"/>
          <w:sz w:val="22"/>
        </w:rPr>
        <w:t>eligibilitate</w:t>
      </w:r>
      <w:proofErr w:type="spellEnd"/>
      <w:r>
        <w:rPr>
          <w:rFonts w:ascii="Times New Roman" w:hAnsi="Times New Roman"/>
          <w:color w:val="000000"/>
          <w:sz w:val="22"/>
        </w:rPr>
        <w:t xml:space="preserve"> AFM </w:t>
      </w:r>
      <w:proofErr w:type="spellStart"/>
      <w:r>
        <w:rPr>
          <w:rFonts w:ascii="Times New Roman" w:hAnsi="Times New Roman"/>
          <w:color w:val="000000"/>
          <w:sz w:val="22"/>
        </w:rPr>
        <w:t>și</w:t>
      </w:r>
      <w:proofErr w:type="spellEnd"/>
      <w:r>
        <w:rPr>
          <w:rFonts w:ascii="Times New Roman" w:hAnsi="Times New Roman"/>
          <w:color w:val="000000"/>
          <w:sz w:val="22"/>
        </w:rPr>
        <w:t xml:space="preserve"> nu pot </w:t>
      </w:r>
      <w:proofErr w:type="spellStart"/>
      <w:r>
        <w:rPr>
          <w:rFonts w:ascii="Times New Roman" w:hAnsi="Times New Roman"/>
          <w:color w:val="000000"/>
          <w:sz w:val="22"/>
        </w:rPr>
        <w:t>eluda</w:t>
      </w:r>
      <w:proofErr w:type="spellEnd"/>
      <w:r>
        <w:rPr>
          <w:rFonts w:ascii="Times New Roman" w:hAnsi="Times New Roman"/>
          <w:color w:val="000000"/>
          <w:sz w:val="22"/>
        </w:rPr>
        <w:t xml:space="preserve"> </w:t>
      </w:r>
      <w:proofErr w:type="spellStart"/>
      <w:r>
        <w:rPr>
          <w:rFonts w:ascii="Times New Roman" w:hAnsi="Times New Roman"/>
          <w:color w:val="000000"/>
          <w:sz w:val="22"/>
        </w:rPr>
        <w:t>procedura</w:t>
      </w:r>
      <w:proofErr w:type="spellEnd"/>
      <w:r>
        <w:rPr>
          <w:rFonts w:ascii="Times New Roman" w:hAnsi="Times New Roman"/>
          <w:color w:val="000000"/>
          <w:sz w:val="22"/>
        </w:rPr>
        <w:t xml:space="preserve"> de </w:t>
      </w:r>
      <w:proofErr w:type="spellStart"/>
      <w:r>
        <w:rPr>
          <w:rFonts w:ascii="Times New Roman" w:hAnsi="Times New Roman"/>
          <w:color w:val="000000"/>
          <w:sz w:val="22"/>
        </w:rPr>
        <w:t>atribuire</w:t>
      </w:r>
      <w:proofErr w:type="spellEnd"/>
      <w:r>
        <w:rPr>
          <w:rFonts w:ascii="Times New Roman" w:hAnsi="Times New Roman"/>
          <w:color w:val="000000"/>
          <w:sz w:val="22"/>
        </w:rPr>
        <w:t>.</w:t>
      </w:r>
    </w:p>
    <w:p w14:paraId="314FC2FA"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19.3. </w:t>
      </w:r>
      <w:proofErr w:type="spellStart"/>
      <w:r>
        <w:rPr>
          <w:rFonts w:ascii="Times New Roman" w:hAnsi="Times New Roman"/>
          <w:color w:val="000000"/>
          <w:sz w:val="22"/>
        </w:rPr>
        <w:t>Simpla</w:t>
      </w:r>
      <w:proofErr w:type="spellEnd"/>
      <w:r>
        <w:rPr>
          <w:rFonts w:ascii="Times New Roman" w:hAnsi="Times New Roman"/>
          <w:color w:val="000000"/>
          <w:sz w:val="22"/>
        </w:rPr>
        <w:t xml:space="preserve"> </w:t>
      </w:r>
      <w:proofErr w:type="spellStart"/>
      <w:r>
        <w:rPr>
          <w:rFonts w:ascii="Times New Roman" w:hAnsi="Times New Roman"/>
          <w:color w:val="000000"/>
          <w:sz w:val="22"/>
        </w:rPr>
        <w:t>dificultate</w:t>
      </w:r>
      <w:proofErr w:type="spellEnd"/>
      <w:r>
        <w:rPr>
          <w:rFonts w:ascii="Times New Roman" w:hAnsi="Times New Roman"/>
          <w:color w:val="000000"/>
          <w:sz w:val="22"/>
        </w:rPr>
        <w:t xml:space="preserve"> de </w:t>
      </w:r>
      <w:proofErr w:type="spellStart"/>
      <w:r>
        <w:rPr>
          <w:rFonts w:ascii="Times New Roman" w:hAnsi="Times New Roman"/>
          <w:color w:val="000000"/>
          <w:sz w:val="22"/>
        </w:rPr>
        <w:t>aprovizionare</w:t>
      </w:r>
      <w:proofErr w:type="spellEnd"/>
      <w:r>
        <w:rPr>
          <w:rFonts w:ascii="Times New Roman" w:hAnsi="Times New Roman"/>
          <w:color w:val="000000"/>
          <w:sz w:val="22"/>
        </w:rPr>
        <w:t xml:space="preserve">, </w:t>
      </w:r>
      <w:proofErr w:type="spellStart"/>
      <w:r>
        <w:rPr>
          <w:rFonts w:ascii="Times New Roman" w:hAnsi="Times New Roman"/>
          <w:color w:val="000000"/>
          <w:sz w:val="22"/>
        </w:rPr>
        <w:t>creșterea</w:t>
      </w:r>
      <w:proofErr w:type="spellEnd"/>
      <w:r>
        <w:rPr>
          <w:rFonts w:ascii="Times New Roman" w:hAnsi="Times New Roman"/>
          <w:color w:val="000000"/>
          <w:sz w:val="22"/>
        </w:rPr>
        <w:t xml:space="preserve"> </w:t>
      </w:r>
      <w:proofErr w:type="spellStart"/>
      <w:r>
        <w:rPr>
          <w:rFonts w:ascii="Times New Roman" w:hAnsi="Times New Roman"/>
          <w:color w:val="000000"/>
          <w:sz w:val="22"/>
        </w:rPr>
        <w:t>costurilor</w:t>
      </w:r>
      <w:proofErr w:type="spellEnd"/>
      <w:r>
        <w:rPr>
          <w:rFonts w:ascii="Times New Roman" w:hAnsi="Times New Roman"/>
          <w:color w:val="000000"/>
          <w:sz w:val="22"/>
        </w:rPr>
        <w:t xml:space="preserve">, </w:t>
      </w:r>
      <w:proofErr w:type="spellStart"/>
      <w:r>
        <w:rPr>
          <w:rFonts w:ascii="Times New Roman" w:hAnsi="Times New Roman"/>
          <w:color w:val="000000"/>
          <w:sz w:val="22"/>
        </w:rPr>
        <w:t>indisponibilitatea</w:t>
      </w:r>
      <w:proofErr w:type="spellEnd"/>
      <w:r>
        <w:rPr>
          <w:rFonts w:ascii="Times New Roman" w:hAnsi="Times New Roman"/>
          <w:color w:val="000000"/>
          <w:sz w:val="22"/>
        </w:rPr>
        <w:t xml:space="preserve"> </w:t>
      </w:r>
      <w:proofErr w:type="spellStart"/>
      <w:r>
        <w:rPr>
          <w:rFonts w:ascii="Times New Roman" w:hAnsi="Times New Roman"/>
          <w:color w:val="000000"/>
          <w:sz w:val="22"/>
        </w:rPr>
        <w:t>configurației</w:t>
      </w:r>
      <w:proofErr w:type="spellEnd"/>
      <w:r>
        <w:rPr>
          <w:rFonts w:ascii="Times New Roman" w:hAnsi="Times New Roman"/>
          <w:color w:val="000000"/>
          <w:sz w:val="22"/>
        </w:rPr>
        <w:t xml:space="preserve"> </w:t>
      </w:r>
      <w:proofErr w:type="spellStart"/>
      <w:r>
        <w:rPr>
          <w:rFonts w:ascii="Times New Roman" w:hAnsi="Times New Roman"/>
          <w:color w:val="000000"/>
          <w:sz w:val="22"/>
        </w:rPr>
        <w:t>ofertate</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problemele</w:t>
      </w:r>
      <w:proofErr w:type="spellEnd"/>
      <w:r>
        <w:rPr>
          <w:rFonts w:ascii="Times New Roman" w:hAnsi="Times New Roman"/>
          <w:color w:val="000000"/>
          <w:sz w:val="22"/>
        </w:rPr>
        <w:t xml:space="preserve"> din </w:t>
      </w:r>
      <w:proofErr w:type="spellStart"/>
      <w:r>
        <w:rPr>
          <w:rFonts w:ascii="Times New Roman" w:hAnsi="Times New Roman"/>
          <w:color w:val="000000"/>
          <w:sz w:val="22"/>
        </w:rPr>
        <w:t>lanțul</w:t>
      </w:r>
      <w:proofErr w:type="spellEnd"/>
      <w:r>
        <w:rPr>
          <w:rFonts w:ascii="Times New Roman" w:hAnsi="Times New Roman"/>
          <w:color w:val="000000"/>
          <w:sz w:val="22"/>
        </w:rPr>
        <w:t xml:space="preserve"> </w:t>
      </w:r>
      <w:proofErr w:type="spellStart"/>
      <w:r>
        <w:rPr>
          <w:rFonts w:ascii="Times New Roman" w:hAnsi="Times New Roman"/>
          <w:color w:val="000000"/>
          <w:sz w:val="22"/>
        </w:rPr>
        <w:t>comercial</w:t>
      </w:r>
      <w:proofErr w:type="spellEnd"/>
      <w:r>
        <w:rPr>
          <w:rFonts w:ascii="Times New Roman" w:hAnsi="Times New Roman"/>
          <w:color w:val="000000"/>
          <w:sz w:val="22"/>
        </w:rPr>
        <w:t xml:space="preserve"> nu </w:t>
      </w:r>
      <w:proofErr w:type="spellStart"/>
      <w:r>
        <w:rPr>
          <w:rFonts w:ascii="Times New Roman" w:hAnsi="Times New Roman"/>
          <w:color w:val="000000"/>
          <w:sz w:val="22"/>
        </w:rPr>
        <w:t>justifică</w:t>
      </w:r>
      <w:proofErr w:type="spellEnd"/>
      <w:r>
        <w:rPr>
          <w:rFonts w:ascii="Times New Roman" w:hAnsi="Times New Roman"/>
          <w:color w:val="000000"/>
          <w:sz w:val="22"/>
        </w:rPr>
        <w:t xml:space="preserve"> </w:t>
      </w:r>
      <w:proofErr w:type="spellStart"/>
      <w:r>
        <w:rPr>
          <w:rFonts w:ascii="Times New Roman" w:hAnsi="Times New Roman"/>
          <w:color w:val="000000"/>
          <w:sz w:val="22"/>
        </w:rPr>
        <w:t>substituirea</w:t>
      </w:r>
      <w:proofErr w:type="spellEnd"/>
      <w:r>
        <w:rPr>
          <w:rFonts w:ascii="Times New Roman" w:hAnsi="Times New Roman"/>
          <w:color w:val="000000"/>
          <w:sz w:val="22"/>
        </w:rPr>
        <w:t xml:space="preserve"> cu un </w:t>
      </w:r>
      <w:proofErr w:type="spellStart"/>
      <w:r>
        <w:rPr>
          <w:rFonts w:ascii="Times New Roman" w:hAnsi="Times New Roman"/>
          <w:color w:val="000000"/>
          <w:sz w:val="22"/>
        </w:rPr>
        <w:t>produs</w:t>
      </w:r>
      <w:proofErr w:type="spellEnd"/>
      <w:r>
        <w:rPr>
          <w:rFonts w:ascii="Times New Roman" w:hAnsi="Times New Roman"/>
          <w:color w:val="000000"/>
          <w:sz w:val="22"/>
        </w:rPr>
        <w:t xml:space="preserve"> inferior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neeligibil</w:t>
      </w:r>
      <w:proofErr w:type="spellEnd"/>
      <w:r>
        <w:rPr>
          <w:rFonts w:ascii="Times New Roman" w:hAnsi="Times New Roman"/>
          <w:color w:val="000000"/>
          <w:sz w:val="22"/>
        </w:rPr>
        <w:t xml:space="preserve">. Orice </w:t>
      </w:r>
      <w:proofErr w:type="spellStart"/>
      <w:r>
        <w:rPr>
          <w:rFonts w:ascii="Times New Roman" w:hAnsi="Times New Roman"/>
          <w:color w:val="000000"/>
          <w:sz w:val="22"/>
        </w:rPr>
        <w:t>înlocuire</w:t>
      </w:r>
      <w:proofErr w:type="spellEnd"/>
      <w:r>
        <w:rPr>
          <w:rFonts w:ascii="Times New Roman" w:hAnsi="Times New Roman"/>
          <w:color w:val="000000"/>
          <w:sz w:val="22"/>
        </w:rPr>
        <w:t xml:space="preserve"> a </w:t>
      </w:r>
      <w:proofErr w:type="spellStart"/>
      <w:r>
        <w:rPr>
          <w:rFonts w:ascii="Times New Roman" w:hAnsi="Times New Roman"/>
          <w:color w:val="000000"/>
          <w:sz w:val="22"/>
        </w:rPr>
        <w:t>modelului</w:t>
      </w:r>
      <w:proofErr w:type="spellEnd"/>
      <w:r>
        <w:rPr>
          <w:rFonts w:ascii="Times New Roman" w:hAnsi="Times New Roman"/>
          <w:color w:val="000000"/>
          <w:sz w:val="22"/>
        </w:rPr>
        <w:t>/</w:t>
      </w:r>
      <w:proofErr w:type="spellStart"/>
      <w:r>
        <w:rPr>
          <w:rFonts w:ascii="Times New Roman" w:hAnsi="Times New Roman"/>
          <w:color w:val="000000"/>
          <w:sz w:val="22"/>
        </w:rPr>
        <w:t>configurației</w:t>
      </w:r>
      <w:proofErr w:type="spellEnd"/>
      <w:r>
        <w:rPr>
          <w:rFonts w:ascii="Times New Roman" w:hAnsi="Times New Roman"/>
          <w:color w:val="000000"/>
          <w:sz w:val="22"/>
        </w:rPr>
        <w:t xml:space="preserve"> </w:t>
      </w:r>
      <w:proofErr w:type="spellStart"/>
      <w:r>
        <w:rPr>
          <w:rFonts w:ascii="Times New Roman" w:hAnsi="Times New Roman"/>
          <w:color w:val="000000"/>
          <w:sz w:val="22"/>
        </w:rPr>
        <w:t>este</w:t>
      </w:r>
      <w:proofErr w:type="spellEnd"/>
      <w:r>
        <w:rPr>
          <w:rFonts w:ascii="Times New Roman" w:hAnsi="Times New Roman"/>
          <w:color w:val="000000"/>
          <w:sz w:val="22"/>
        </w:rPr>
        <w:t xml:space="preserve"> </w:t>
      </w:r>
      <w:proofErr w:type="spellStart"/>
      <w:r>
        <w:rPr>
          <w:rFonts w:ascii="Times New Roman" w:hAnsi="Times New Roman"/>
          <w:color w:val="000000"/>
          <w:sz w:val="22"/>
        </w:rPr>
        <w:t>posibilă</w:t>
      </w:r>
      <w:proofErr w:type="spellEnd"/>
      <w:r>
        <w:rPr>
          <w:rFonts w:ascii="Times New Roman" w:hAnsi="Times New Roman"/>
          <w:color w:val="000000"/>
          <w:sz w:val="22"/>
        </w:rPr>
        <w:t xml:space="preserve"> </w:t>
      </w:r>
      <w:proofErr w:type="spellStart"/>
      <w:r>
        <w:rPr>
          <w:rFonts w:ascii="Times New Roman" w:hAnsi="Times New Roman"/>
          <w:color w:val="000000"/>
          <w:sz w:val="22"/>
        </w:rPr>
        <w:t>numai</w:t>
      </w:r>
      <w:proofErr w:type="spellEnd"/>
      <w:r>
        <w:rPr>
          <w:rFonts w:ascii="Times New Roman" w:hAnsi="Times New Roman"/>
          <w:color w:val="000000"/>
          <w:sz w:val="22"/>
        </w:rPr>
        <w:t xml:space="preserve"> </w:t>
      </w:r>
      <w:proofErr w:type="spellStart"/>
      <w:r>
        <w:rPr>
          <w:rFonts w:ascii="Times New Roman" w:hAnsi="Times New Roman"/>
          <w:color w:val="000000"/>
          <w:sz w:val="22"/>
        </w:rPr>
        <w:t>în</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w:t>
      </w:r>
      <w:proofErr w:type="spellStart"/>
      <w:r>
        <w:rPr>
          <w:rFonts w:ascii="Times New Roman" w:hAnsi="Times New Roman"/>
          <w:color w:val="000000"/>
          <w:sz w:val="22"/>
        </w:rPr>
        <w:t>legii</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afectarea</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caracterului</w:t>
      </w:r>
      <w:proofErr w:type="spellEnd"/>
      <w:r>
        <w:rPr>
          <w:rFonts w:ascii="Times New Roman" w:hAnsi="Times New Roman"/>
          <w:color w:val="000000"/>
          <w:sz w:val="22"/>
        </w:rPr>
        <w:t xml:space="preserve"> general al </w:t>
      </w:r>
      <w:proofErr w:type="spellStart"/>
      <w:r>
        <w:rPr>
          <w:rFonts w:ascii="Times New Roman" w:hAnsi="Times New Roman"/>
          <w:color w:val="000000"/>
          <w:sz w:val="22"/>
        </w:rPr>
        <w:t>Contractului</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numai</w:t>
      </w:r>
      <w:proofErr w:type="spellEnd"/>
      <w:r>
        <w:rPr>
          <w:rFonts w:ascii="Times New Roman" w:hAnsi="Times New Roman"/>
          <w:color w:val="000000"/>
          <w:sz w:val="22"/>
        </w:rPr>
        <w:t xml:space="preserve"> </w:t>
      </w:r>
      <w:proofErr w:type="spellStart"/>
      <w:r>
        <w:rPr>
          <w:rFonts w:ascii="Times New Roman" w:hAnsi="Times New Roman"/>
          <w:color w:val="000000"/>
          <w:sz w:val="22"/>
        </w:rPr>
        <w:t>dacă</w:t>
      </w:r>
      <w:proofErr w:type="spellEnd"/>
      <w:r>
        <w:rPr>
          <w:rFonts w:ascii="Times New Roman" w:hAnsi="Times New Roman"/>
          <w:color w:val="000000"/>
          <w:sz w:val="22"/>
        </w:rPr>
        <w:t xml:space="preserve"> </w:t>
      </w:r>
      <w:proofErr w:type="spellStart"/>
      <w:r>
        <w:rPr>
          <w:rFonts w:ascii="Times New Roman" w:hAnsi="Times New Roman"/>
          <w:color w:val="000000"/>
          <w:sz w:val="22"/>
        </w:rPr>
        <w:t>noul</w:t>
      </w:r>
      <w:proofErr w:type="spellEnd"/>
      <w:r>
        <w:rPr>
          <w:rFonts w:ascii="Times New Roman" w:hAnsi="Times New Roman"/>
          <w:color w:val="000000"/>
          <w:sz w:val="22"/>
        </w:rPr>
        <w:t xml:space="preserve"> </w:t>
      </w:r>
      <w:proofErr w:type="spellStart"/>
      <w:r>
        <w:rPr>
          <w:rFonts w:ascii="Times New Roman" w:hAnsi="Times New Roman"/>
          <w:color w:val="000000"/>
          <w:sz w:val="22"/>
        </w:rPr>
        <w:t>produs</w:t>
      </w:r>
      <w:proofErr w:type="spellEnd"/>
      <w:r>
        <w:rPr>
          <w:rFonts w:ascii="Times New Roman" w:hAnsi="Times New Roman"/>
          <w:color w:val="000000"/>
          <w:sz w:val="22"/>
        </w:rPr>
        <w:t xml:space="preserve"> </w:t>
      </w:r>
      <w:proofErr w:type="spellStart"/>
      <w:r>
        <w:rPr>
          <w:rFonts w:ascii="Times New Roman" w:hAnsi="Times New Roman"/>
          <w:color w:val="000000"/>
          <w:sz w:val="22"/>
        </w:rPr>
        <w:t>îndeplinește</w:t>
      </w:r>
      <w:proofErr w:type="spellEnd"/>
      <w:r>
        <w:rPr>
          <w:rFonts w:ascii="Times New Roman" w:hAnsi="Times New Roman"/>
          <w:color w:val="000000"/>
          <w:sz w:val="22"/>
        </w:rPr>
        <w:t xml:space="preserve"> cel </w:t>
      </w:r>
      <w:proofErr w:type="spellStart"/>
      <w:r>
        <w:rPr>
          <w:rFonts w:ascii="Times New Roman" w:hAnsi="Times New Roman"/>
          <w:color w:val="000000"/>
          <w:sz w:val="22"/>
        </w:rPr>
        <w:t>puțin</w:t>
      </w:r>
      <w:proofErr w:type="spellEnd"/>
      <w:r>
        <w:rPr>
          <w:rFonts w:ascii="Times New Roman" w:hAnsi="Times New Roman"/>
          <w:color w:val="000000"/>
          <w:sz w:val="22"/>
        </w:rPr>
        <w:t xml:space="preserve"> </w:t>
      </w:r>
      <w:proofErr w:type="spellStart"/>
      <w:r>
        <w:rPr>
          <w:rFonts w:ascii="Times New Roman" w:hAnsi="Times New Roman"/>
          <w:color w:val="000000"/>
          <w:sz w:val="22"/>
        </w:rPr>
        <w:t>toate</w:t>
      </w:r>
      <w:proofErr w:type="spellEnd"/>
      <w:r>
        <w:rPr>
          <w:rFonts w:ascii="Times New Roman" w:hAnsi="Times New Roman"/>
          <w:color w:val="000000"/>
          <w:sz w:val="22"/>
        </w:rPr>
        <w:t xml:space="preserve"> </w:t>
      </w:r>
      <w:proofErr w:type="spellStart"/>
      <w:r>
        <w:rPr>
          <w:rFonts w:ascii="Times New Roman" w:hAnsi="Times New Roman"/>
          <w:color w:val="000000"/>
          <w:sz w:val="22"/>
        </w:rPr>
        <w:t>cerințele</w:t>
      </w:r>
      <w:proofErr w:type="spellEnd"/>
      <w:r>
        <w:rPr>
          <w:rFonts w:ascii="Times New Roman" w:hAnsi="Times New Roman"/>
          <w:color w:val="000000"/>
          <w:sz w:val="22"/>
        </w:rPr>
        <w:t xml:space="preserve"> </w:t>
      </w:r>
      <w:proofErr w:type="spellStart"/>
      <w:r>
        <w:rPr>
          <w:rFonts w:ascii="Times New Roman" w:hAnsi="Times New Roman"/>
          <w:color w:val="000000"/>
          <w:sz w:val="22"/>
        </w:rPr>
        <w:t>minime</w:t>
      </w:r>
      <w:proofErr w:type="spellEnd"/>
      <w:r>
        <w:rPr>
          <w:rFonts w:ascii="Times New Roman" w:hAnsi="Times New Roman"/>
          <w:color w:val="000000"/>
          <w:sz w:val="22"/>
        </w:rPr>
        <w:t xml:space="preserve">, </w:t>
      </w:r>
      <w:proofErr w:type="spellStart"/>
      <w:r>
        <w:rPr>
          <w:rFonts w:ascii="Times New Roman" w:hAnsi="Times New Roman"/>
          <w:color w:val="000000"/>
          <w:sz w:val="22"/>
        </w:rPr>
        <w:t>caracteristicile</w:t>
      </w:r>
      <w:proofErr w:type="spellEnd"/>
      <w:r>
        <w:rPr>
          <w:rFonts w:ascii="Times New Roman" w:hAnsi="Times New Roman"/>
          <w:color w:val="000000"/>
          <w:sz w:val="22"/>
        </w:rPr>
        <w:t xml:space="preserve"> </w:t>
      </w:r>
      <w:proofErr w:type="spellStart"/>
      <w:r>
        <w:rPr>
          <w:rFonts w:ascii="Times New Roman" w:hAnsi="Times New Roman"/>
          <w:color w:val="000000"/>
          <w:sz w:val="22"/>
        </w:rPr>
        <w:t>asumate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condițiile</w:t>
      </w:r>
      <w:proofErr w:type="spellEnd"/>
      <w:r>
        <w:rPr>
          <w:rFonts w:ascii="Times New Roman" w:hAnsi="Times New Roman"/>
          <w:color w:val="000000"/>
          <w:sz w:val="22"/>
        </w:rPr>
        <w:t xml:space="preserve"> AFM.</w:t>
      </w:r>
    </w:p>
    <w:p w14:paraId="5BF7C257"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lastRenderedPageBreak/>
        <w:t>ART. 20 – SUSPENDAREA</w:t>
      </w:r>
    </w:p>
    <w:p w14:paraId="4AE7756C"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20.1. </w:t>
      </w:r>
      <w:proofErr w:type="spellStart"/>
      <w:r w:rsidRPr="004B020D">
        <w:rPr>
          <w:rFonts w:ascii="Times New Roman" w:hAnsi="Times New Roman" w:cs="Times New Roman"/>
          <w:color w:val="000000"/>
          <w:sz w:val="22"/>
          <w:szCs w:val="24"/>
        </w:rPr>
        <w:t>Executarea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fi </w:t>
      </w:r>
      <w:proofErr w:type="spellStart"/>
      <w:r w:rsidRPr="004B020D">
        <w:rPr>
          <w:rFonts w:ascii="Times New Roman" w:hAnsi="Times New Roman" w:cs="Times New Roman"/>
          <w:color w:val="000000"/>
          <w:sz w:val="22"/>
          <w:szCs w:val="24"/>
        </w:rPr>
        <w:t>suspendată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acord</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scris</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dispoziția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Autorității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situații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temeinic</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justificate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permise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lege</w:t>
      </w:r>
      <w:proofErr w:type="spellEnd"/>
      <w:r w:rsidRPr="004B020D">
        <w:rPr>
          <w:rFonts w:ascii="Times New Roman" w:hAnsi="Times New Roman" w:cs="Times New Roman"/>
          <w:color w:val="000000"/>
          <w:sz w:val="22"/>
          <w:szCs w:val="24"/>
        </w:rPr>
        <w:t>.</w:t>
      </w:r>
    </w:p>
    <w:p w14:paraId="2C9086B4"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20.2. </w:t>
      </w:r>
      <w:proofErr w:type="spellStart"/>
      <w:r>
        <w:rPr>
          <w:rFonts w:ascii="Times New Roman" w:hAnsi="Times New Roman"/>
          <w:color w:val="000000"/>
          <w:sz w:val="22"/>
        </w:rPr>
        <w:t>Suspendarea</w:t>
      </w:r>
      <w:proofErr w:type="spellEnd"/>
      <w:r>
        <w:rPr>
          <w:rFonts w:ascii="Times New Roman" w:hAnsi="Times New Roman"/>
          <w:color w:val="000000"/>
          <w:sz w:val="22"/>
        </w:rPr>
        <w:t xml:space="preserve"> nu </w:t>
      </w:r>
      <w:proofErr w:type="spellStart"/>
      <w:r>
        <w:rPr>
          <w:rFonts w:ascii="Times New Roman" w:hAnsi="Times New Roman"/>
          <w:color w:val="000000"/>
          <w:sz w:val="22"/>
        </w:rPr>
        <w:t>exonerează</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Contractantul</w:t>
      </w:r>
      <w:proofErr w:type="spellEnd"/>
      <w:r>
        <w:rPr>
          <w:rFonts w:ascii="Times New Roman" w:hAnsi="Times New Roman"/>
          <w:color w:val="000000"/>
          <w:sz w:val="22"/>
        </w:rPr>
        <w:t xml:space="preserve"> de </w:t>
      </w:r>
      <w:proofErr w:type="spellStart"/>
      <w:r>
        <w:rPr>
          <w:rFonts w:ascii="Times New Roman" w:hAnsi="Times New Roman"/>
          <w:color w:val="000000"/>
          <w:sz w:val="22"/>
        </w:rPr>
        <w:t>obligația</w:t>
      </w:r>
      <w:proofErr w:type="spellEnd"/>
      <w:r>
        <w:rPr>
          <w:rFonts w:ascii="Times New Roman" w:hAnsi="Times New Roman"/>
          <w:color w:val="000000"/>
          <w:sz w:val="22"/>
        </w:rPr>
        <w:t xml:space="preserve"> de a </w:t>
      </w:r>
      <w:proofErr w:type="spellStart"/>
      <w:r>
        <w:rPr>
          <w:rFonts w:ascii="Times New Roman" w:hAnsi="Times New Roman"/>
          <w:color w:val="000000"/>
          <w:sz w:val="22"/>
        </w:rPr>
        <w:t>proteja</w:t>
      </w:r>
      <w:proofErr w:type="spellEnd"/>
      <w:r>
        <w:rPr>
          <w:rFonts w:ascii="Times New Roman" w:hAnsi="Times New Roman"/>
          <w:color w:val="000000"/>
          <w:sz w:val="22"/>
        </w:rPr>
        <w:t xml:space="preserve"> </w:t>
      </w:r>
      <w:proofErr w:type="spellStart"/>
      <w:r>
        <w:rPr>
          <w:rFonts w:ascii="Times New Roman" w:hAnsi="Times New Roman"/>
          <w:color w:val="000000"/>
          <w:sz w:val="22"/>
        </w:rPr>
        <w:t>eligibilitatea</w:t>
      </w:r>
      <w:proofErr w:type="spellEnd"/>
      <w:r>
        <w:rPr>
          <w:rFonts w:ascii="Times New Roman" w:hAnsi="Times New Roman"/>
          <w:color w:val="000000"/>
          <w:sz w:val="22"/>
        </w:rPr>
        <w:t xml:space="preserve"> </w:t>
      </w:r>
      <w:proofErr w:type="spellStart"/>
      <w:r>
        <w:rPr>
          <w:rFonts w:ascii="Times New Roman" w:hAnsi="Times New Roman"/>
          <w:color w:val="000000"/>
          <w:sz w:val="22"/>
        </w:rPr>
        <w:t>finanțării</w:t>
      </w:r>
      <w:proofErr w:type="spellEnd"/>
      <w:r>
        <w:rPr>
          <w:rFonts w:ascii="Times New Roman" w:hAnsi="Times New Roman"/>
          <w:color w:val="000000"/>
          <w:sz w:val="22"/>
        </w:rPr>
        <w:t xml:space="preserve"> AFM, de a </w:t>
      </w:r>
      <w:proofErr w:type="spellStart"/>
      <w:r>
        <w:rPr>
          <w:rFonts w:ascii="Times New Roman" w:hAnsi="Times New Roman"/>
          <w:color w:val="000000"/>
          <w:sz w:val="22"/>
        </w:rPr>
        <w:t>menține</w:t>
      </w:r>
      <w:proofErr w:type="spellEnd"/>
      <w:r>
        <w:rPr>
          <w:rFonts w:ascii="Times New Roman" w:hAnsi="Times New Roman"/>
          <w:color w:val="000000"/>
          <w:sz w:val="22"/>
        </w:rPr>
        <w:t xml:space="preserve"> </w:t>
      </w:r>
      <w:proofErr w:type="spellStart"/>
      <w:r>
        <w:rPr>
          <w:rFonts w:ascii="Times New Roman" w:hAnsi="Times New Roman"/>
          <w:color w:val="000000"/>
          <w:sz w:val="22"/>
        </w:rPr>
        <w:t>valabilitatea</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documentelor</w:t>
      </w:r>
      <w:proofErr w:type="spellEnd"/>
      <w:r>
        <w:rPr>
          <w:rFonts w:ascii="Times New Roman" w:hAnsi="Times New Roman"/>
          <w:color w:val="000000"/>
          <w:sz w:val="22"/>
        </w:rPr>
        <w:t>/</w:t>
      </w:r>
      <w:proofErr w:type="spellStart"/>
      <w:r>
        <w:rPr>
          <w:rFonts w:ascii="Times New Roman" w:hAnsi="Times New Roman"/>
          <w:color w:val="000000"/>
          <w:sz w:val="22"/>
        </w:rPr>
        <w:t>condițiilor</w:t>
      </w:r>
      <w:proofErr w:type="spellEnd"/>
      <w:r>
        <w:rPr>
          <w:rFonts w:ascii="Times New Roman" w:hAnsi="Times New Roman"/>
          <w:color w:val="000000"/>
          <w:sz w:val="22"/>
        </w:rPr>
        <w:t xml:space="preserve"> care </w:t>
      </w:r>
      <w:proofErr w:type="spellStart"/>
      <w:r>
        <w:rPr>
          <w:rFonts w:ascii="Times New Roman" w:hAnsi="Times New Roman"/>
          <w:color w:val="000000"/>
          <w:sz w:val="22"/>
        </w:rPr>
        <w:t>îi</w:t>
      </w:r>
      <w:proofErr w:type="spellEnd"/>
      <w:r>
        <w:rPr>
          <w:rFonts w:ascii="Times New Roman" w:hAnsi="Times New Roman"/>
          <w:color w:val="000000"/>
          <w:sz w:val="22"/>
        </w:rPr>
        <w:t xml:space="preserve"> </w:t>
      </w:r>
      <w:proofErr w:type="spellStart"/>
      <w:r>
        <w:rPr>
          <w:rFonts w:ascii="Times New Roman" w:hAnsi="Times New Roman"/>
          <w:color w:val="000000"/>
          <w:sz w:val="22"/>
        </w:rPr>
        <w:t>revin</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de a </w:t>
      </w:r>
      <w:proofErr w:type="spellStart"/>
      <w:r>
        <w:rPr>
          <w:rFonts w:ascii="Times New Roman" w:hAnsi="Times New Roman"/>
          <w:color w:val="000000"/>
          <w:sz w:val="22"/>
        </w:rPr>
        <w:t>limita</w:t>
      </w:r>
      <w:proofErr w:type="spellEnd"/>
      <w:r>
        <w:rPr>
          <w:rFonts w:ascii="Times New Roman" w:hAnsi="Times New Roman"/>
          <w:color w:val="000000"/>
          <w:sz w:val="22"/>
        </w:rPr>
        <w:t xml:space="preserve"> </w:t>
      </w:r>
      <w:proofErr w:type="spellStart"/>
      <w:r>
        <w:rPr>
          <w:rFonts w:ascii="Times New Roman" w:hAnsi="Times New Roman"/>
          <w:color w:val="000000"/>
          <w:sz w:val="22"/>
        </w:rPr>
        <w:t>efectele</w:t>
      </w:r>
      <w:proofErr w:type="spellEnd"/>
      <w:r>
        <w:rPr>
          <w:rFonts w:ascii="Times New Roman" w:hAnsi="Times New Roman"/>
          <w:color w:val="000000"/>
          <w:sz w:val="22"/>
        </w:rPr>
        <w:t xml:space="preserve"> </w:t>
      </w:r>
      <w:proofErr w:type="spellStart"/>
      <w:r>
        <w:rPr>
          <w:rFonts w:ascii="Times New Roman" w:hAnsi="Times New Roman"/>
          <w:color w:val="000000"/>
          <w:sz w:val="22"/>
        </w:rPr>
        <w:t>întârzierii</w:t>
      </w:r>
      <w:proofErr w:type="spellEnd"/>
      <w:r>
        <w:rPr>
          <w:rFonts w:ascii="Times New Roman" w:hAnsi="Times New Roman"/>
          <w:color w:val="000000"/>
          <w:sz w:val="22"/>
        </w:rPr>
        <w:t>.</w:t>
      </w:r>
    </w:p>
    <w:p w14:paraId="3F8C7265"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21 – FORȚA MAJORĂ ȘI CAZUL FORTUIT</w:t>
      </w:r>
    </w:p>
    <w:p w14:paraId="0A0D5FB7"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21.1. </w:t>
      </w:r>
      <w:proofErr w:type="spellStart"/>
      <w:r w:rsidRPr="004B020D">
        <w:rPr>
          <w:rFonts w:ascii="Times New Roman" w:hAnsi="Times New Roman" w:cs="Times New Roman"/>
          <w:color w:val="000000"/>
          <w:sz w:val="22"/>
          <w:szCs w:val="24"/>
        </w:rPr>
        <w:t>Forța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majoră</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cazul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fortuit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exonerează</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răspundere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Codului</w:t>
      </w:r>
      <w:proofErr w:type="spellEnd"/>
      <w:r w:rsidRPr="004B020D">
        <w:rPr>
          <w:rFonts w:ascii="Times New Roman" w:hAnsi="Times New Roman" w:cs="Times New Roman"/>
          <w:color w:val="000000"/>
          <w:sz w:val="22"/>
          <w:szCs w:val="24"/>
        </w:rPr>
        <w:t xml:space="preserve"> civil,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evenimentul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dovedit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notificat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celeilalte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Părți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maximum 3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de la </w:t>
      </w:r>
      <w:proofErr w:type="spellStart"/>
      <w:r w:rsidRPr="004B020D">
        <w:rPr>
          <w:rFonts w:ascii="Times New Roman" w:hAnsi="Times New Roman" w:cs="Times New Roman"/>
          <w:color w:val="000000"/>
          <w:sz w:val="22"/>
          <w:szCs w:val="24"/>
        </w:rPr>
        <w:t>apariție</w:t>
      </w:r>
      <w:proofErr w:type="spellEnd"/>
      <w:r w:rsidRPr="004B020D">
        <w:rPr>
          <w:rFonts w:ascii="Times New Roman" w:hAnsi="Times New Roman" w:cs="Times New Roman"/>
          <w:color w:val="000000"/>
          <w:sz w:val="22"/>
          <w:szCs w:val="24"/>
        </w:rPr>
        <w:t>.</w:t>
      </w:r>
    </w:p>
    <w:p w14:paraId="3E1DACD9"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21.2. </w:t>
      </w:r>
      <w:r w:rsidRPr="004B020D">
        <w:rPr>
          <w:rFonts w:ascii="Times New Roman" w:hAnsi="Times New Roman" w:cs="Times New Roman"/>
          <w:color w:val="000000"/>
          <w:sz w:val="22"/>
          <w:szCs w:val="24"/>
        </w:rPr>
        <w:t xml:space="preserve">Partea </w:t>
      </w:r>
      <w:proofErr w:type="spellStart"/>
      <w:r w:rsidRPr="004B020D">
        <w:rPr>
          <w:rFonts w:ascii="Times New Roman" w:hAnsi="Times New Roman" w:cs="Times New Roman"/>
          <w:color w:val="000000"/>
          <w:sz w:val="22"/>
          <w:szCs w:val="24"/>
        </w:rPr>
        <w:t>afectată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toate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măsurile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rezonabile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pentru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limitarea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consecințelor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notifică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încetarea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evenimentului</w:t>
      </w:r>
      <w:proofErr w:type="spellEnd"/>
      <w:r w:rsidRPr="004B020D">
        <w:rPr>
          <w:rFonts w:ascii="Times New Roman" w:hAnsi="Times New Roman" w:cs="Times New Roman"/>
          <w:color w:val="000000"/>
          <w:sz w:val="22"/>
          <w:szCs w:val="24"/>
        </w:rPr>
        <w:t>.</w:t>
      </w:r>
    </w:p>
    <w:p w14:paraId="137CD19C"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21.3. </w:t>
      </w:r>
      <w:proofErr w:type="spellStart"/>
      <w:r>
        <w:rPr>
          <w:rFonts w:ascii="Times New Roman" w:hAnsi="Times New Roman"/>
          <w:color w:val="000000"/>
          <w:sz w:val="22"/>
        </w:rPr>
        <w:t>Dacă</w:t>
      </w:r>
      <w:proofErr w:type="spellEnd"/>
      <w:r>
        <w:rPr>
          <w:rFonts w:ascii="Times New Roman" w:hAnsi="Times New Roman"/>
          <w:color w:val="000000"/>
          <w:sz w:val="22"/>
        </w:rPr>
        <w:t xml:space="preserve"> </w:t>
      </w:r>
      <w:proofErr w:type="spellStart"/>
      <w:r>
        <w:rPr>
          <w:rFonts w:ascii="Times New Roman" w:hAnsi="Times New Roman"/>
          <w:color w:val="000000"/>
          <w:sz w:val="22"/>
        </w:rPr>
        <w:t>evenimentul</w:t>
      </w:r>
      <w:proofErr w:type="spellEnd"/>
      <w:r>
        <w:rPr>
          <w:rFonts w:ascii="Times New Roman" w:hAnsi="Times New Roman"/>
          <w:color w:val="000000"/>
          <w:sz w:val="22"/>
        </w:rPr>
        <w:t xml:space="preserve"> </w:t>
      </w:r>
      <w:proofErr w:type="spellStart"/>
      <w:r>
        <w:rPr>
          <w:rFonts w:ascii="Times New Roman" w:hAnsi="Times New Roman"/>
          <w:color w:val="000000"/>
          <w:sz w:val="22"/>
        </w:rPr>
        <w:t>durează</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se </w:t>
      </w:r>
      <w:proofErr w:type="spellStart"/>
      <w:r>
        <w:rPr>
          <w:rFonts w:ascii="Times New Roman" w:hAnsi="Times New Roman"/>
          <w:color w:val="000000"/>
          <w:sz w:val="22"/>
        </w:rPr>
        <w:t>estimează</w:t>
      </w:r>
      <w:proofErr w:type="spellEnd"/>
      <w:r>
        <w:rPr>
          <w:rFonts w:ascii="Times New Roman" w:hAnsi="Times New Roman"/>
          <w:color w:val="000000"/>
          <w:sz w:val="22"/>
        </w:rPr>
        <w:t xml:space="preserve"> </w:t>
      </w:r>
      <w:proofErr w:type="spellStart"/>
      <w:r>
        <w:rPr>
          <w:rFonts w:ascii="Times New Roman" w:hAnsi="Times New Roman"/>
          <w:color w:val="000000"/>
          <w:sz w:val="22"/>
        </w:rPr>
        <w:t>că</w:t>
      </w:r>
      <w:proofErr w:type="spellEnd"/>
      <w:r>
        <w:rPr>
          <w:rFonts w:ascii="Times New Roman" w:hAnsi="Times New Roman"/>
          <w:color w:val="000000"/>
          <w:sz w:val="22"/>
        </w:rPr>
        <w:t xml:space="preserve"> </w:t>
      </w:r>
      <w:proofErr w:type="spellStart"/>
      <w:r>
        <w:rPr>
          <w:rFonts w:ascii="Times New Roman" w:hAnsi="Times New Roman"/>
          <w:color w:val="000000"/>
          <w:sz w:val="22"/>
        </w:rPr>
        <w:t>va</w:t>
      </w:r>
      <w:proofErr w:type="spellEnd"/>
      <w:r>
        <w:rPr>
          <w:rFonts w:ascii="Times New Roman" w:hAnsi="Times New Roman"/>
          <w:color w:val="000000"/>
          <w:sz w:val="22"/>
        </w:rPr>
        <w:t xml:space="preserve"> dura </w:t>
      </w:r>
      <w:proofErr w:type="spellStart"/>
      <w:r>
        <w:rPr>
          <w:rFonts w:ascii="Times New Roman" w:hAnsi="Times New Roman"/>
          <w:color w:val="000000"/>
          <w:sz w:val="22"/>
        </w:rPr>
        <w:t>mai</w:t>
      </w:r>
      <w:proofErr w:type="spellEnd"/>
      <w:r>
        <w:rPr>
          <w:rFonts w:ascii="Times New Roman" w:hAnsi="Times New Roman"/>
          <w:color w:val="000000"/>
          <w:sz w:val="22"/>
        </w:rPr>
        <w:t xml:space="preserve"> </w:t>
      </w:r>
      <w:proofErr w:type="spellStart"/>
      <w:r>
        <w:rPr>
          <w:rFonts w:ascii="Times New Roman" w:hAnsi="Times New Roman"/>
          <w:color w:val="000000"/>
          <w:sz w:val="22"/>
        </w:rPr>
        <w:t>mult</w:t>
      </w:r>
      <w:proofErr w:type="spellEnd"/>
      <w:r>
        <w:rPr>
          <w:rFonts w:ascii="Times New Roman" w:hAnsi="Times New Roman"/>
          <w:color w:val="000000"/>
          <w:sz w:val="22"/>
        </w:rPr>
        <w:t xml:space="preserve"> de 15 </w:t>
      </w:r>
      <w:proofErr w:type="spellStart"/>
      <w:r>
        <w:rPr>
          <w:rFonts w:ascii="Times New Roman" w:hAnsi="Times New Roman"/>
          <w:color w:val="000000"/>
          <w:sz w:val="22"/>
        </w:rPr>
        <w:t>zile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compromite</w:t>
      </w:r>
      <w:proofErr w:type="spellEnd"/>
      <w:r>
        <w:rPr>
          <w:rFonts w:ascii="Times New Roman" w:hAnsi="Times New Roman"/>
          <w:color w:val="000000"/>
          <w:sz w:val="22"/>
        </w:rPr>
        <w:t xml:space="preserve"> </w:t>
      </w:r>
      <w:proofErr w:type="spellStart"/>
      <w:r>
        <w:rPr>
          <w:rFonts w:ascii="Times New Roman" w:hAnsi="Times New Roman"/>
          <w:color w:val="000000"/>
          <w:sz w:val="22"/>
        </w:rPr>
        <w:t>scopul</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Contractului</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dacă</w:t>
      </w:r>
      <w:proofErr w:type="spellEnd"/>
      <w:r>
        <w:rPr>
          <w:rFonts w:ascii="Times New Roman" w:hAnsi="Times New Roman"/>
          <w:color w:val="000000"/>
          <w:sz w:val="22"/>
        </w:rPr>
        <w:t xml:space="preserve"> </w:t>
      </w:r>
      <w:proofErr w:type="spellStart"/>
      <w:r>
        <w:rPr>
          <w:rFonts w:ascii="Times New Roman" w:hAnsi="Times New Roman"/>
          <w:color w:val="000000"/>
          <w:sz w:val="22"/>
        </w:rPr>
        <w:t>este</w:t>
      </w:r>
      <w:proofErr w:type="spellEnd"/>
      <w:r>
        <w:rPr>
          <w:rFonts w:ascii="Times New Roman" w:hAnsi="Times New Roman"/>
          <w:color w:val="000000"/>
          <w:sz w:val="22"/>
        </w:rPr>
        <w:t xml:space="preserve"> </w:t>
      </w:r>
      <w:proofErr w:type="spellStart"/>
      <w:r>
        <w:rPr>
          <w:rFonts w:ascii="Times New Roman" w:hAnsi="Times New Roman"/>
          <w:color w:val="000000"/>
          <w:sz w:val="22"/>
        </w:rPr>
        <w:t>cazul</w:t>
      </w:r>
      <w:proofErr w:type="spellEnd"/>
      <w:r>
        <w:rPr>
          <w:rFonts w:ascii="Times New Roman" w:hAnsi="Times New Roman"/>
          <w:color w:val="000000"/>
          <w:sz w:val="22"/>
        </w:rPr>
        <w:t xml:space="preserve">, </w:t>
      </w:r>
      <w:proofErr w:type="spellStart"/>
      <w:r>
        <w:rPr>
          <w:rFonts w:ascii="Times New Roman" w:hAnsi="Times New Roman"/>
          <w:color w:val="000000"/>
          <w:sz w:val="22"/>
        </w:rPr>
        <w:t>termenul</w:t>
      </w:r>
      <w:proofErr w:type="spellEnd"/>
      <w:r>
        <w:rPr>
          <w:rFonts w:ascii="Times New Roman" w:hAnsi="Times New Roman"/>
          <w:color w:val="000000"/>
          <w:sz w:val="22"/>
        </w:rPr>
        <w:t xml:space="preserve"> </w:t>
      </w:r>
      <w:proofErr w:type="spellStart"/>
      <w:r>
        <w:rPr>
          <w:rFonts w:ascii="Times New Roman" w:hAnsi="Times New Roman"/>
          <w:color w:val="000000"/>
          <w:sz w:val="22"/>
        </w:rPr>
        <w:t>impus</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w:t>
      </w:r>
      <w:proofErr w:type="spellStart"/>
      <w:r>
        <w:rPr>
          <w:rFonts w:ascii="Times New Roman" w:hAnsi="Times New Roman"/>
          <w:color w:val="000000"/>
          <w:sz w:val="22"/>
        </w:rPr>
        <w:t>oricare</w:t>
      </w:r>
      <w:proofErr w:type="spellEnd"/>
      <w:r>
        <w:rPr>
          <w:rFonts w:ascii="Times New Roman" w:hAnsi="Times New Roman"/>
          <w:color w:val="000000"/>
          <w:sz w:val="22"/>
        </w:rPr>
        <w:t xml:space="preserve"> </w:t>
      </w:r>
      <w:proofErr w:type="spellStart"/>
      <w:r>
        <w:rPr>
          <w:rFonts w:ascii="Times New Roman" w:hAnsi="Times New Roman"/>
          <w:color w:val="000000"/>
          <w:sz w:val="22"/>
        </w:rPr>
        <w:t>Parte</w:t>
      </w:r>
      <w:proofErr w:type="spellEnd"/>
      <w:r>
        <w:rPr>
          <w:rFonts w:ascii="Times New Roman" w:hAnsi="Times New Roman"/>
          <w:color w:val="000000"/>
          <w:sz w:val="22"/>
        </w:rPr>
        <w:t xml:space="preserve"> </w:t>
      </w:r>
      <w:proofErr w:type="spellStart"/>
      <w:r>
        <w:rPr>
          <w:rFonts w:ascii="Times New Roman" w:hAnsi="Times New Roman"/>
          <w:color w:val="000000"/>
          <w:sz w:val="22"/>
        </w:rPr>
        <w:t>poate</w:t>
      </w:r>
      <w:proofErr w:type="spellEnd"/>
      <w:r>
        <w:rPr>
          <w:rFonts w:ascii="Times New Roman" w:hAnsi="Times New Roman"/>
          <w:color w:val="000000"/>
          <w:sz w:val="22"/>
        </w:rPr>
        <w:t xml:space="preserve"> </w:t>
      </w:r>
      <w:proofErr w:type="spellStart"/>
      <w:r>
        <w:rPr>
          <w:rFonts w:ascii="Times New Roman" w:hAnsi="Times New Roman"/>
          <w:color w:val="000000"/>
          <w:sz w:val="22"/>
        </w:rPr>
        <w:t>notifica</w:t>
      </w:r>
      <w:proofErr w:type="spellEnd"/>
      <w:r>
        <w:rPr>
          <w:rFonts w:ascii="Times New Roman" w:hAnsi="Times New Roman"/>
          <w:color w:val="000000"/>
          <w:sz w:val="22"/>
        </w:rPr>
        <w:t xml:space="preserve"> </w:t>
      </w:r>
      <w:proofErr w:type="spellStart"/>
      <w:r>
        <w:rPr>
          <w:rFonts w:ascii="Times New Roman" w:hAnsi="Times New Roman"/>
          <w:color w:val="000000"/>
          <w:sz w:val="22"/>
        </w:rPr>
        <w:t>încetarea</w:t>
      </w:r>
      <w:proofErr w:type="spellEnd"/>
      <w:r>
        <w:rPr>
          <w:rFonts w:ascii="Times New Roman" w:hAnsi="Times New Roman"/>
          <w:color w:val="000000"/>
          <w:sz w:val="22"/>
        </w:rPr>
        <w:t xml:space="preserve">, </w:t>
      </w:r>
      <w:proofErr w:type="spellStart"/>
      <w:r>
        <w:rPr>
          <w:rFonts w:ascii="Times New Roman" w:hAnsi="Times New Roman"/>
          <w:color w:val="000000"/>
          <w:sz w:val="22"/>
        </w:rPr>
        <w:t>fără</w:t>
      </w:r>
      <w:proofErr w:type="spellEnd"/>
      <w:r>
        <w:rPr>
          <w:rFonts w:ascii="Times New Roman" w:hAnsi="Times New Roman"/>
          <w:color w:val="000000"/>
          <w:sz w:val="22"/>
        </w:rPr>
        <w:t xml:space="preserve"> </w:t>
      </w:r>
      <w:proofErr w:type="spellStart"/>
      <w:r>
        <w:rPr>
          <w:rFonts w:ascii="Times New Roman" w:hAnsi="Times New Roman"/>
          <w:color w:val="000000"/>
          <w:sz w:val="22"/>
        </w:rPr>
        <w:t>daune</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neexecutarea</w:t>
      </w:r>
      <w:proofErr w:type="spellEnd"/>
      <w:r>
        <w:rPr>
          <w:rFonts w:ascii="Times New Roman" w:hAnsi="Times New Roman"/>
          <w:color w:val="000000"/>
          <w:sz w:val="22"/>
        </w:rPr>
        <w:t xml:space="preserve"> </w:t>
      </w:r>
      <w:proofErr w:type="spellStart"/>
      <w:r>
        <w:rPr>
          <w:rFonts w:ascii="Times New Roman" w:hAnsi="Times New Roman"/>
          <w:color w:val="000000"/>
          <w:sz w:val="22"/>
        </w:rPr>
        <w:t>cauzată</w:t>
      </w:r>
      <w:proofErr w:type="spellEnd"/>
      <w:r>
        <w:rPr>
          <w:rFonts w:ascii="Times New Roman" w:hAnsi="Times New Roman"/>
          <w:color w:val="000000"/>
          <w:sz w:val="22"/>
        </w:rPr>
        <w:t xml:space="preserve"> </w:t>
      </w:r>
      <w:proofErr w:type="spellStart"/>
      <w:r>
        <w:rPr>
          <w:rFonts w:ascii="Times New Roman" w:hAnsi="Times New Roman"/>
          <w:color w:val="000000"/>
          <w:sz w:val="22"/>
        </w:rPr>
        <w:t>exclusiv</w:t>
      </w:r>
      <w:proofErr w:type="spellEnd"/>
      <w:r>
        <w:rPr>
          <w:rFonts w:ascii="Times New Roman" w:hAnsi="Times New Roman"/>
          <w:color w:val="000000"/>
          <w:sz w:val="22"/>
        </w:rPr>
        <w:t xml:space="preserve"> de </w:t>
      </w:r>
      <w:proofErr w:type="spellStart"/>
      <w:r>
        <w:rPr>
          <w:rFonts w:ascii="Times New Roman" w:hAnsi="Times New Roman"/>
          <w:color w:val="000000"/>
          <w:sz w:val="22"/>
        </w:rPr>
        <w:t>eveniment</w:t>
      </w:r>
      <w:proofErr w:type="spellEnd"/>
      <w:r>
        <w:rPr>
          <w:rFonts w:ascii="Times New Roman" w:hAnsi="Times New Roman"/>
          <w:color w:val="000000"/>
          <w:sz w:val="22"/>
        </w:rPr>
        <w:t>.</w:t>
      </w:r>
    </w:p>
    <w:p w14:paraId="3681F9CE"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22 – CONFLICTUL DE INTERESE ȘI CONDUITA</w:t>
      </w:r>
    </w:p>
    <w:p w14:paraId="33592D27"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22.1.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previne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notifică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imediat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orice</w:t>
      </w:r>
      <w:proofErr w:type="spellEnd"/>
      <w:r w:rsidRPr="004B020D">
        <w:rPr>
          <w:rFonts w:ascii="Times New Roman" w:hAnsi="Times New Roman" w:cs="Times New Roman"/>
          <w:color w:val="000000"/>
          <w:sz w:val="22"/>
          <w:szCs w:val="24"/>
        </w:rPr>
        <w:t xml:space="preserve"> conflict de </w:t>
      </w:r>
      <w:proofErr w:type="spellStart"/>
      <w:r w:rsidRPr="004B020D">
        <w:rPr>
          <w:rFonts w:ascii="Times New Roman" w:hAnsi="Times New Roman" w:cs="Times New Roman"/>
          <w:color w:val="000000"/>
          <w:sz w:val="22"/>
          <w:szCs w:val="24"/>
        </w:rPr>
        <w:t>interese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respectă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obligațiile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integritate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aplicabile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achizițiilor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publice</w:t>
      </w:r>
      <w:proofErr w:type="spellEnd"/>
      <w:r w:rsidRPr="004B020D">
        <w:rPr>
          <w:rFonts w:ascii="Times New Roman" w:hAnsi="Times New Roman" w:cs="Times New Roman"/>
          <w:color w:val="000000"/>
          <w:sz w:val="22"/>
          <w:szCs w:val="24"/>
        </w:rPr>
        <w:t>.</w:t>
      </w:r>
    </w:p>
    <w:p w14:paraId="7F25F86C"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22.2. </w:t>
      </w:r>
      <w:proofErr w:type="spellStart"/>
      <w:r w:rsidRPr="004B020D">
        <w:rPr>
          <w:rFonts w:ascii="Times New Roman" w:hAnsi="Times New Roman" w:cs="Times New Roman"/>
          <w:color w:val="000000"/>
          <w:sz w:val="22"/>
          <w:szCs w:val="24"/>
        </w:rPr>
        <w:t>Oferirea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acordarea</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foloase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necuvenite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legătură</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constituie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motiv</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încetare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afecta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celelalte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consecințe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legale</w:t>
      </w:r>
      <w:proofErr w:type="spellEnd"/>
      <w:r w:rsidRPr="004B020D">
        <w:rPr>
          <w:rFonts w:ascii="Times New Roman" w:hAnsi="Times New Roman" w:cs="Times New Roman"/>
          <w:color w:val="000000"/>
          <w:sz w:val="22"/>
          <w:szCs w:val="24"/>
        </w:rPr>
        <w:t>.</w:t>
      </w:r>
    </w:p>
    <w:p w14:paraId="6EB83D78"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23 – CONFIDENȚIALITATEA ȘI PROTECȚIA DATELOR</w:t>
      </w:r>
    </w:p>
    <w:p w14:paraId="2D1B16B6"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23.1. </w:t>
      </w:r>
      <w:proofErr w:type="spellStart"/>
      <w:r w:rsidRPr="004B020D">
        <w:rPr>
          <w:rFonts w:ascii="Times New Roman" w:hAnsi="Times New Roman" w:cs="Times New Roman"/>
          <w:color w:val="000000"/>
          <w:sz w:val="22"/>
          <w:szCs w:val="24"/>
        </w:rPr>
        <w:t>Părțile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păstrează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confidențialitatea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informațiilor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protejate</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excepția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divulgărilor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impuse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lege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autorități</w:t>
      </w:r>
      <w:proofErr w:type="spellEnd"/>
      <w:r w:rsidRPr="004B020D">
        <w:rPr>
          <w:rFonts w:ascii="Times New Roman" w:hAnsi="Times New Roman" w:cs="Times New Roman"/>
          <w:color w:val="000000"/>
          <w:sz w:val="22"/>
          <w:szCs w:val="24"/>
        </w:rPr>
        <w:t xml:space="preserve"> de control, </w:t>
      </w:r>
      <w:proofErr w:type="spellStart"/>
      <w:r w:rsidRPr="004B020D">
        <w:rPr>
          <w:rFonts w:ascii="Times New Roman" w:hAnsi="Times New Roman" w:cs="Times New Roman"/>
          <w:color w:val="000000"/>
          <w:sz w:val="22"/>
          <w:szCs w:val="24"/>
        </w:rPr>
        <w:t>instanțe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obligațiile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transparență</w:t>
      </w:r>
      <w:proofErr w:type="spellEnd"/>
      <w:r w:rsidRPr="004B020D">
        <w:rPr>
          <w:rFonts w:ascii="Times New Roman" w:hAnsi="Times New Roman" w:cs="Times New Roman"/>
          <w:color w:val="000000"/>
          <w:sz w:val="22"/>
          <w:szCs w:val="24"/>
        </w:rPr>
        <w:t>.</w:t>
      </w:r>
    </w:p>
    <w:p w14:paraId="0343102C"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23.2. </w:t>
      </w:r>
      <w:proofErr w:type="spellStart"/>
      <w:r w:rsidRPr="004B020D">
        <w:rPr>
          <w:rFonts w:ascii="Times New Roman" w:hAnsi="Times New Roman" w:cs="Times New Roman"/>
          <w:color w:val="000000"/>
          <w:sz w:val="22"/>
          <w:szCs w:val="24"/>
        </w:rPr>
        <w:t>Părțile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prelucrează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datele</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caracter</w:t>
      </w:r>
      <w:proofErr w:type="spellEnd"/>
      <w:r w:rsidRPr="004B020D">
        <w:rPr>
          <w:rFonts w:ascii="Times New Roman" w:hAnsi="Times New Roman" w:cs="Times New Roman"/>
          <w:color w:val="000000"/>
          <w:sz w:val="22"/>
          <w:szCs w:val="24"/>
        </w:rPr>
        <w:t xml:space="preserve"> personal </w:t>
      </w:r>
      <w:proofErr w:type="spellStart"/>
      <w:r w:rsidRPr="004B020D">
        <w:rPr>
          <w:rFonts w:ascii="Times New Roman" w:hAnsi="Times New Roman" w:cs="Times New Roman"/>
          <w:color w:val="000000"/>
          <w:sz w:val="22"/>
          <w:szCs w:val="24"/>
        </w:rPr>
        <w:t>potrivit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Regulamentului</w:t>
      </w:r>
      <w:proofErr w:type="spellEnd"/>
      <w:r w:rsidRPr="004B020D">
        <w:rPr>
          <w:rFonts w:ascii="Times New Roman" w:hAnsi="Times New Roman" w:cs="Times New Roman"/>
          <w:color w:val="000000"/>
          <w:sz w:val="22"/>
          <w:szCs w:val="24"/>
        </w:rPr>
        <w:t xml:space="preserve"> (UE) 2016/679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legislației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naționale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aplică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măsuri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tehnice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organizatorice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adecvate</w:t>
      </w:r>
      <w:proofErr w:type="spellEnd"/>
      <w:r w:rsidRPr="004B020D">
        <w:rPr>
          <w:rFonts w:ascii="Times New Roman" w:hAnsi="Times New Roman" w:cs="Times New Roman"/>
          <w:color w:val="000000"/>
          <w:sz w:val="22"/>
          <w:szCs w:val="24"/>
        </w:rPr>
        <w:t>.</w:t>
      </w:r>
    </w:p>
    <w:p w14:paraId="3ED02979"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24 – ÎNCETAREA CONTRACTULUI</w:t>
      </w:r>
    </w:p>
    <w:p w14:paraId="52D3D75B"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24.1.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încetează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executarea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integrală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acordul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Părților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ajungerea</w:t>
      </w:r>
      <w:proofErr w:type="spellEnd"/>
      <w:r w:rsidRPr="004B020D">
        <w:rPr>
          <w:rFonts w:ascii="Times New Roman" w:hAnsi="Times New Roman" w:cs="Times New Roman"/>
          <w:color w:val="000000"/>
          <w:sz w:val="22"/>
          <w:szCs w:val="24"/>
        </w:rPr>
        <w:t xml:space="preserve"> la termen, </w:t>
      </w:r>
      <w:proofErr w:type="spellStart"/>
      <w:r w:rsidRPr="004B020D">
        <w:rPr>
          <w:rFonts w:ascii="Times New Roman" w:hAnsi="Times New Roman" w:cs="Times New Roman"/>
          <w:color w:val="000000"/>
          <w:sz w:val="22"/>
          <w:szCs w:val="24"/>
        </w:rPr>
        <w:t>imposibilitate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fortuită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definitivă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rezoluțiune</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reziliere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denunțare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cazurile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alte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cauze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prevăzute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lege</w:t>
      </w:r>
      <w:proofErr w:type="spellEnd"/>
      <w:r w:rsidRPr="004B020D">
        <w:rPr>
          <w:rFonts w:ascii="Times New Roman" w:hAnsi="Times New Roman" w:cs="Times New Roman"/>
          <w:color w:val="000000"/>
          <w:sz w:val="22"/>
          <w:szCs w:val="24"/>
        </w:rPr>
        <w:t>.</w:t>
      </w:r>
    </w:p>
    <w:p w14:paraId="23F9AB15"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24.2. </w:t>
      </w:r>
      <w:proofErr w:type="spellStart"/>
      <w:r w:rsidRPr="004B020D">
        <w:rPr>
          <w:rFonts w:ascii="Times New Roman" w:hAnsi="Times New Roman" w:cs="Times New Roman"/>
          <w:color w:val="000000"/>
          <w:sz w:val="22"/>
          <w:szCs w:val="24"/>
        </w:rPr>
        <w:t>Autoritatea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declara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rezoluțiunea</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rezilierea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după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notificare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acordarea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unui</w:t>
      </w:r>
      <w:proofErr w:type="spellEnd"/>
      <w:r w:rsidRPr="004B020D">
        <w:rPr>
          <w:rFonts w:ascii="Times New Roman" w:hAnsi="Times New Roman" w:cs="Times New Roman"/>
          <w:color w:val="000000"/>
          <w:sz w:val="22"/>
          <w:szCs w:val="24"/>
        </w:rPr>
        <w:t xml:space="preserve"> termen de </w:t>
      </w:r>
      <w:proofErr w:type="spellStart"/>
      <w:r w:rsidRPr="004B020D">
        <w:rPr>
          <w:rFonts w:ascii="Times New Roman" w:hAnsi="Times New Roman" w:cs="Times New Roman"/>
          <w:color w:val="000000"/>
          <w:sz w:val="22"/>
          <w:szCs w:val="24"/>
        </w:rPr>
        <w:t>remediere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atunci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când</w:t>
      </w:r>
      <w:proofErr w:type="spellEnd"/>
      <w:r w:rsidRPr="004B020D">
        <w:rPr>
          <w:rFonts w:ascii="Times New Roman" w:hAnsi="Times New Roman" w:cs="Times New Roman"/>
          <w:color w:val="000000"/>
          <w:sz w:val="22"/>
          <w:szCs w:val="24"/>
        </w:rPr>
        <w:t xml:space="preserve"> natura </w:t>
      </w:r>
      <w:proofErr w:type="spellStart"/>
      <w:r w:rsidRPr="004B020D">
        <w:rPr>
          <w:rFonts w:ascii="Times New Roman" w:hAnsi="Times New Roman" w:cs="Times New Roman"/>
          <w:color w:val="000000"/>
          <w:sz w:val="22"/>
          <w:szCs w:val="24"/>
        </w:rPr>
        <w:t>încălcării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permite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w:t>
      </w:r>
    </w:p>
    <w:p w14:paraId="3C25031F" w14:textId="77777777" w:rsidR="00B57445" w:rsidRPr="004B020D" w:rsidRDefault="002941E6" w:rsidP="004B020D">
      <w:pPr>
        <w:pStyle w:val="Listparagraf"/>
        <w:numPr>
          <w:ilvl w:val="0"/>
          <w:numId w:val="12"/>
        </w:numPr>
        <w:rPr>
          <w:rFonts w:ascii="Times New Roman" w:hAnsi="Times New Roman" w:cs="Times New Roman"/>
          <w:sz w:val="24"/>
          <w:szCs w:val="24"/>
        </w:rPr>
      </w:pPr>
      <w:r w:rsidRPr="004B020D">
        <w:rPr>
          <w:rFonts w:ascii="Times New Roman" w:hAnsi="Times New Roman" w:cs="Times New Roman"/>
          <w:color w:val="000000"/>
          <w:sz w:val="22"/>
          <w:szCs w:val="24"/>
        </w:rPr>
        <w:t xml:space="preserve">nu </w:t>
      </w:r>
      <w:proofErr w:type="spellStart"/>
      <w:r w:rsidRPr="004B020D">
        <w:rPr>
          <w:rFonts w:ascii="Times New Roman" w:hAnsi="Times New Roman" w:cs="Times New Roman"/>
          <w:color w:val="000000"/>
          <w:sz w:val="22"/>
          <w:szCs w:val="24"/>
        </w:rPr>
        <w:t>livrează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termen </w:t>
      </w:r>
      <w:proofErr w:type="spellStart"/>
      <w:r w:rsidRPr="004B020D">
        <w:rPr>
          <w:rFonts w:ascii="Times New Roman" w:hAnsi="Times New Roman" w:cs="Times New Roman"/>
          <w:color w:val="000000"/>
          <w:sz w:val="22"/>
          <w:szCs w:val="24"/>
        </w:rPr>
        <w:t>ori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evident </w:t>
      </w:r>
      <w:proofErr w:type="spellStart"/>
      <w:r w:rsidRPr="004B020D">
        <w:rPr>
          <w:rFonts w:ascii="Times New Roman" w:hAnsi="Times New Roman" w:cs="Times New Roman"/>
          <w:color w:val="000000"/>
          <w:sz w:val="22"/>
          <w:szCs w:val="24"/>
        </w:rPr>
        <w:t>că</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finaliza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termenul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impus</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finanțare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cazul</w:t>
      </w:r>
      <w:proofErr w:type="spellEnd"/>
      <w:r w:rsidRPr="004B020D">
        <w:rPr>
          <w:rFonts w:ascii="Times New Roman" w:hAnsi="Times New Roman" w:cs="Times New Roman"/>
          <w:color w:val="000000"/>
          <w:sz w:val="22"/>
          <w:szCs w:val="24"/>
        </w:rPr>
        <w:t>;</w:t>
      </w:r>
    </w:p>
    <w:p w14:paraId="72F58277" w14:textId="77777777" w:rsidR="00B57445" w:rsidRPr="004B020D" w:rsidRDefault="002941E6" w:rsidP="004B020D">
      <w:pPr>
        <w:pStyle w:val="Listparagraf"/>
        <w:numPr>
          <w:ilvl w:val="0"/>
          <w:numId w:val="12"/>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livrează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Produse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neconforme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nu le </w:t>
      </w:r>
      <w:proofErr w:type="spellStart"/>
      <w:r w:rsidRPr="004B020D">
        <w:rPr>
          <w:rFonts w:ascii="Times New Roman" w:hAnsi="Times New Roman" w:cs="Times New Roman"/>
          <w:color w:val="000000"/>
          <w:sz w:val="22"/>
          <w:szCs w:val="24"/>
        </w:rPr>
        <w:t>înlocuiește</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remediază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termen;</w:t>
      </w:r>
    </w:p>
    <w:p w14:paraId="4F9B1700" w14:textId="77777777" w:rsidR="00B57445" w:rsidRPr="004B020D" w:rsidRDefault="002941E6" w:rsidP="004B020D">
      <w:pPr>
        <w:pStyle w:val="Listparagraf"/>
        <w:numPr>
          <w:ilvl w:val="0"/>
          <w:numId w:val="12"/>
        </w:numPr>
        <w:rPr>
          <w:rFonts w:ascii="Times New Roman" w:hAnsi="Times New Roman" w:cs="Times New Roman"/>
          <w:sz w:val="24"/>
          <w:szCs w:val="24"/>
        </w:rPr>
      </w:pPr>
      <w:proofErr w:type="spellStart"/>
      <w:r>
        <w:rPr>
          <w:rFonts w:ascii="Times New Roman" w:hAnsi="Times New Roman"/>
          <w:color w:val="000000"/>
          <w:sz w:val="22"/>
        </w:rPr>
        <w:t>diminuează</w:t>
      </w:r>
      <w:proofErr w:type="spellEnd"/>
      <w:r>
        <w:rPr>
          <w:rFonts w:ascii="Times New Roman" w:hAnsi="Times New Roman"/>
          <w:color w:val="000000"/>
          <w:sz w:val="22"/>
        </w:rPr>
        <w:t xml:space="preserve"> o </w:t>
      </w:r>
      <w:proofErr w:type="spellStart"/>
      <w:r>
        <w:rPr>
          <w:rFonts w:ascii="Times New Roman" w:hAnsi="Times New Roman"/>
          <w:color w:val="000000"/>
          <w:sz w:val="22"/>
        </w:rPr>
        <w:t>caracteristică</w:t>
      </w:r>
      <w:proofErr w:type="spellEnd"/>
      <w:r>
        <w:rPr>
          <w:rFonts w:ascii="Times New Roman" w:hAnsi="Times New Roman"/>
          <w:color w:val="000000"/>
          <w:sz w:val="22"/>
        </w:rPr>
        <w:t xml:space="preserve"> </w:t>
      </w:r>
      <w:proofErr w:type="spellStart"/>
      <w:r>
        <w:rPr>
          <w:rFonts w:ascii="Times New Roman" w:hAnsi="Times New Roman"/>
          <w:color w:val="000000"/>
          <w:sz w:val="22"/>
        </w:rPr>
        <w:t>tehnică</w:t>
      </w:r>
      <w:proofErr w:type="spellEnd"/>
      <w:r>
        <w:rPr>
          <w:rFonts w:ascii="Times New Roman" w:hAnsi="Times New Roman"/>
          <w:color w:val="000000"/>
          <w:sz w:val="22"/>
        </w:rPr>
        <w:t xml:space="preserve"> </w:t>
      </w:r>
      <w:proofErr w:type="spellStart"/>
      <w:r>
        <w:rPr>
          <w:rFonts w:ascii="Times New Roman" w:hAnsi="Times New Roman"/>
          <w:color w:val="000000"/>
          <w:sz w:val="22"/>
        </w:rPr>
        <w:t>minimă</w:t>
      </w:r>
      <w:proofErr w:type="spellEnd"/>
      <w:r>
        <w:rPr>
          <w:rFonts w:ascii="Times New Roman" w:hAnsi="Times New Roman"/>
          <w:color w:val="000000"/>
          <w:sz w:val="22"/>
        </w:rPr>
        <w:t xml:space="preserve">, o </w:t>
      </w:r>
      <w:proofErr w:type="spellStart"/>
      <w:r>
        <w:rPr>
          <w:rFonts w:ascii="Times New Roman" w:hAnsi="Times New Roman"/>
          <w:color w:val="000000"/>
          <w:sz w:val="22"/>
        </w:rPr>
        <w:t>caracteristică</w:t>
      </w:r>
      <w:proofErr w:type="spellEnd"/>
      <w:r>
        <w:rPr>
          <w:rFonts w:ascii="Times New Roman" w:hAnsi="Times New Roman"/>
          <w:color w:val="000000"/>
          <w:sz w:val="22"/>
        </w:rPr>
        <w:t xml:space="preserve"> </w:t>
      </w:r>
      <w:proofErr w:type="spellStart"/>
      <w:r>
        <w:rPr>
          <w:rFonts w:ascii="Times New Roman" w:hAnsi="Times New Roman"/>
          <w:color w:val="000000"/>
          <w:sz w:val="22"/>
        </w:rPr>
        <w:t>concretă</w:t>
      </w:r>
      <w:proofErr w:type="spellEnd"/>
      <w:r>
        <w:rPr>
          <w:rFonts w:ascii="Times New Roman" w:hAnsi="Times New Roman"/>
          <w:color w:val="000000"/>
          <w:sz w:val="22"/>
        </w:rPr>
        <w:t xml:space="preserve"> </w:t>
      </w:r>
      <w:proofErr w:type="spellStart"/>
      <w:r>
        <w:rPr>
          <w:rFonts w:ascii="Times New Roman" w:hAnsi="Times New Roman"/>
          <w:color w:val="000000"/>
          <w:sz w:val="22"/>
        </w:rPr>
        <w:t>asumată</w:t>
      </w:r>
      <w:proofErr w:type="spellEnd"/>
      <w:r>
        <w:rPr>
          <w:rFonts w:ascii="Times New Roman" w:hAnsi="Times New Roman"/>
          <w:color w:val="000000"/>
          <w:sz w:val="22"/>
        </w:rPr>
        <w:t xml:space="preserve"> </w:t>
      </w:r>
      <w:proofErr w:type="spellStart"/>
      <w:r>
        <w:rPr>
          <w:rFonts w:ascii="Times New Roman" w:hAnsi="Times New Roman"/>
          <w:color w:val="000000"/>
          <w:sz w:val="22"/>
        </w:rPr>
        <w:t>prin</w:t>
      </w:r>
      <w:proofErr w:type="spellEnd"/>
      <w:r>
        <w:rPr>
          <w:rFonts w:ascii="Times New Roman" w:hAnsi="Times New Roman"/>
          <w:color w:val="000000"/>
          <w:sz w:val="22"/>
        </w:rPr>
        <w:t xml:space="preserve"> </w:t>
      </w:r>
      <w:proofErr w:type="spellStart"/>
      <w:r>
        <w:rPr>
          <w:rFonts w:ascii="Times New Roman" w:hAnsi="Times New Roman"/>
          <w:color w:val="000000"/>
          <w:sz w:val="22"/>
        </w:rPr>
        <w:t>Ofertă</w:t>
      </w:r>
      <w:proofErr w:type="spellEnd"/>
      <w:r>
        <w:rPr>
          <w:rFonts w:ascii="Times New Roman" w:hAnsi="Times New Roman"/>
          <w:color w:val="000000"/>
          <w:sz w:val="22"/>
        </w:rPr>
        <w:t xml:space="preserve"> </w:t>
      </w:r>
      <w:proofErr w:type="spellStart"/>
      <w:r>
        <w:rPr>
          <w:rFonts w:ascii="Times New Roman" w:hAnsi="Times New Roman"/>
          <w:color w:val="000000"/>
          <w:sz w:val="22"/>
        </w:rPr>
        <w:t>sau</w:t>
      </w:r>
      <w:proofErr w:type="spellEnd"/>
      <w:r>
        <w:rPr>
          <w:rFonts w:ascii="Times New Roman" w:hAnsi="Times New Roman"/>
          <w:color w:val="000000"/>
          <w:sz w:val="22"/>
        </w:rPr>
        <w:t xml:space="preserve"> </w:t>
      </w:r>
      <w:proofErr w:type="spellStart"/>
      <w:r>
        <w:rPr>
          <w:rFonts w:ascii="Times New Roman" w:hAnsi="Times New Roman"/>
          <w:color w:val="000000"/>
          <w:sz w:val="22"/>
        </w:rPr>
        <w:t>afectează</w:t>
      </w:r>
      <w:proofErr w:type="spellEnd"/>
      <w:r>
        <w:rPr>
          <w:rFonts w:ascii="Times New Roman" w:hAnsi="Times New Roman"/>
          <w:color w:val="000000"/>
          <w:sz w:val="22"/>
        </w:rPr>
        <w:t xml:space="preserve"> </w:t>
      </w:r>
      <w:proofErr w:type="spellStart"/>
      <w:r>
        <w:rPr>
          <w:rFonts w:ascii="Times New Roman" w:hAnsi="Times New Roman"/>
          <w:color w:val="000000"/>
          <w:sz w:val="22"/>
        </w:rPr>
        <w:t>eligibilitatea</w:t>
      </w:r>
      <w:proofErr w:type="spellEnd"/>
      <w:r>
        <w:rPr>
          <w:rFonts w:ascii="Times New Roman" w:hAnsi="Times New Roman"/>
          <w:color w:val="000000"/>
          <w:sz w:val="22"/>
        </w:rPr>
        <w:t xml:space="preserve"> AFM;</w:t>
      </w:r>
    </w:p>
    <w:p w14:paraId="0BCE39F0" w14:textId="77777777" w:rsidR="00B57445" w:rsidRPr="004B020D" w:rsidRDefault="002941E6" w:rsidP="004B020D">
      <w:pPr>
        <w:pStyle w:val="Listparagraf"/>
        <w:numPr>
          <w:ilvl w:val="0"/>
          <w:numId w:val="12"/>
        </w:numPr>
        <w:rPr>
          <w:rFonts w:ascii="Times New Roman" w:hAnsi="Times New Roman" w:cs="Times New Roman"/>
          <w:sz w:val="24"/>
          <w:szCs w:val="24"/>
        </w:rPr>
      </w:pPr>
      <w:r w:rsidRPr="004B020D">
        <w:rPr>
          <w:rFonts w:ascii="Times New Roman" w:hAnsi="Times New Roman" w:cs="Times New Roman"/>
          <w:color w:val="000000"/>
          <w:sz w:val="22"/>
          <w:szCs w:val="24"/>
        </w:rPr>
        <w:t xml:space="preserve">nu </w:t>
      </w:r>
      <w:proofErr w:type="spellStart"/>
      <w:r w:rsidRPr="004B020D">
        <w:rPr>
          <w:rFonts w:ascii="Times New Roman" w:hAnsi="Times New Roman" w:cs="Times New Roman"/>
          <w:color w:val="000000"/>
          <w:sz w:val="22"/>
          <w:szCs w:val="24"/>
        </w:rPr>
        <w:t>constituie</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menține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ori</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reîntregește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garanția</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bună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execuție</w:t>
      </w:r>
      <w:proofErr w:type="spellEnd"/>
      <w:r w:rsidRPr="004B020D">
        <w:rPr>
          <w:rFonts w:ascii="Times New Roman" w:hAnsi="Times New Roman" w:cs="Times New Roman"/>
          <w:color w:val="000000"/>
          <w:sz w:val="22"/>
          <w:szCs w:val="24"/>
        </w:rPr>
        <w:t>;</w:t>
      </w:r>
    </w:p>
    <w:p w14:paraId="019164FD" w14:textId="77777777" w:rsidR="00B57445" w:rsidRPr="004B020D" w:rsidRDefault="002941E6" w:rsidP="004B020D">
      <w:pPr>
        <w:pStyle w:val="Listparagraf"/>
        <w:numPr>
          <w:ilvl w:val="0"/>
          <w:numId w:val="12"/>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subcontractează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cesionează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înlocuiește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persoane</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operatori</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încălcarea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w:t>
      </w:r>
    </w:p>
    <w:p w14:paraId="41DBE53F" w14:textId="77777777" w:rsidR="00B57445" w:rsidRPr="004B020D" w:rsidRDefault="002941E6" w:rsidP="004B020D">
      <w:pPr>
        <w:pStyle w:val="Listparagraf"/>
        <w:numPr>
          <w:ilvl w:val="0"/>
          <w:numId w:val="12"/>
        </w:numPr>
        <w:rPr>
          <w:rFonts w:ascii="Times New Roman" w:hAnsi="Times New Roman" w:cs="Times New Roman"/>
          <w:sz w:val="24"/>
          <w:szCs w:val="24"/>
        </w:rPr>
      </w:pPr>
      <w:proofErr w:type="spellStart"/>
      <w:r>
        <w:rPr>
          <w:rFonts w:ascii="Times New Roman" w:hAnsi="Times New Roman"/>
          <w:color w:val="000000"/>
          <w:sz w:val="22"/>
        </w:rPr>
        <w:t>își</w:t>
      </w:r>
      <w:proofErr w:type="spellEnd"/>
      <w:r>
        <w:rPr>
          <w:rFonts w:ascii="Times New Roman" w:hAnsi="Times New Roman"/>
          <w:color w:val="000000"/>
          <w:sz w:val="22"/>
        </w:rPr>
        <w:t xml:space="preserve"> </w:t>
      </w:r>
      <w:proofErr w:type="spellStart"/>
      <w:r>
        <w:rPr>
          <w:rFonts w:ascii="Times New Roman" w:hAnsi="Times New Roman"/>
          <w:color w:val="000000"/>
          <w:sz w:val="22"/>
        </w:rPr>
        <w:t>pierde</w:t>
      </w:r>
      <w:proofErr w:type="spellEnd"/>
      <w:r>
        <w:rPr>
          <w:rFonts w:ascii="Times New Roman" w:hAnsi="Times New Roman"/>
          <w:color w:val="000000"/>
          <w:sz w:val="22"/>
        </w:rPr>
        <w:t xml:space="preserve"> </w:t>
      </w:r>
      <w:proofErr w:type="spellStart"/>
      <w:r>
        <w:rPr>
          <w:rFonts w:ascii="Times New Roman" w:hAnsi="Times New Roman"/>
          <w:color w:val="000000"/>
          <w:sz w:val="22"/>
        </w:rPr>
        <w:t>eligibilitatea</w:t>
      </w:r>
      <w:proofErr w:type="spellEnd"/>
      <w:r>
        <w:rPr>
          <w:rFonts w:ascii="Times New Roman" w:hAnsi="Times New Roman"/>
          <w:color w:val="000000"/>
          <w:sz w:val="22"/>
        </w:rPr>
        <w:t xml:space="preserve"> </w:t>
      </w:r>
      <w:proofErr w:type="spellStart"/>
      <w:r>
        <w:rPr>
          <w:rFonts w:ascii="Times New Roman" w:hAnsi="Times New Roman"/>
          <w:color w:val="000000"/>
          <w:sz w:val="22"/>
        </w:rPr>
        <w:t>ori</w:t>
      </w:r>
      <w:proofErr w:type="spellEnd"/>
      <w:r>
        <w:rPr>
          <w:rFonts w:ascii="Times New Roman" w:hAnsi="Times New Roman"/>
          <w:color w:val="000000"/>
          <w:sz w:val="22"/>
        </w:rPr>
        <w:t xml:space="preserve"> </w:t>
      </w:r>
      <w:proofErr w:type="spellStart"/>
      <w:r>
        <w:rPr>
          <w:rFonts w:ascii="Times New Roman" w:hAnsi="Times New Roman"/>
          <w:color w:val="000000"/>
          <w:sz w:val="22"/>
        </w:rPr>
        <w:t>capacitatea</w:t>
      </w:r>
      <w:proofErr w:type="spellEnd"/>
      <w:r>
        <w:rPr>
          <w:rFonts w:ascii="Times New Roman" w:hAnsi="Times New Roman"/>
          <w:color w:val="000000"/>
          <w:sz w:val="22"/>
        </w:rPr>
        <w:t xml:space="preserve"> de a </w:t>
      </w:r>
      <w:proofErr w:type="spellStart"/>
      <w:r>
        <w:rPr>
          <w:rFonts w:ascii="Times New Roman" w:hAnsi="Times New Roman"/>
          <w:color w:val="000000"/>
          <w:sz w:val="22"/>
        </w:rPr>
        <w:t>realiza</w:t>
      </w:r>
      <w:proofErr w:type="spellEnd"/>
      <w:r>
        <w:rPr>
          <w:rFonts w:ascii="Times New Roman" w:hAnsi="Times New Roman"/>
          <w:color w:val="000000"/>
          <w:sz w:val="22"/>
        </w:rPr>
        <w:t xml:space="preserve"> </w:t>
      </w:r>
      <w:proofErr w:type="spellStart"/>
      <w:r>
        <w:rPr>
          <w:rFonts w:ascii="Times New Roman" w:hAnsi="Times New Roman"/>
          <w:color w:val="000000"/>
          <w:sz w:val="22"/>
        </w:rPr>
        <w:t>operațiunile</w:t>
      </w:r>
      <w:proofErr w:type="spellEnd"/>
      <w:r>
        <w:rPr>
          <w:rFonts w:ascii="Times New Roman" w:hAnsi="Times New Roman"/>
          <w:color w:val="000000"/>
          <w:sz w:val="22"/>
        </w:rPr>
        <w:t xml:space="preserve"> </w:t>
      </w:r>
      <w:proofErr w:type="spellStart"/>
      <w:r>
        <w:rPr>
          <w:rFonts w:ascii="Times New Roman" w:hAnsi="Times New Roman"/>
          <w:color w:val="000000"/>
          <w:sz w:val="22"/>
        </w:rPr>
        <w:t>aferente</w:t>
      </w:r>
      <w:proofErr w:type="spellEnd"/>
      <w:r>
        <w:rPr>
          <w:rFonts w:ascii="Times New Roman" w:hAnsi="Times New Roman"/>
          <w:color w:val="000000"/>
          <w:sz w:val="22"/>
        </w:rPr>
        <w:t xml:space="preserve"> </w:t>
      </w:r>
      <w:proofErr w:type="spellStart"/>
      <w:r>
        <w:rPr>
          <w:rFonts w:ascii="Times New Roman" w:hAnsi="Times New Roman"/>
          <w:color w:val="000000"/>
          <w:sz w:val="22"/>
        </w:rPr>
        <w:t>Programului</w:t>
      </w:r>
      <w:proofErr w:type="spellEnd"/>
      <w:r>
        <w:rPr>
          <w:rFonts w:ascii="Times New Roman" w:hAnsi="Times New Roman"/>
          <w:color w:val="000000"/>
          <w:sz w:val="22"/>
        </w:rPr>
        <w:t xml:space="preserve"> AFM </w:t>
      </w:r>
      <w:proofErr w:type="spellStart"/>
      <w:r>
        <w:rPr>
          <w:rFonts w:ascii="Times New Roman" w:hAnsi="Times New Roman"/>
          <w:color w:val="000000"/>
          <w:sz w:val="22"/>
        </w:rPr>
        <w:t>sau</w:t>
      </w:r>
      <w:proofErr w:type="spellEnd"/>
      <w:r>
        <w:rPr>
          <w:rFonts w:ascii="Times New Roman" w:hAnsi="Times New Roman"/>
          <w:color w:val="000000"/>
          <w:sz w:val="22"/>
        </w:rPr>
        <w:t xml:space="preserve">, din motive </w:t>
      </w:r>
      <w:proofErr w:type="spellStart"/>
      <w:r>
        <w:rPr>
          <w:rFonts w:ascii="Times New Roman" w:hAnsi="Times New Roman"/>
          <w:color w:val="000000"/>
          <w:sz w:val="22"/>
        </w:rPr>
        <w:t>imputabile</w:t>
      </w:r>
      <w:proofErr w:type="spellEnd"/>
      <w:r>
        <w:rPr>
          <w:rFonts w:ascii="Times New Roman" w:hAnsi="Times New Roman"/>
          <w:color w:val="000000"/>
          <w:sz w:val="22"/>
        </w:rPr>
        <w:t xml:space="preserve">, </w:t>
      </w:r>
      <w:proofErr w:type="spellStart"/>
      <w:r>
        <w:rPr>
          <w:rFonts w:ascii="Times New Roman" w:hAnsi="Times New Roman"/>
          <w:color w:val="000000"/>
          <w:sz w:val="22"/>
        </w:rPr>
        <w:t>împiedică</w:t>
      </w:r>
      <w:proofErr w:type="spellEnd"/>
      <w:r>
        <w:rPr>
          <w:rFonts w:ascii="Times New Roman" w:hAnsi="Times New Roman"/>
          <w:color w:val="000000"/>
          <w:sz w:val="22"/>
        </w:rPr>
        <w:t xml:space="preserve"> </w:t>
      </w:r>
      <w:proofErr w:type="spellStart"/>
      <w:r>
        <w:rPr>
          <w:rFonts w:ascii="Times New Roman" w:hAnsi="Times New Roman"/>
          <w:color w:val="000000"/>
          <w:sz w:val="22"/>
        </w:rPr>
        <w:t>aplicarea</w:t>
      </w:r>
      <w:proofErr w:type="spellEnd"/>
      <w:r>
        <w:rPr>
          <w:rFonts w:ascii="Times New Roman" w:hAnsi="Times New Roman"/>
          <w:color w:val="000000"/>
          <w:sz w:val="22"/>
        </w:rPr>
        <w:t>/</w:t>
      </w:r>
      <w:proofErr w:type="spellStart"/>
      <w:r>
        <w:rPr>
          <w:rFonts w:ascii="Times New Roman" w:hAnsi="Times New Roman"/>
          <w:color w:val="000000"/>
          <w:sz w:val="22"/>
        </w:rPr>
        <w:t>decontarea</w:t>
      </w:r>
      <w:proofErr w:type="spellEnd"/>
      <w:r>
        <w:rPr>
          <w:rFonts w:ascii="Times New Roman" w:hAnsi="Times New Roman"/>
          <w:color w:val="000000"/>
          <w:sz w:val="22"/>
        </w:rPr>
        <w:t xml:space="preserve"> </w:t>
      </w:r>
      <w:proofErr w:type="spellStart"/>
      <w:r>
        <w:rPr>
          <w:rFonts w:ascii="Times New Roman" w:hAnsi="Times New Roman"/>
          <w:color w:val="000000"/>
          <w:sz w:val="22"/>
        </w:rPr>
        <w:t>ecotichetelor</w:t>
      </w:r>
      <w:proofErr w:type="spellEnd"/>
      <w:r>
        <w:rPr>
          <w:rFonts w:ascii="Times New Roman" w:hAnsi="Times New Roman"/>
          <w:color w:val="000000"/>
          <w:sz w:val="22"/>
        </w:rPr>
        <w:t>;</w:t>
      </w:r>
    </w:p>
    <w:p w14:paraId="2BF68997" w14:textId="77777777" w:rsidR="00B57445" w:rsidRPr="004B020D" w:rsidRDefault="002941E6" w:rsidP="004B020D">
      <w:pPr>
        <w:pStyle w:val="Listparagraf"/>
        <w:numPr>
          <w:ilvl w:val="0"/>
          <w:numId w:val="12"/>
        </w:numPr>
        <w:rPr>
          <w:rFonts w:ascii="Times New Roman" w:hAnsi="Times New Roman" w:cs="Times New Roman"/>
          <w:sz w:val="24"/>
          <w:szCs w:val="24"/>
        </w:rPr>
      </w:pPr>
      <w:r w:rsidRPr="004B020D">
        <w:rPr>
          <w:rFonts w:ascii="Times New Roman" w:hAnsi="Times New Roman" w:cs="Times New Roman"/>
          <w:color w:val="000000"/>
          <w:sz w:val="22"/>
          <w:szCs w:val="24"/>
        </w:rPr>
        <w:t xml:space="preserve">se </w:t>
      </w:r>
      <w:proofErr w:type="spellStart"/>
      <w:r w:rsidRPr="004B020D">
        <w:rPr>
          <w:rFonts w:ascii="Times New Roman" w:hAnsi="Times New Roman" w:cs="Times New Roman"/>
          <w:color w:val="000000"/>
          <w:sz w:val="22"/>
          <w:szCs w:val="24"/>
        </w:rPr>
        <w:t>afla</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atribuire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într</w:t>
      </w:r>
      <w:proofErr w:type="spellEnd"/>
      <w:r w:rsidRPr="004B020D">
        <w:rPr>
          <w:rFonts w:ascii="Times New Roman" w:hAnsi="Times New Roman" w:cs="Times New Roman"/>
          <w:color w:val="000000"/>
          <w:sz w:val="22"/>
          <w:szCs w:val="24"/>
        </w:rPr>
        <w:t xml:space="preserve">-o </w:t>
      </w:r>
      <w:proofErr w:type="spellStart"/>
      <w:r w:rsidRPr="004B020D">
        <w:rPr>
          <w:rFonts w:ascii="Times New Roman" w:hAnsi="Times New Roman" w:cs="Times New Roman"/>
          <w:color w:val="000000"/>
          <w:sz w:val="22"/>
          <w:szCs w:val="24"/>
        </w:rPr>
        <w:t>situație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excludere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fost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atribuit</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încălcarea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gravă</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dreptului</w:t>
      </w:r>
      <w:proofErr w:type="spellEnd"/>
      <w:r w:rsidRPr="004B020D">
        <w:rPr>
          <w:rFonts w:ascii="Times New Roman" w:hAnsi="Times New Roman" w:cs="Times New Roman"/>
          <w:color w:val="000000"/>
          <w:sz w:val="22"/>
          <w:szCs w:val="24"/>
        </w:rPr>
        <w:t xml:space="preserve"> UE;</w:t>
      </w:r>
    </w:p>
    <w:p w14:paraId="2C0933C8" w14:textId="77777777" w:rsidR="00B57445" w:rsidRPr="004B020D" w:rsidRDefault="002941E6" w:rsidP="004B020D">
      <w:pPr>
        <w:pStyle w:val="Listparagraf"/>
        <w:numPr>
          <w:ilvl w:val="0"/>
          <w:numId w:val="12"/>
        </w:numPr>
        <w:rPr>
          <w:rFonts w:ascii="Times New Roman" w:hAnsi="Times New Roman" w:cs="Times New Roman"/>
          <w:sz w:val="24"/>
          <w:szCs w:val="24"/>
        </w:rPr>
      </w:pPr>
      <w:proofErr w:type="spellStart"/>
      <w:r w:rsidRPr="004B020D">
        <w:rPr>
          <w:rFonts w:ascii="Times New Roman" w:hAnsi="Times New Roman" w:cs="Times New Roman"/>
          <w:color w:val="000000"/>
          <w:sz w:val="22"/>
          <w:szCs w:val="24"/>
        </w:rPr>
        <w:t>săvârșește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fraude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nereguli</w:t>
      </w:r>
      <w:proofErr w:type="spellEnd"/>
      <w:r w:rsidRPr="004B020D">
        <w:rPr>
          <w:rFonts w:ascii="Times New Roman" w:hAnsi="Times New Roman" w:cs="Times New Roman"/>
          <w:color w:val="000000"/>
          <w:sz w:val="22"/>
          <w:szCs w:val="24"/>
        </w:rPr>
        <w:t xml:space="preserve"> grave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acte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corupție</w:t>
      </w:r>
      <w:proofErr w:type="spellEnd"/>
      <w:r w:rsidRPr="004B020D">
        <w:rPr>
          <w:rFonts w:ascii="Times New Roman" w:hAnsi="Times New Roman" w:cs="Times New Roman"/>
          <w:color w:val="000000"/>
          <w:sz w:val="22"/>
          <w:szCs w:val="24"/>
        </w:rPr>
        <w:t>.</w:t>
      </w:r>
    </w:p>
    <w:p w14:paraId="781455E5"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24.3. </w:t>
      </w:r>
      <w:proofErr w:type="spellStart"/>
      <w:r w:rsidRPr="004B020D">
        <w:rPr>
          <w:rFonts w:ascii="Times New Roman" w:hAnsi="Times New Roman" w:cs="Times New Roman"/>
          <w:b/>
          <w:color w:val="000000"/>
          <w:sz w:val="22"/>
          <w:szCs w:val="24"/>
        </w:rPr>
        <w:t>În</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caz</w:t>
      </w:r>
      <w:proofErr w:type="spellEnd"/>
      <w:r w:rsidRPr="004B020D">
        <w:rPr>
          <w:rFonts w:ascii="Times New Roman" w:hAnsi="Times New Roman" w:cs="Times New Roman"/>
          <w:b/>
          <w:color w:val="000000"/>
          <w:sz w:val="22"/>
          <w:szCs w:val="24"/>
        </w:rPr>
        <w:t xml:space="preserve"> de </w:t>
      </w:r>
      <w:proofErr w:type="spellStart"/>
      <w:r w:rsidRPr="004B020D">
        <w:rPr>
          <w:rFonts w:ascii="Times New Roman" w:hAnsi="Times New Roman" w:cs="Times New Roman"/>
          <w:b/>
          <w:color w:val="000000"/>
          <w:sz w:val="22"/>
          <w:szCs w:val="24"/>
        </w:rPr>
        <w:t>încetare</w:t>
      </w:r>
      <w:proofErr w:type="spellEnd"/>
      <w:r w:rsidRPr="004B020D">
        <w:rPr>
          <w:rFonts w:ascii="Times New Roman" w:hAnsi="Times New Roman" w:cs="Times New Roman"/>
          <w:b/>
          <w:color w:val="000000"/>
          <w:sz w:val="22"/>
          <w:szCs w:val="24"/>
        </w:rPr>
        <w:t xml:space="preserve"> din culpa </w:t>
      </w:r>
      <w:proofErr w:type="spellStart"/>
      <w:r w:rsidRPr="004B020D">
        <w:rPr>
          <w:rFonts w:ascii="Times New Roman" w:hAnsi="Times New Roman" w:cs="Times New Roman"/>
          <w:b/>
          <w:color w:val="000000"/>
          <w:sz w:val="22"/>
          <w:szCs w:val="24"/>
        </w:rPr>
        <w:t>Contractantului</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Autoritatea</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poate</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executa</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garanția</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aplica</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penalitățile</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și</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solicita</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prejudiciul</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inclusiv</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consecințele</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asupra</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finanțării</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dacă</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este</w:t>
      </w:r>
      <w:proofErr w:type="spellEnd"/>
      <w:r w:rsidRPr="004B020D">
        <w:rPr>
          <w:rFonts w:ascii="Times New Roman" w:hAnsi="Times New Roman" w:cs="Times New Roman"/>
          <w:b/>
          <w:color w:val="000000"/>
          <w:sz w:val="22"/>
          <w:szCs w:val="24"/>
        </w:rPr>
        <w:t xml:space="preserve"> </w:t>
      </w:r>
      <w:proofErr w:type="spellStart"/>
      <w:r w:rsidRPr="004B020D">
        <w:rPr>
          <w:rFonts w:ascii="Times New Roman" w:hAnsi="Times New Roman" w:cs="Times New Roman"/>
          <w:b/>
          <w:color w:val="000000"/>
          <w:sz w:val="22"/>
          <w:szCs w:val="24"/>
        </w:rPr>
        <w:t>cazul</w:t>
      </w:r>
      <w:proofErr w:type="spellEnd"/>
      <w:r w:rsidRPr="004B020D">
        <w:rPr>
          <w:rFonts w:ascii="Times New Roman" w:hAnsi="Times New Roman" w:cs="Times New Roman"/>
          <w:b/>
          <w:color w:val="000000"/>
          <w:sz w:val="22"/>
          <w:szCs w:val="24"/>
        </w:rPr>
        <w:t>.</w:t>
      </w:r>
    </w:p>
    <w:p w14:paraId="3F303504"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24.4. </w:t>
      </w:r>
      <w:proofErr w:type="spellStart"/>
      <w:r w:rsidRPr="004B020D">
        <w:rPr>
          <w:rFonts w:ascii="Times New Roman" w:hAnsi="Times New Roman" w:cs="Times New Roman"/>
          <w:color w:val="000000"/>
          <w:sz w:val="22"/>
          <w:szCs w:val="24"/>
        </w:rPr>
        <w:t>Autoritatea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denunța</w:t>
      </w:r>
      <w:proofErr w:type="spellEnd"/>
      <w:r w:rsidRPr="004B020D">
        <w:rPr>
          <w:rFonts w:ascii="Times New Roman" w:hAnsi="Times New Roman" w:cs="Times New Roman"/>
          <w:color w:val="000000"/>
          <w:sz w:val="22"/>
          <w:szCs w:val="24"/>
        </w:rPr>
        <w:t xml:space="preserve"> unilateral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condițiile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expres</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permise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lege</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notificare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scrisă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are </w:t>
      </w:r>
      <w:proofErr w:type="spellStart"/>
      <w:r w:rsidRPr="004B020D">
        <w:rPr>
          <w:rFonts w:ascii="Times New Roman" w:hAnsi="Times New Roman" w:cs="Times New Roman"/>
          <w:color w:val="000000"/>
          <w:sz w:val="22"/>
          <w:szCs w:val="24"/>
        </w:rPr>
        <w:t>dreptul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plata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Produselor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conforme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recepționate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până</w:t>
      </w:r>
      <w:proofErr w:type="spellEnd"/>
      <w:r w:rsidRPr="004B020D">
        <w:rPr>
          <w:rFonts w:ascii="Times New Roman" w:hAnsi="Times New Roman" w:cs="Times New Roman"/>
          <w:color w:val="000000"/>
          <w:sz w:val="22"/>
          <w:szCs w:val="24"/>
        </w:rPr>
        <w:t xml:space="preserve"> la data </w:t>
      </w:r>
      <w:proofErr w:type="spellStart"/>
      <w:r w:rsidRPr="004B020D">
        <w:rPr>
          <w:rFonts w:ascii="Times New Roman" w:hAnsi="Times New Roman" w:cs="Times New Roman"/>
          <w:color w:val="000000"/>
          <w:sz w:val="22"/>
          <w:szCs w:val="24"/>
        </w:rPr>
        <w:t>încetării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drepturile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recunoscute</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lege</w:t>
      </w:r>
      <w:proofErr w:type="spellEnd"/>
      <w:r w:rsidRPr="004B020D">
        <w:rPr>
          <w:rFonts w:ascii="Times New Roman" w:hAnsi="Times New Roman" w:cs="Times New Roman"/>
          <w:color w:val="000000"/>
          <w:sz w:val="22"/>
          <w:szCs w:val="24"/>
        </w:rPr>
        <w:t>.</w:t>
      </w:r>
    </w:p>
    <w:p w14:paraId="376EB9FD"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lastRenderedPageBreak/>
        <w:t xml:space="preserve">24.5. </w:t>
      </w:r>
      <w:proofErr w:type="spellStart"/>
      <w:r w:rsidRPr="004B020D">
        <w:rPr>
          <w:rFonts w:ascii="Times New Roman" w:hAnsi="Times New Roman" w:cs="Times New Roman"/>
          <w:color w:val="000000"/>
          <w:sz w:val="22"/>
          <w:szCs w:val="24"/>
        </w:rPr>
        <w:t>Clauzele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privind</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răspunderea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confidențialitatea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garanțiile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litigiile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recuperarea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sumelor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supraviețuiesc</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încetării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potrivit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naturii</w:t>
      </w:r>
      <w:proofErr w:type="spellEnd"/>
      <w:r w:rsidRPr="004B020D">
        <w:rPr>
          <w:rFonts w:ascii="Times New Roman" w:hAnsi="Times New Roman" w:cs="Times New Roman"/>
          <w:color w:val="000000"/>
          <w:sz w:val="22"/>
          <w:szCs w:val="24"/>
        </w:rPr>
        <w:t xml:space="preserve"> lor.</w:t>
      </w:r>
    </w:p>
    <w:p w14:paraId="2DE1E917"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25 – INSOLVENȚĂ ȘI FALIMENT</w:t>
      </w:r>
    </w:p>
    <w:p w14:paraId="4EB7EA73"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25.1.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notifică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Autoritatea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maximum 3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de la </w:t>
      </w:r>
      <w:proofErr w:type="spellStart"/>
      <w:r w:rsidRPr="004B020D">
        <w:rPr>
          <w:rFonts w:ascii="Times New Roman" w:hAnsi="Times New Roman" w:cs="Times New Roman"/>
          <w:color w:val="000000"/>
          <w:sz w:val="22"/>
          <w:szCs w:val="24"/>
        </w:rPr>
        <w:t>deschiderea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unei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proceduri</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insolvență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prezintă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maximum 15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impactul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asupra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executării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măsurile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propuse</w:t>
      </w:r>
      <w:proofErr w:type="spellEnd"/>
      <w:r w:rsidRPr="004B020D">
        <w:rPr>
          <w:rFonts w:ascii="Times New Roman" w:hAnsi="Times New Roman" w:cs="Times New Roman"/>
          <w:color w:val="000000"/>
          <w:sz w:val="22"/>
          <w:szCs w:val="24"/>
        </w:rPr>
        <w:t>.</w:t>
      </w:r>
    </w:p>
    <w:p w14:paraId="00AA287B"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25.2. </w:t>
      </w:r>
      <w:proofErr w:type="spellStart"/>
      <w:r w:rsidRPr="004B020D">
        <w:rPr>
          <w:rFonts w:ascii="Times New Roman" w:hAnsi="Times New Roman" w:cs="Times New Roman"/>
          <w:color w:val="000000"/>
          <w:sz w:val="22"/>
          <w:szCs w:val="24"/>
        </w:rPr>
        <w:t>Măsurile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propuse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produc</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efecte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după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acceptarea</w:t>
      </w:r>
      <w:proofErr w:type="spellEnd"/>
      <w:r w:rsidRPr="004B020D">
        <w:rPr>
          <w:rFonts w:ascii="Times New Roman" w:hAnsi="Times New Roman" w:cs="Times New Roman"/>
          <w:color w:val="000000"/>
          <w:sz w:val="22"/>
          <w:szCs w:val="24"/>
        </w:rPr>
        <w:t xml:space="preserve"> lor </w:t>
      </w:r>
      <w:proofErr w:type="spellStart"/>
      <w:r w:rsidRPr="004B020D">
        <w:rPr>
          <w:rFonts w:ascii="Times New Roman" w:hAnsi="Times New Roman" w:cs="Times New Roman"/>
          <w:color w:val="000000"/>
          <w:sz w:val="22"/>
          <w:szCs w:val="24"/>
        </w:rPr>
        <w:t>scrisă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numai</w:t>
      </w:r>
      <w:proofErr w:type="spellEnd"/>
      <w:r w:rsidRPr="004B020D">
        <w:rPr>
          <w:rFonts w:ascii="Times New Roman" w:hAnsi="Times New Roman" w:cs="Times New Roman"/>
          <w:color w:val="000000"/>
          <w:sz w:val="22"/>
          <w:szCs w:val="24"/>
        </w:rPr>
        <w:t xml:space="preserve"> cu </w:t>
      </w:r>
      <w:proofErr w:type="spellStart"/>
      <w:r w:rsidRPr="004B020D">
        <w:rPr>
          <w:rFonts w:ascii="Times New Roman" w:hAnsi="Times New Roman" w:cs="Times New Roman"/>
          <w:color w:val="000000"/>
          <w:sz w:val="22"/>
          <w:szCs w:val="24"/>
        </w:rPr>
        <w:t>respectarea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legislației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achizițiilor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publice</w:t>
      </w:r>
      <w:proofErr w:type="spellEnd"/>
      <w:r w:rsidRPr="004B020D">
        <w:rPr>
          <w:rFonts w:ascii="Times New Roman" w:hAnsi="Times New Roman" w:cs="Times New Roman"/>
          <w:color w:val="000000"/>
          <w:sz w:val="22"/>
          <w:szCs w:val="24"/>
        </w:rPr>
        <w:t>.</w:t>
      </w:r>
    </w:p>
    <w:p w14:paraId="1ADF9CF9"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26 – CONTROL, AUDIT ȘI PĂSTRAREA DOCUMENTELOR</w:t>
      </w:r>
    </w:p>
    <w:p w14:paraId="0F95CF55"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26.1. </w:t>
      </w:r>
      <w:proofErr w:type="spellStart"/>
      <w:r>
        <w:rPr>
          <w:rFonts w:ascii="Times New Roman" w:hAnsi="Times New Roman"/>
          <w:color w:val="000000"/>
          <w:sz w:val="22"/>
        </w:rPr>
        <w:t>Contractantul</w:t>
      </w:r>
      <w:proofErr w:type="spellEnd"/>
      <w:r>
        <w:rPr>
          <w:rFonts w:ascii="Times New Roman" w:hAnsi="Times New Roman"/>
          <w:color w:val="000000"/>
          <w:sz w:val="22"/>
        </w:rPr>
        <w:t xml:space="preserve"> </w:t>
      </w:r>
      <w:proofErr w:type="spellStart"/>
      <w:r>
        <w:rPr>
          <w:rFonts w:ascii="Times New Roman" w:hAnsi="Times New Roman"/>
          <w:color w:val="000000"/>
          <w:sz w:val="22"/>
        </w:rPr>
        <w:t>permite</w:t>
      </w:r>
      <w:proofErr w:type="spellEnd"/>
      <w:r>
        <w:rPr>
          <w:rFonts w:ascii="Times New Roman" w:hAnsi="Times New Roman"/>
          <w:color w:val="000000"/>
          <w:sz w:val="22"/>
        </w:rPr>
        <w:t xml:space="preserve"> </w:t>
      </w:r>
      <w:proofErr w:type="spellStart"/>
      <w:r>
        <w:rPr>
          <w:rFonts w:ascii="Times New Roman" w:hAnsi="Times New Roman"/>
          <w:color w:val="000000"/>
          <w:sz w:val="22"/>
        </w:rPr>
        <w:t>verificările</w:t>
      </w:r>
      <w:proofErr w:type="spellEnd"/>
      <w:r>
        <w:rPr>
          <w:rFonts w:ascii="Times New Roman" w:hAnsi="Times New Roman"/>
          <w:color w:val="000000"/>
          <w:sz w:val="22"/>
        </w:rPr>
        <w:t xml:space="preserve"> </w:t>
      </w:r>
      <w:proofErr w:type="spellStart"/>
      <w:r>
        <w:rPr>
          <w:rFonts w:ascii="Times New Roman" w:hAnsi="Times New Roman"/>
          <w:color w:val="000000"/>
          <w:sz w:val="22"/>
        </w:rPr>
        <w:t>Autorității</w:t>
      </w:r>
      <w:proofErr w:type="spellEnd"/>
      <w:r>
        <w:rPr>
          <w:rFonts w:ascii="Times New Roman" w:hAnsi="Times New Roman"/>
          <w:color w:val="000000"/>
          <w:sz w:val="22"/>
        </w:rPr>
        <w:t xml:space="preserve">, ale </w:t>
      </w:r>
      <w:proofErr w:type="spellStart"/>
      <w:r>
        <w:rPr>
          <w:rFonts w:ascii="Times New Roman" w:hAnsi="Times New Roman"/>
          <w:color w:val="000000"/>
          <w:sz w:val="22"/>
        </w:rPr>
        <w:t>Administrației</w:t>
      </w:r>
      <w:proofErr w:type="spellEnd"/>
      <w:r>
        <w:rPr>
          <w:rFonts w:ascii="Times New Roman" w:hAnsi="Times New Roman"/>
          <w:color w:val="000000"/>
          <w:sz w:val="22"/>
        </w:rPr>
        <w:t xml:space="preserve"> </w:t>
      </w:r>
      <w:proofErr w:type="spellStart"/>
      <w:r>
        <w:rPr>
          <w:rFonts w:ascii="Times New Roman" w:hAnsi="Times New Roman"/>
          <w:color w:val="000000"/>
          <w:sz w:val="22"/>
        </w:rPr>
        <w:t>Fondului</w:t>
      </w:r>
      <w:proofErr w:type="spellEnd"/>
      <w:r>
        <w:rPr>
          <w:rFonts w:ascii="Times New Roman" w:hAnsi="Times New Roman"/>
          <w:color w:val="000000"/>
          <w:sz w:val="22"/>
        </w:rPr>
        <w:t xml:space="preserve"> </w:t>
      </w:r>
      <w:proofErr w:type="spellStart"/>
      <w:r>
        <w:rPr>
          <w:rFonts w:ascii="Times New Roman" w:hAnsi="Times New Roman"/>
          <w:color w:val="000000"/>
          <w:sz w:val="22"/>
        </w:rPr>
        <w:t>pentru</w:t>
      </w:r>
      <w:proofErr w:type="spellEnd"/>
      <w:r>
        <w:rPr>
          <w:rFonts w:ascii="Times New Roman" w:hAnsi="Times New Roman"/>
          <w:color w:val="000000"/>
          <w:sz w:val="22"/>
        </w:rPr>
        <w:t xml:space="preserve"> </w:t>
      </w:r>
      <w:proofErr w:type="spellStart"/>
      <w:r>
        <w:rPr>
          <w:rFonts w:ascii="Times New Roman" w:hAnsi="Times New Roman"/>
          <w:color w:val="000000"/>
          <w:sz w:val="22"/>
        </w:rPr>
        <w:t>Mediu</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ale </w:t>
      </w:r>
      <w:proofErr w:type="spellStart"/>
      <w:r>
        <w:rPr>
          <w:rFonts w:ascii="Times New Roman" w:hAnsi="Times New Roman"/>
          <w:color w:val="000000"/>
          <w:sz w:val="22"/>
        </w:rPr>
        <w:t>celorlalte</w:t>
      </w:r>
      <w:proofErr w:type="spellEnd"/>
      <w:r>
        <w:rPr>
          <w:rFonts w:ascii="Times New Roman" w:hAnsi="Times New Roman"/>
          <w:color w:val="000000"/>
          <w:sz w:val="22"/>
        </w:rPr>
        <w:t xml:space="preserve"> </w:t>
      </w:r>
      <w:proofErr w:type="spellStart"/>
      <w:r>
        <w:rPr>
          <w:rFonts w:ascii="Times New Roman" w:hAnsi="Times New Roman"/>
          <w:color w:val="000000"/>
          <w:sz w:val="22"/>
        </w:rPr>
        <w:t>organe</w:t>
      </w:r>
      <w:proofErr w:type="spellEnd"/>
      <w:r>
        <w:rPr>
          <w:rFonts w:ascii="Times New Roman" w:hAnsi="Times New Roman"/>
          <w:color w:val="000000"/>
          <w:sz w:val="22"/>
        </w:rPr>
        <w:t xml:space="preserve"> de control </w:t>
      </w:r>
      <w:proofErr w:type="spellStart"/>
      <w:r>
        <w:rPr>
          <w:rFonts w:ascii="Times New Roman" w:hAnsi="Times New Roman"/>
          <w:color w:val="000000"/>
          <w:sz w:val="22"/>
        </w:rPr>
        <w:t>competente</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furnizează</w:t>
      </w:r>
      <w:proofErr w:type="spellEnd"/>
      <w:r>
        <w:rPr>
          <w:rFonts w:ascii="Times New Roman" w:hAnsi="Times New Roman"/>
          <w:color w:val="000000"/>
          <w:sz w:val="22"/>
        </w:rPr>
        <w:t xml:space="preserve">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w:t>
      </w:r>
      <w:proofErr w:type="spellStart"/>
      <w:r>
        <w:rPr>
          <w:rFonts w:ascii="Times New Roman" w:hAnsi="Times New Roman"/>
          <w:color w:val="000000"/>
          <w:sz w:val="22"/>
        </w:rPr>
        <w:t>privind</w:t>
      </w:r>
      <w:proofErr w:type="spellEnd"/>
      <w:r>
        <w:rPr>
          <w:rFonts w:ascii="Times New Roman" w:hAnsi="Times New Roman"/>
          <w:color w:val="000000"/>
          <w:sz w:val="22"/>
        </w:rPr>
        <w:t xml:space="preserve"> </w:t>
      </w:r>
      <w:proofErr w:type="spellStart"/>
      <w:r>
        <w:rPr>
          <w:rFonts w:ascii="Times New Roman" w:hAnsi="Times New Roman"/>
          <w:color w:val="000000"/>
          <w:sz w:val="22"/>
        </w:rPr>
        <w:t>executarea</w:t>
      </w:r>
      <w:proofErr w:type="spellEnd"/>
      <w:r>
        <w:rPr>
          <w:rFonts w:ascii="Times New Roman" w:hAnsi="Times New Roman"/>
          <w:color w:val="000000"/>
          <w:sz w:val="22"/>
        </w:rPr>
        <w:t xml:space="preserve"> </w:t>
      </w:r>
      <w:proofErr w:type="spellStart"/>
      <w:r>
        <w:rPr>
          <w:rFonts w:ascii="Times New Roman" w:hAnsi="Times New Roman"/>
          <w:color w:val="000000"/>
          <w:sz w:val="22"/>
        </w:rPr>
        <w:t>Contractului</w:t>
      </w:r>
      <w:proofErr w:type="spellEnd"/>
      <w:r>
        <w:rPr>
          <w:rFonts w:ascii="Times New Roman" w:hAnsi="Times New Roman"/>
          <w:color w:val="000000"/>
          <w:sz w:val="22"/>
        </w:rPr>
        <w:t xml:space="preserve">, </w:t>
      </w:r>
      <w:proofErr w:type="spellStart"/>
      <w:r>
        <w:rPr>
          <w:rFonts w:ascii="Times New Roman" w:hAnsi="Times New Roman"/>
          <w:color w:val="000000"/>
          <w:sz w:val="22"/>
        </w:rPr>
        <w:t>eligibilitatea</w:t>
      </w:r>
      <w:proofErr w:type="spellEnd"/>
      <w:r>
        <w:rPr>
          <w:rFonts w:ascii="Times New Roman" w:hAnsi="Times New Roman"/>
          <w:color w:val="000000"/>
          <w:sz w:val="22"/>
        </w:rPr>
        <w:t xml:space="preserve"> </w:t>
      </w:r>
      <w:proofErr w:type="spellStart"/>
      <w:r>
        <w:rPr>
          <w:rFonts w:ascii="Times New Roman" w:hAnsi="Times New Roman"/>
          <w:color w:val="000000"/>
          <w:sz w:val="22"/>
        </w:rPr>
        <w:t>vehiculelor</w:t>
      </w:r>
      <w:proofErr w:type="spellEnd"/>
      <w:r>
        <w:rPr>
          <w:rFonts w:ascii="Times New Roman" w:hAnsi="Times New Roman"/>
          <w:color w:val="000000"/>
          <w:sz w:val="22"/>
        </w:rPr>
        <w:t xml:space="preserve">, </w:t>
      </w:r>
      <w:proofErr w:type="spellStart"/>
      <w:r>
        <w:rPr>
          <w:rFonts w:ascii="Times New Roman" w:hAnsi="Times New Roman"/>
          <w:color w:val="000000"/>
          <w:sz w:val="22"/>
        </w:rPr>
        <w:t>aplicarea</w:t>
      </w:r>
      <w:proofErr w:type="spellEnd"/>
      <w:r>
        <w:rPr>
          <w:rFonts w:ascii="Times New Roman" w:hAnsi="Times New Roman"/>
          <w:color w:val="000000"/>
          <w:sz w:val="22"/>
        </w:rPr>
        <w:t>/</w:t>
      </w:r>
      <w:proofErr w:type="spellStart"/>
      <w:r>
        <w:rPr>
          <w:rFonts w:ascii="Times New Roman" w:hAnsi="Times New Roman"/>
          <w:color w:val="000000"/>
          <w:sz w:val="22"/>
        </w:rPr>
        <w:t>decontarea</w:t>
      </w:r>
      <w:proofErr w:type="spellEnd"/>
      <w:r>
        <w:rPr>
          <w:rFonts w:ascii="Times New Roman" w:hAnsi="Times New Roman"/>
          <w:color w:val="000000"/>
          <w:sz w:val="22"/>
        </w:rPr>
        <w:t xml:space="preserve"> </w:t>
      </w:r>
      <w:proofErr w:type="spellStart"/>
      <w:r>
        <w:rPr>
          <w:rFonts w:ascii="Times New Roman" w:hAnsi="Times New Roman"/>
          <w:color w:val="000000"/>
          <w:sz w:val="22"/>
        </w:rPr>
        <w:t>ecotichetelor</w:t>
      </w:r>
      <w:proofErr w:type="spellEnd"/>
      <w:r>
        <w:rPr>
          <w:rFonts w:ascii="Times New Roman" w:hAnsi="Times New Roman"/>
          <w:color w:val="000000"/>
          <w:sz w:val="22"/>
        </w:rPr>
        <w:t xml:space="preserve">, </w:t>
      </w:r>
      <w:proofErr w:type="spellStart"/>
      <w:r>
        <w:rPr>
          <w:rFonts w:ascii="Times New Roman" w:hAnsi="Times New Roman"/>
          <w:color w:val="000000"/>
          <w:sz w:val="22"/>
        </w:rPr>
        <w:t>facturarea</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w:t>
      </w:r>
      <w:proofErr w:type="spellStart"/>
      <w:r>
        <w:rPr>
          <w:rFonts w:ascii="Times New Roman" w:hAnsi="Times New Roman"/>
          <w:color w:val="000000"/>
          <w:sz w:val="22"/>
        </w:rPr>
        <w:t>garanțiile</w:t>
      </w:r>
      <w:proofErr w:type="spellEnd"/>
      <w:r>
        <w:rPr>
          <w:rFonts w:ascii="Times New Roman" w:hAnsi="Times New Roman"/>
          <w:color w:val="000000"/>
          <w:sz w:val="22"/>
        </w:rPr>
        <w:t>.</w:t>
      </w:r>
    </w:p>
    <w:p w14:paraId="013FAAD0" w14:textId="77777777" w:rsidR="00B57445" w:rsidRPr="004B020D" w:rsidRDefault="002941E6">
      <w:pPr>
        <w:ind w:left="369" w:hanging="369"/>
        <w:rPr>
          <w:rFonts w:ascii="Times New Roman" w:hAnsi="Times New Roman" w:cs="Times New Roman"/>
          <w:sz w:val="24"/>
          <w:szCs w:val="24"/>
        </w:rPr>
      </w:pPr>
      <w:r>
        <w:rPr>
          <w:rFonts w:ascii="Times New Roman" w:hAnsi="Times New Roman"/>
          <w:color w:val="000000"/>
          <w:sz w:val="22"/>
        </w:rPr>
        <w:t xml:space="preserve">26.2. </w:t>
      </w:r>
      <w:proofErr w:type="spellStart"/>
      <w:r>
        <w:rPr>
          <w:rFonts w:ascii="Times New Roman" w:hAnsi="Times New Roman"/>
          <w:color w:val="000000"/>
          <w:sz w:val="22"/>
        </w:rPr>
        <w:t>Documentele</w:t>
      </w:r>
      <w:proofErr w:type="spellEnd"/>
      <w:r>
        <w:rPr>
          <w:rFonts w:ascii="Times New Roman" w:hAnsi="Times New Roman"/>
          <w:color w:val="000000"/>
          <w:sz w:val="22"/>
        </w:rPr>
        <w:t xml:space="preserve"> se </w:t>
      </w:r>
      <w:proofErr w:type="spellStart"/>
      <w:r>
        <w:rPr>
          <w:rFonts w:ascii="Times New Roman" w:hAnsi="Times New Roman"/>
          <w:color w:val="000000"/>
          <w:sz w:val="22"/>
        </w:rPr>
        <w:t>păstrează</w:t>
      </w:r>
      <w:proofErr w:type="spellEnd"/>
      <w:r>
        <w:rPr>
          <w:rFonts w:ascii="Times New Roman" w:hAnsi="Times New Roman"/>
          <w:color w:val="000000"/>
          <w:sz w:val="22"/>
        </w:rPr>
        <w:t xml:space="preserve"> pe </w:t>
      </w:r>
      <w:proofErr w:type="spellStart"/>
      <w:r>
        <w:rPr>
          <w:rFonts w:ascii="Times New Roman" w:hAnsi="Times New Roman"/>
          <w:color w:val="000000"/>
          <w:sz w:val="22"/>
        </w:rPr>
        <w:t>perioada</w:t>
      </w:r>
      <w:proofErr w:type="spellEnd"/>
      <w:r>
        <w:rPr>
          <w:rFonts w:ascii="Times New Roman" w:hAnsi="Times New Roman"/>
          <w:color w:val="000000"/>
          <w:sz w:val="22"/>
        </w:rPr>
        <w:t xml:space="preserve"> </w:t>
      </w:r>
      <w:proofErr w:type="spellStart"/>
      <w:r>
        <w:rPr>
          <w:rFonts w:ascii="Times New Roman" w:hAnsi="Times New Roman"/>
          <w:color w:val="000000"/>
          <w:sz w:val="22"/>
        </w:rPr>
        <w:t>impusă</w:t>
      </w:r>
      <w:proofErr w:type="spellEnd"/>
      <w:r>
        <w:rPr>
          <w:rFonts w:ascii="Times New Roman" w:hAnsi="Times New Roman"/>
          <w:color w:val="000000"/>
          <w:sz w:val="22"/>
        </w:rPr>
        <w:t xml:space="preserve"> de </w:t>
      </w:r>
      <w:proofErr w:type="spellStart"/>
      <w:r>
        <w:rPr>
          <w:rFonts w:ascii="Times New Roman" w:hAnsi="Times New Roman"/>
          <w:color w:val="000000"/>
          <w:sz w:val="22"/>
        </w:rPr>
        <w:t>legislația</w:t>
      </w:r>
      <w:proofErr w:type="spellEnd"/>
      <w:r>
        <w:rPr>
          <w:rFonts w:ascii="Times New Roman" w:hAnsi="Times New Roman"/>
          <w:color w:val="000000"/>
          <w:sz w:val="22"/>
        </w:rPr>
        <w:t xml:space="preserve"> </w:t>
      </w:r>
      <w:proofErr w:type="spellStart"/>
      <w:r>
        <w:rPr>
          <w:rFonts w:ascii="Times New Roman" w:hAnsi="Times New Roman"/>
          <w:color w:val="000000"/>
          <w:sz w:val="22"/>
        </w:rPr>
        <w:t>achizițiilor</w:t>
      </w:r>
      <w:proofErr w:type="spellEnd"/>
      <w:r>
        <w:rPr>
          <w:rFonts w:ascii="Times New Roman" w:hAnsi="Times New Roman"/>
          <w:color w:val="000000"/>
          <w:sz w:val="22"/>
        </w:rPr>
        <w:t xml:space="preserve"> </w:t>
      </w:r>
      <w:proofErr w:type="spellStart"/>
      <w:r>
        <w:rPr>
          <w:rFonts w:ascii="Times New Roman" w:hAnsi="Times New Roman"/>
          <w:color w:val="000000"/>
          <w:sz w:val="22"/>
        </w:rPr>
        <w:t>publice</w:t>
      </w:r>
      <w:proofErr w:type="spellEnd"/>
      <w:r>
        <w:rPr>
          <w:rFonts w:ascii="Times New Roman" w:hAnsi="Times New Roman"/>
          <w:color w:val="000000"/>
          <w:sz w:val="22"/>
        </w:rPr>
        <w:t xml:space="preserve">, </w:t>
      </w:r>
      <w:proofErr w:type="spellStart"/>
      <w:r>
        <w:rPr>
          <w:rFonts w:ascii="Times New Roman" w:hAnsi="Times New Roman"/>
          <w:color w:val="000000"/>
          <w:sz w:val="22"/>
        </w:rPr>
        <w:t>fiscală</w:t>
      </w:r>
      <w:proofErr w:type="spellEnd"/>
      <w:r>
        <w:rPr>
          <w:rFonts w:ascii="Times New Roman" w:hAnsi="Times New Roman"/>
          <w:color w:val="000000"/>
          <w:sz w:val="22"/>
        </w:rPr>
        <w:t xml:space="preserve"> </w:t>
      </w:r>
      <w:proofErr w:type="spellStart"/>
      <w:r>
        <w:rPr>
          <w:rFonts w:ascii="Times New Roman" w:hAnsi="Times New Roman"/>
          <w:color w:val="000000"/>
          <w:sz w:val="22"/>
        </w:rPr>
        <w:t>și</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 xml:space="preserve">, precum </w:t>
      </w:r>
      <w:proofErr w:type="spellStart"/>
      <w:r>
        <w:rPr>
          <w:rFonts w:ascii="Times New Roman" w:hAnsi="Times New Roman"/>
          <w:color w:val="000000"/>
          <w:sz w:val="22"/>
        </w:rPr>
        <w:t>și</w:t>
      </w:r>
      <w:proofErr w:type="spellEnd"/>
      <w:r>
        <w:rPr>
          <w:rFonts w:ascii="Times New Roman" w:hAnsi="Times New Roman"/>
          <w:color w:val="000000"/>
          <w:sz w:val="22"/>
        </w:rPr>
        <w:t xml:space="preserve"> de </w:t>
      </w:r>
      <w:proofErr w:type="spellStart"/>
      <w:r>
        <w:rPr>
          <w:rFonts w:ascii="Times New Roman" w:hAnsi="Times New Roman"/>
          <w:color w:val="000000"/>
          <w:sz w:val="22"/>
        </w:rPr>
        <w:t>Contractul</w:t>
      </w:r>
      <w:proofErr w:type="spellEnd"/>
      <w:r>
        <w:rPr>
          <w:rFonts w:ascii="Times New Roman" w:hAnsi="Times New Roman"/>
          <w:color w:val="000000"/>
          <w:sz w:val="22"/>
        </w:rPr>
        <w:t xml:space="preserve"> de </w:t>
      </w:r>
      <w:proofErr w:type="spellStart"/>
      <w:r>
        <w:rPr>
          <w:rFonts w:ascii="Times New Roman" w:hAnsi="Times New Roman"/>
          <w:color w:val="000000"/>
          <w:sz w:val="22"/>
        </w:rPr>
        <w:t>finanțare</w:t>
      </w:r>
      <w:proofErr w:type="spellEnd"/>
      <w:r>
        <w:rPr>
          <w:rFonts w:ascii="Times New Roman" w:hAnsi="Times New Roman"/>
          <w:color w:val="000000"/>
          <w:sz w:val="22"/>
        </w:rPr>
        <w:t>/</w:t>
      </w:r>
      <w:proofErr w:type="spellStart"/>
      <w:r>
        <w:rPr>
          <w:rFonts w:ascii="Times New Roman" w:hAnsi="Times New Roman"/>
          <w:color w:val="000000"/>
          <w:sz w:val="22"/>
        </w:rPr>
        <w:t>Ghidul</w:t>
      </w:r>
      <w:proofErr w:type="spellEnd"/>
      <w:r>
        <w:rPr>
          <w:rFonts w:ascii="Times New Roman" w:hAnsi="Times New Roman"/>
          <w:color w:val="000000"/>
          <w:sz w:val="22"/>
        </w:rPr>
        <w:t xml:space="preserve"> AFM, </w:t>
      </w:r>
      <w:proofErr w:type="spellStart"/>
      <w:r>
        <w:rPr>
          <w:rFonts w:ascii="Times New Roman" w:hAnsi="Times New Roman"/>
          <w:color w:val="000000"/>
          <w:sz w:val="22"/>
        </w:rPr>
        <w:t>aplicându</w:t>
      </w:r>
      <w:proofErr w:type="spellEnd"/>
      <w:r>
        <w:rPr>
          <w:rFonts w:ascii="Times New Roman" w:hAnsi="Times New Roman"/>
          <w:color w:val="000000"/>
          <w:sz w:val="22"/>
        </w:rPr>
        <w:t xml:space="preserve">-se </w:t>
      </w:r>
      <w:proofErr w:type="spellStart"/>
      <w:r>
        <w:rPr>
          <w:rFonts w:ascii="Times New Roman" w:hAnsi="Times New Roman"/>
          <w:color w:val="000000"/>
          <w:sz w:val="22"/>
        </w:rPr>
        <w:t>termenul</w:t>
      </w:r>
      <w:proofErr w:type="spellEnd"/>
      <w:r>
        <w:rPr>
          <w:rFonts w:ascii="Times New Roman" w:hAnsi="Times New Roman"/>
          <w:color w:val="000000"/>
          <w:sz w:val="22"/>
        </w:rPr>
        <w:t xml:space="preserve"> cel </w:t>
      </w:r>
      <w:proofErr w:type="spellStart"/>
      <w:r>
        <w:rPr>
          <w:rFonts w:ascii="Times New Roman" w:hAnsi="Times New Roman"/>
          <w:color w:val="000000"/>
          <w:sz w:val="22"/>
        </w:rPr>
        <w:t>mai</w:t>
      </w:r>
      <w:proofErr w:type="spellEnd"/>
      <w:r>
        <w:rPr>
          <w:rFonts w:ascii="Times New Roman" w:hAnsi="Times New Roman"/>
          <w:color w:val="000000"/>
          <w:sz w:val="22"/>
        </w:rPr>
        <w:t xml:space="preserve"> lung.</w:t>
      </w:r>
    </w:p>
    <w:p w14:paraId="0288AEDE"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27 – PROTECȚIA MEDIULUI, CONDIȚII SOCIALE ȘI DE MUNCĂ</w:t>
      </w:r>
    </w:p>
    <w:p w14:paraId="50A92672"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27.1. </w:t>
      </w:r>
      <w:proofErr w:type="spellStart"/>
      <w:r w:rsidRPr="004B020D">
        <w:rPr>
          <w:rFonts w:ascii="Times New Roman" w:hAnsi="Times New Roman" w:cs="Times New Roman"/>
          <w:color w:val="000000"/>
          <w:sz w:val="22"/>
          <w:szCs w:val="24"/>
        </w:rPr>
        <w:t>Contractantul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respectă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obligațiile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aplicabile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domeniul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mediului</w:t>
      </w:r>
      <w:proofErr w:type="spellEnd"/>
      <w:r w:rsidRPr="004B020D">
        <w:rPr>
          <w:rFonts w:ascii="Times New Roman" w:hAnsi="Times New Roman" w:cs="Times New Roman"/>
          <w:color w:val="000000"/>
          <w:sz w:val="22"/>
          <w:szCs w:val="24"/>
        </w:rPr>
        <w:t xml:space="preserve">, social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al </w:t>
      </w:r>
      <w:proofErr w:type="spellStart"/>
      <w:r w:rsidRPr="004B020D">
        <w:rPr>
          <w:rFonts w:ascii="Times New Roman" w:hAnsi="Times New Roman" w:cs="Times New Roman"/>
          <w:color w:val="000000"/>
          <w:sz w:val="22"/>
          <w:szCs w:val="24"/>
        </w:rPr>
        <w:t>relațiilor</w:t>
      </w:r>
      <w:proofErr w:type="spellEnd"/>
      <w:r w:rsidRPr="004B020D">
        <w:rPr>
          <w:rFonts w:ascii="Times New Roman" w:hAnsi="Times New Roman" w:cs="Times New Roman"/>
          <w:color w:val="000000"/>
          <w:sz w:val="22"/>
          <w:szCs w:val="24"/>
        </w:rPr>
        <w:t xml:space="preserve"> de </w:t>
      </w:r>
      <w:proofErr w:type="spellStart"/>
      <w:r w:rsidRPr="004B020D">
        <w:rPr>
          <w:rFonts w:ascii="Times New Roman" w:hAnsi="Times New Roman" w:cs="Times New Roman"/>
          <w:color w:val="000000"/>
          <w:sz w:val="22"/>
          <w:szCs w:val="24"/>
        </w:rPr>
        <w:t>muncă</w:t>
      </w:r>
      <w:proofErr w:type="spellEnd"/>
      <w:r w:rsidRPr="004B020D">
        <w:rPr>
          <w:rFonts w:ascii="Times New Roman" w:hAnsi="Times New Roman" w:cs="Times New Roman"/>
          <w:color w:val="000000"/>
          <w:sz w:val="22"/>
          <w:szCs w:val="24"/>
        </w:rPr>
        <w:t xml:space="preserve"> pe </w:t>
      </w:r>
      <w:proofErr w:type="spellStart"/>
      <w:r w:rsidRPr="004B020D">
        <w:rPr>
          <w:rFonts w:ascii="Times New Roman" w:hAnsi="Times New Roman" w:cs="Times New Roman"/>
          <w:color w:val="000000"/>
          <w:sz w:val="22"/>
          <w:szCs w:val="24"/>
        </w:rPr>
        <w:t>întreaga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durată</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executării</w:t>
      </w:r>
      <w:proofErr w:type="spellEnd"/>
      <w:r w:rsidRPr="004B020D">
        <w:rPr>
          <w:rFonts w:ascii="Times New Roman" w:hAnsi="Times New Roman" w:cs="Times New Roman"/>
          <w:color w:val="000000"/>
          <w:sz w:val="22"/>
          <w:szCs w:val="24"/>
        </w:rPr>
        <w:t>.</w:t>
      </w:r>
    </w:p>
    <w:p w14:paraId="0434BC0E"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27.2. </w:t>
      </w:r>
      <w:proofErr w:type="spellStart"/>
      <w:r w:rsidRPr="004B020D">
        <w:rPr>
          <w:rFonts w:ascii="Times New Roman" w:hAnsi="Times New Roman" w:cs="Times New Roman"/>
          <w:color w:val="000000"/>
          <w:sz w:val="22"/>
          <w:szCs w:val="24"/>
        </w:rPr>
        <w:t>Gestionarea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ambalajelor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eventualelor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deșeuri</w:t>
      </w:r>
      <w:proofErr w:type="spellEnd"/>
      <w:r w:rsidRPr="004B020D">
        <w:rPr>
          <w:rFonts w:ascii="Times New Roman" w:hAnsi="Times New Roman" w:cs="Times New Roman"/>
          <w:color w:val="000000"/>
          <w:sz w:val="22"/>
          <w:szCs w:val="24"/>
        </w:rPr>
        <w:t xml:space="preserve"> generate la </w:t>
      </w:r>
      <w:proofErr w:type="spellStart"/>
      <w:r w:rsidRPr="004B020D">
        <w:rPr>
          <w:rFonts w:ascii="Times New Roman" w:hAnsi="Times New Roman" w:cs="Times New Roman"/>
          <w:color w:val="000000"/>
          <w:sz w:val="22"/>
          <w:szCs w:val="24"/>
        </w:rPr>
        <w:t>livrare</w:t>
      </w:r>
      <w:proofErr w:type="spellEnd"/>
      <w:r w:rsidRPr="004B020D">
        <w:rPr>
          <w:rFonts w:ascii="Times New Roman" w:hAnsi="Times New Roman" w:cs="Times New Roman"/>
          <w:color w:val="000000"/>
          <w:sz w:val="22"/>
          <w:szCs w:val="24"/>
        </w:rPr>
        <w:t xml:space="preserve"> se </w:t>
      </w:r>
      <w:proofErr w:type="spellStart"/>
      <w:r w:rsidRPr="004B020D">
        <w:rPr>
          <w:rFonts w:ascii="Times New Roman" w:hAnsi="Times New Roman" w:cs="Times New Roman"/>
          <w:color w:val="000000"/>
          <w:sz w:val="22"/>
          <w:szCs w:val="24"/>
        </w:rPr>
        <w:t>realizează</w:t>
      </w:r>
      <w:proofErr w:type="spellEnd"/>
      <w:r w:rsidRPr="004B020D">
        <w:rPr>
          <w:rFonts w:ascii="Times New Roman" w:hAnsi="Times New Roman" w:cs="Times New Roman"/>
          <w:color w:val="000000"/>
          <w:sz w:val="22"/>
          <w:szCs w:val="24"/>
        </w:rPr>
        <w:t xml:space="preserve"> legal, </w:t>
      </w:r>
      <w:proofErr w:type="spellStart"/>
      <w:r w:rsidRPr="004B020D">
        <w:rPr>
          <w:rFonts w:ascii="Times New Roman" w:hAnsi="Times New Roman" w:cs="Times New Roman"/>
          <w:color w:val="000000"/>
          <w:sz w:val="22"/>
          <w:szCs w:val="24"/>
        </w:rPr>
        <w:t>fără</w:t>
      </w:r>
      <w:proofErr w:type="spellEnd"/>
      <w:r w:rsidRPr="004B020D">
        <w:rPr>
          <w:rFonts w:ascii="Times New Roman" w:hAnsi="Times New Roman" w:cs="Times New Roman"/>
          <w:color w:val="000000"/>
          <w:sz w:val="22"/>
          <w:szCs w:val="24"/>
        </w:rPr>
        <w:t xml:space="preserve"> cost </w:t>
      </w:r>
      <w:proofErr w:type="spellStart"/>
      <w:r w:rsidRPr="004B020D">
        <w:rPr>
          <w:rFonts w:ascii="Times New Roman" w:hAnsi="Times New Roman" w:cs="Times New Roman"/>
          <w:color w:val="000000"/>
          <w:sz w:val="22"/>
          <w:szCs w:val="24"/>
        </w:rPr>
        <w:t>suplimentar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pentru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Autoritate</w:t>
      </w:r>
      <w:proofErr w:type="spellEnd"/>
      <w:r w:rsidRPr="004B020D">
        <w:rPr>
          <w:rFonts w:ascii="Times New Roman" w:hAnsi="Times New Roman" w:cs="Times New Roman"/>
          <w:color w:val="000000"/>
          <w:sz w:val="22"/>
          <w:szCs w:val="24"/>
        </w:rPr>
        <w:t>.</w:t>
      </w:r>
    </w:p>
    <w:p w14:paraId="761F2359"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28 – LIMBA ȘI LEGEA APLICABILĂ</w:t>
      </w:r>
    </w:p>
    <w:p w14:paraId="239C0B5D"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28.1. </w:t>
      </w:r>
      <w:r w:rsidRPr="004B020D">
        <w:rPr>
          <w:rFonts w:ascii="Times New Roman" w:hAnsi="Times New Roman" w:cs="Times New Roman"/>
          <w:color w:val="000000"/>
          <w:sz w:val="22"/>
          <w:szCs w:val="24"/>
        </w:rPr>
        <w:t xml:space="preserve">Limba </w:t>
      </w:r>
      <w:proofErr w:type="spellStart"/>
      <w:r w:rsidRPr="004B020D">
        <w:rPr>
          <w:rFonts w:ascii="Times New Roman" w:hAnsi="Times New Roman" w:cs="Times New Roman"/>
          <w:color w:val="000000"/>
          <w:sz w:val="22"/>
          <w:szCs w:val="24"/>
        </w:rPr>
        <w:t>Contractului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comunicărilor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limba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română</w:t>
      </w:r>
      <w:proofErr w:type="spellEnd"/>
      <w:r w:rsidRPr="004B020D">
        <w:rPr>
          <w:rFonts w:ascii="Times New Roman" w:hAnsi="Times New Roman" w:cs="Times New Roman"/>
          <w:color w:val="000000"/>
          <w:sz w:val="22"/>
          <w:szCs w:val="24"/>
        </w:rPr>
        <w:t>.</w:t>
      </w:r>
    </w:p>
    <w:p w14:paraId="346CB658"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28.2.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este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guvernat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interpretat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potrivit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române</w:t>
      </w:r>
      <w:proofErr w:type="spellEnd"/>
      <w:r w:rsidRPr="004B020D">
        <w:rPr>
          <w:rFonts w:ascii="Times New Roman" w:hAnsi="Times New Roman" w:cs="Times New Roman"/>
          <w:color w:val="000000"/>
          <w:sz w:val="22"/>
          <w:szCs w:val="24"/>
        </w:rPr>
        <w:t>.</w:t>
      </w:r>
    </w:p>
    <w:p w14:paraId="499C135A"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29 – SOLUȚIONAREA LITIGIILOR</w:t>
      </w:r>
    </w:p>
    <w:p w14:paraId="039F452E"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29.1. </w:t>
      </w:r>
      <w:proofErr w:type="spellStart"/>
      <w:r w:rsidRPr="004B020D">
        <w:rPr>
          <w:rFonts w:ascii="Times New Roman" w:hAnsi="Times New Roman" w:cs="Times New Roman"/>
          <w:color w:val="000000"/>
          <w:sz w:val="22"/>
          <w:szCs w:val="24"/>
        </w:rPr>
        <w:t>Părțile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încearcă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soluționarea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amiabilă</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divergențelor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notificare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scrisă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negocieri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timp</w:t>
      </w:r>
      <w:proofErr w:type="spellEnd"/>
      <w:r w:rsidRPr="004B020D">
        <w:rPr>
          <w:rFonts w:ascii="Times New Roman" w:hAnsi="Times New Roman" w:cs="Times New Roman"/>
          <w:color w:val="000000"/>
          <w:sz w:val="22"/>
          <w:szCs w:val="24"/>
        </w:rPr>
        <w:t xml:space="preserve"> de 10 </w:t>
      </w:r>
      <w:proofErr w:type="spellStart"/>
      <w:r w:rsidRPr="004B020D">
        <w:rPr>
          <w:rFonts w:ascii="Times New Roman" w:hAnsi="Times New Roman" w:cs="Times New Roman"/>
          <w:color w:val="000000"/>
          <w:sz w:val="22"/>
          <w:szCs w:val="24"/>
        </w:rPr>
        <w:t>zile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lucrătoare</w:t>
      </w:r>
      <w:proofErr w:type="spellEnd"/>
      <w:r w:rsidRPr="004B020D">
        <w:rPr>
          <w:rFonts w:ascii="Times New Roman" w:hAnsi="Times New Roman" w:cs="Times New Roman"/>
          <w:color w:val="000000"/>
          <w:sz w:val="22"/>
          <w:szCs w:val="24"/>
        </w:rPr>
        <w:t>.</w:t>
      </w:r>
    </w:p>
    <w:p w14:paraId="102DB541"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29.2. </w:t>
      </w:r>
      <w:proofErr w:type="spellStart"/>
      <w:r w:rsidRPr="004B020D">
        <w:rPr>
          <w:rFonts w:ascii="Times New Roman" w:hAnsi="Times New Roman" w:cs="Times New Roman"/>
          <w:color w:val="000000"/>
          <w:sz w:val="22"/>
          <w:szCs w:val="24"/>
        </w:rPr>
        <w:t>Dacă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soluționarea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amiabilă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eșuează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litigiile</w:t>
      </w:r>
      <w:proofErr w:type="spellEnd"/>
      <w:r w:rsidRPr="004B020D">
        <w:rPr>
          <w:rFonts w:ascii="Times New Roman" w:hAnsi="Times New Roman" w:cs="Times New Roman"/>
          <w:color w:val="000000"/>
          <w:sz w:val="22"/>
          <w:szCs w:val="24"/>
        </w:rPr>
        <w:t xml:space="preserve"> sunt de </w:t>
      </w:r>
      <w:proofErr w:type="spellStart"/>
      <w:r w:rsidRPr="004B020D">
        <w:rPr>
          <w:rFonts w:ascii="Times New Roman" w:hAnsi="Times New Roman" w:cs="Times New Roman"/>
          <w:color w:val="000000"/>
          <w:sz w:val="22"/>
          <w:szCs w:val="24"/>
        </w:rPr>
        <w:t>competența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instanțelor</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judecătorești</w:t>
      </w:r>
      <w:proofErr w:type="spellEnd"/>
      <w:r w:rsidRPr="004B020D">
        <w:rPr>
          <w:rFonts w:ascii="Times New Roman" w:hAnsi="Times New Roman" w:cs="Times New Roman"/>
          <w:color w:val="000000"/>
          <w:sz w:val="22"/>
          <w:szCs w:val="24"/>
        </w:rPr>
        <w:t xml:space="preserve"> din </w:t>
      </w:r>
      <w:proofErr w:type="spellStart"/>
      <w:r w:rsidRPr="004B020D">
        <w:rPr>
          <w:rFonts w:ascii="Times New Roman" w:hAnsi="Times New Roman" w:cs="Times New Roman"/>
          <w:color w:val="000000"/>
          <w:sz w:val="22"/>
          <w:szCs w:val="24"/>
        </w:rPr>
        <w:t>România</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potrivit</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legii</w:t>
      </w:r>
      <w:proofErr w:type="spellEnd"/>
      <w:r w:rsidRPr="004B020D">
        <w:rPr>
          <w:rFonts w:ascii="Times New Roman" w:hAnsi="Times New Roman" w:cs="Times New Roman"/>
          <w:color w:val="000000"/>
          <w:sz w:val="22"/>
          <w:szCs w:val="24"/>
        </w:rPr>
        <w:t>.</w:t>
      </w:r>
    </w:p>
    <w:p w14:paraId="448F334A"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t>ART. 30 – DISPOZIȚII FINALE</w:t>
      </w:r>
    </w:p>
    <w:p w14:paraId="44AF6BF5" w14:textId="77777777" w:rsidR="00B57445" w:rsidRPr="004B020D" w:rsidRDefault="002941E6">
      <w:pPr>
        <w:ind w:left="369" w:hanging="369"/>
        <w:rPr>
          <w:rFonts w:ascii="Times New Roman" w:hAnsi="Times New Roman" w:cs="Times New Roman"/>
          <w:sz w:val="24"/>
          <w:szCs w:val="24"/>
        </w:rPr>
      </w:pP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r>
        <w:rPr>
          <w:rFonts w:ascii="Times New Roman" w:hAnsi="Times New Roman"/>
          <w:b/>
          <w:color w:val="000000"/>
          <w:sz w:val="22"/>
        </w:rPr>
        <w:t xml:space="preserve">30.1. </w:t>
      </w:r>
      <w:r>
        <w:rPr>
          <w:rFonts w:ascii="Times New Roman" w:hAnsi="Times New Roman"/>
          <w:color w:val="000000"/>
          <w:sz w:val="22"/>
        </w:rPr>
        <w:t>Contractantul declară că a analizat documentele Contractului, inclusiv condițiile Programului AFM, și că prețul, configurația ofertată și termenul permit executarea integrală a tuturor obligațiilor și decontarea finanțării în condițiile aplicabile, cu respectarea plafoanelor financiare stabilite prin documentația de atribuire și preluate în prezentul Contract.</w:t>
      </w:r>
    </w:p>
    <w:p w14:paraId="18CD7A30"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30.2. </w:t>
      </w:r>
      <w:proofErr w:type="spellStart"/>
      <w:r w:rsidRPr="004B020D">
        <w:rPr>
          <w:rFonts w:ascii="Times New Roman" w:hAnsi="Times New Roman" w:cs="Times New Roman"/>
          <w:color w:val="000000"/>
          <w:sz w:val="22"/>
          <w:szCs w:val="24"/>
        </w:rPr>
        <w:t>Nicio</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toleranță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neexercitare</w:t>
      </w:r>
      <w:proofErr w:type="spellEnd"/>
      <w:r w:rsidRPr="004B020D">
        <w:rPr>
          <w:rFonts w:ascii="Times New Roman" w:hAnsi="Times New Roman" w:cs="Times New Roman"/>
          <w:color w:val="000000"/>
          <w:sz w:val="22"/>
          <w:szCs w:val="24"/>
        </w:rPr>
        <w:t xml:space="preserve"> a </w:t>
      </w:r>
      <w:proofErr w:type="spellStart"/>
      <w:r w:rsidRPr="004B020D">
        <w:rPr>
          <w:rFonts w:ascii="Times New Roman" w:hAnsi="Times New Roman" w:cs="Times New Roman"/>
          <w:color w:val="000000"/>
          <w:sz w:val="22"/>
          <w:szCs w:val="24"/>
        </w:rPr>
        <w:t>unui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drept</w:t>
      </w:r>
      <w:proofErr w:type="spellEnd"/>
      <w:r w:rsidRPr="004B020D">
        <w:rPr>
          <w:rFonts w:ascii="Times New Roman" w:hAnsi="Times New Roman" w:cs="Times New Roman"/>
          <w:color w:val="000000"/>
          <w:sz w:val="22"/>
          <w:szCs w:val="24"/>
        </w:rPr>
        <w:t xml:space="preserve"> nu </w:t>
      </w:r>
      <w:proofErr w:type="spellStart"/>
      <w:r w:rsidRPr="004B020D">
        <w:rPr>
          <w:rFonts w:ascii="Times New Roman" w:hAnsi="Times New Roman" w:cs="Times New Roman"/>
          <w:color w:val="000000"/>
          <w:sz w:val="22"/>
          <w:szCs w:val="24"/>
        </w:rPr>
        <w:t>constituie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renunțare</w:t>
      </w:r>
      <w:proofErr w:type="spellEnd"/>
      <w:r w:rsidRPr="004B020D">
        <w:rPr>
          <w:rFonts w:ascii="Times New Roman" w:hAnsi="Times New Roman" w:cs="Times New Roman"/>
          <w:color w:val="000000"/>
          <w:sz w:val="22"/>
          <w:szCs w:val="24"/>
        </w:rPr>
        <w:t xml:space="preserve"> la </w:t>
      </w:r>
      <w:proofErr w:type="spellStart"/>
      <w:r w:rsidRPr="004B020D">
        <w:rPr>
          <w:rFonts w:ascii="Times New Roman" w:hAnsi="Times New Roman" w:cs="Times New Roman"/>
          <w:color w:val="000000"/>
          <w:sz w:val="22"/>
          <w:szCs w:val="24"/>
        </w:rPr>
        <w:t>acel</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drept</w:t>
      </w:r>
      <w:proofErr w:type="spellEnd"/>
      <w:r w:rsidRPr="004B020D">
        <w:rPr>
          <w:rFonts w:ascii="Times New Roman" w:hAnsi="Times New Roman" w:cs="Times New Roman"/>
          <w:color w:val="000000"/>
          <w:sz w:val="22"/>
          <w:szCs w:val="24"/>
        </w:rPr>
        <w:t>.</w:t>
      </w:r>
    </w:p>
    <w:p w14:paraId="1DD5314C" w14:textId="77777777" w:rsidR="00B57445" w:rsidRPr="004B020D" w:rsidRDefault="002941E6">
      <w:pPr>
        <w:ind w:left="369" w:hanging="369"/>
        <w:rPr>
          <w:rFonts w:ascii="Times New Roman" w:hAnsi="Times New Roman" w:cs="Times New Roman"/>
          <w:sz w:val="24"/>
          <w:szCs w:val="24"/>
        </w:rPr>
      </w:pPr>
      <w:r w:rsidRPr="004B020D">
        <w:rPr>
          <w:rFonts w:ascii="Times New Roman" w:hAnsi="Times New Roman" w:cs="Times New Roman"/>
          <w:b/>
          <w:color w:val="000000"/>
          <w:sz w:val="22"/>
          <w:szCs w:val="24"/>
        </w:rPr>
        <w:t xml:space="preserve">30.3. </w:t>
      </w:r>
      <w:proofErr w:type="spellStart"/>
      <w:r w:rsidRPr="004B020D">
        <w:rPr>
          <w:rFonts w:ascii="Times New Roman" w:hAnsi="Times New Roman" w:cs="Times New Roman"/>
          <w:color w:val="000000"/>
          <w:sz w:val="22"/>
          <w:szCs w:val="24"/>
        </w:rPr>
        <w:t>Contractul</w:t>
      </w:r>
      <w:proofErr w:type="spellEnd"/>
      <w:r w:rsidRPr="004B020D">
        <w:rPr>
          <w:rFonts w:ascii="Times New Roman" w:hAnsi="Times New Roman" w:cs="Times New Roman"/>
          <w:color w:val="000000"/>
          <w:sz w:val="22"/>
          <w:szCs w:val="24"/>
        </w:rPr>
        <w:t xml:space="preserve"> se </w:t>
      </w:r>
      <w:proofErr w:type="spellStart"/>
      <w:r w:rsidRPr="004B020D">
        <w:rPr>
          <w:rFonts w:ascii="Times New Roman" w:hAnsi="Times New Roman" w:cs="Times New Roman"/>
          <w:color w:val="000000"/>
          <w:sz w:val="22"/>
          <w:szCs w:val="24"/>
        </w:rPr>
        <w:t>semnează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astăzi</w:t>
      </w:r>
      <w:proofErr w:type="spellEnd"/>
      <w:r w:rsidRPr="004B020D">
        <w:rPr>
          <w:rFonts w:ascii="Times New Roman" w:hAnsi="Times New Roman" w:cs="Times New Roman"/>
          <w:color w:val="000000"/>
          <w:sz w:val="22"/>
          <w:szCs w:val="24"/>
        </w:rPr>
        <w:t xml:space="preserve">, ____________, </w:t>
      </w:r>
      <w:proofErr w:type="spellStart"/>
      <w:r w:rsidRPr="004B020D">
        <w:rPr>
          <w:rFonts w:ascii="Times New Roman" w:hAnsi="Times New Roman" w:cs="Times New Roman"/>
          <w:color w:val="000000"/>
          <w:sz w:val="22"/>
          <w:szCs w:val="24"/>
        </w:rPr>
        <w:t>în</w:t>
      </w:r>
      <w:proofErr w:type="spellEnd"/>
      <w:r w:rsidRPr="004B020D">
        <w:rPr>
          <w:rFonts w:ascii="Times New Roman" w:hAnsi="Times New Roman" w:cs="Times New Roman"/>
          <w:color w:val="000000"/>
          <w:sz w:val="22"/>
          <w:szCs w:val="24"/>
        </w:rPr>
        <w:t xml:space="preserve"> 2 </w:t>
      </w:r>
      <w:proofErr w:type="spellStart"/>
      <w:r w:rsidRPr="004B020D">
        <w:rPr>
          <w:rFonts w:ascii="Times New Roman" w:hAnsi="Times New Roman" w:cs="Times New Roman"/>
          <w:color w:val="000000"/>
          <w:sz w:val="22"/>
          <w:szCs w:val="24"/>
        </w:rPr>
        <w:t>exemplare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originale</w:t>
      </w:r>
      <w:proofErr w:type="spellEnd"/>
      <w:r w:rsidRPr="004B020D">
        <w:rPr>
          <w:rFonts w:ascii="Times New Roman" w:hAnsi="Times New Roman" w:cs="Times New Roman"/>
          <w:color w:val="000000"/>
          <w:sz w:val="22"/>
          <w:szCs w:val="24"/>
        </w:rPr>
        <w:t>/</w:t>
      </w:r>
      <w:proofErr w:type="spellStart"/>
      <w:r w:rsidRPr="004B020D">
        <w:rPr>
          <w:rFonts w:ascii="Times New Roman" w:hAnsi="Times New Roman" w:cs="Times New Roman"/>
          <w:color w:val="000000"/>
          <w:sz w:val="22"/>
          <w:szCs w:val="24"/>
        </w:rPr>
        <w:t>câte</w:t>
      </w:r>
      <w:proofErr w:type="spellEnd"/>
      <w:r w:rsidRPr="004B020D">
        <w:rPr>
          <w:rFonts w:ascii="Times New Roman" w:hAnsi="Times New Roman" w:cs="Times New Roman"/>
          <w:color w:val="000000"/>
          <w:sz w:val="22"/>
          <w:szCs w:val="24"/>
        </w:rPr>
        <w:t xml:space="preserve"> un exemplar </w:t>
      </w:r>
      <w:proofErr w:type="spellStart"/>
      <w:r w:rsidRPr="004B020D">
        <w:rPr>
          <w:rFonts w:ascii="Times New Roman" w:hAnsi="Times New Roman" w:cs="Times New Roman"/>
          <w:color w:val="000000"/>
          <w:sz w:val="22"/>
          <w:szCs w:val="24"/>
        </w:rPr>
        <w:t>pentru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fiecare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Parte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sau</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prin</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semnătură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electronică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calificată</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fiecare</w:t>
      </w:r>
      <w:proofErr w:type="spellEnd"/>
      <w:r w:rsidRPr="004B020D">
        <w:rPr>
          <w:rFonts w:ascii="Times New Roman" w:hAnsi="Times New Roman" w:cs="Times New Roman"/>
          <w:color w:val="000000"/>
          <w:sz w:val="22"/>
          <w:szCs w:val="24"/>
        </w:rPr>
        <w:t xml:space="preserve"> exemplar </w:t>
      </w:r>
      <w:proofErr w:type="spellStart"/>
      <w:r w:rsidRPr="004B020D">
        <w:rPr>
          <w:rFonts w:ascii="Times New Roman" w:hAnsi="Times New Roman" w:cs="Times New Roman"/>
          <w:color w:val="000000"/>
          <w:sz w:val="22"/>
          <w:szCs w:val="24"/>
        </w:rPr>
        <w:t>având</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aceeași</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valoare</w:t>
      </w:r>
      <w:proofErr w:type="spellEnd"/>
      <w:r w:rsidRPr="004B020D">
        <w:rPr>
          <w:rFonts w:ascii="Times New Roman" w:hAnsi="Times New Roman" w:cs="Times New Roman"/>
          <w:color w:val="000000"/>
          <w:sz w:val="22"/>
          <w:szCs w:val="24"/>
        </w:rPr>
        <w:t xml:space="preserve"> </w:t>
      </w:r>
      <w:proofErr w:type="spellStart"/>
      <w:r w:rsidRPr="004B020D">
        <w:rPr>
          <w:rFonts w:ascii="Times New Roman" w:hAnsi="Times New Roman" w:cs="Times New Roman"/>
          <w:color w:val="000000"/>
          <w:sz w:val="22"/>
          <w:szCs w:val="24"/>
        </w:rPr>
        <w:t>juridică</w:t>
      </w:r>
      <w:proofErr w:type="spellEnd"/>
      <w:r w:rsidRPr="004B020D">
        <w:rPr>
          <w:rFonts w:ascii="Times New Roman" w:hAnsi="Times New Roman" w:cs="Times New Roman"/>
          <w:color w:val="000000"/>
          <w:sz w:val="22"/>
          <w:szCs w:val="24"/>
        </w:rPr>
        <w:t>.</w:t>
      </w:r>
    </w:p>
    <w:p w14:paraId="67BC66CC" w14:textId="77777777" w:rsidR="00B57445" w:rsidRPr="004B020D" w:rsidRDefault="00B57445">
      <w:pPr>
        <w:rPr>
          <w:rFonts w:ascii="Times New Roman" w:hAnsi="Times New Roman" w:cs="Times New Roman"/>
          <w:sz w:val="24"/>
          <w:szCs w:val="24"/>
        </w:rPr>
      </w:pPr>
    </w:p>
    <w:tbl>
      <w:tblPr>
        <w:tblStyle w:val="Tabelgril"/>
        <w:tblW w:w="0" w:type="auto"/>
        <w:tblLayout w:type="fixed"/>
        <w:tblLook w:val="04A0" w:firstRow="1" w:lastRow="0" w:firstColumn="1" w:lastColumn="0" w:noHBand="0" w:noVBand="1"/>
      </w:tblPr>
      <w:tblGrid>
        <w:gridCol w:w="4762"/>
        <w:gridCol w:w="4762"/>
      </w:tblGrid>
      <w:tr w:rsidR="00B57445" w:rsidRPr="004B020D" w14:paraId="172A09A8" w14:textId="77777777" w:rsidTr="004B020D">
        <w:trPr>
          <w:cantSplit/>
        </w:trPr>
        <w:tc>
          <w:tcPr>
            <w:tcW w:w="4762" w:type="dxa"/>
          </w:tcPr>
          <w:p w14:paraId="41C09EF7" w14:textId="77777777" w:rsidR="00DB4D80" w:rsidRDefault="00000000">
            <w:pPr>
              <w:jc w:val="left"/>
            </w:pPr>
            <w:r>
              <w:rPr>
                <w:rFonts w:ascii="Times New Roman" w:hAnsi="Times New Roman"/>
                <w:color w:val="000000"/>
              </w:rPr>
              <w:t>AUTORITATEA CONTRACTANTĂ</w:t>
            </w:r>
            <w:r>
              <w:rPr>
                <w:rFonts w:ascii="Times New Roman" w:hAnsi="Times New Roman"/>
                <w:color w:val="000000"/>
              </w:rPr>
              <w:br/>
              <w:t>U.A.T. COMUNA CĂSCIOARELE</w:t>
            </w:r>
          </w:p>
        </w:tc>
        <w:tc>
          <w:tcPr>
            <w:tcW w:w="4762" w:type="dxa"/>
          </w:tcPr>
          <w:p w14:paraId="159F3111" w14:textId="08A76B7A" w:rsidR="00B57445" w:rsidRPr="004B020D" w:rsidRDefault="002941E6">
            <w:pPr>
              <w:jc w:val="left"/>
              <w:rPr>
                <w:rFonts w:ascii="Times New Roman" w:hAnsi="Times New Roman" w:cs="Times New Roman"/>
                <w:sz w:val="24"/>
                <w:szCs w:val="24"/>
              </w:rPr>
            </w:pPr>
            <w:r w:rsidRPr="004B020D">
              <w:rPr>
                <w:rFonts w:ascii="Times New Roman" w:hAnsi="Times New Roman" w:cs="Times New Roman"/>
                <w:b/>
                <w:color w:val="000000"/>
                <w:szCs w:val="24"/>
              </w:rPr>
              <w:t>CONTRACTANTUL</w:t>
            </w:r>
            <w:r w:rsidRPr="004B020D">
              <w:rPr>
                <w:rFonts w:ascii="Times New Roman" w:hAnsi="Times New Roman" w:cs="Times New Roman"/>
                <w:b/>
                <w:color w:val="000000"/>
                <w:szCs w:val="24"/>
              </w:rPr>
              <w:br/>
            </w:r>
          </w:p>
        </w:tc>
      </w:tr>
      <w:tr w:rsidR="00B57445" w:rsidRPr="004B020D" w14:paraId="619A6AC0" w14:textId="77777777" w:rsidTr="004B020D">
        <w:trPr>
          <w:cantSplit/>
        </w:trPr>
        <w:tc>
          <w:tcPr>
            <w:tcW w:w="4762" w:type="dxa"/>
          </w:tcPr>
          <w:p w14:paraId="42C13983" w14:textId="77777777" w:rsidR="00DB4D80" w:rsidRDefault="00000000">
            <w:pPr>
              <w:jc w:val="left"/>
            </w:pPr>
            <w:proofErr w:type="spellStart"/>
            <w:r>
              <w:rPr>
                <w:rFonts w:ascii="Times New Roman" w:hAnsi="Times New Roman"/>
                <w:color w:val="000000"/>
              </w:rPr>
              <w:t>Reprezentant</w:t>
            </w:r>
            <w:proofErr w:type="spellEnd"/>
            <w:r>
              <w:rPr>
                <w:rFonts w:ascii="Times New Roman" w:hAnsi="Times New Roman"/>
                <w:color w:val="000000"/>
              </w:rPr>
              <w:t xml:space="preserve"> legal:</w:t>
            </w:r>
            <w:r>
              <w:rPr>
                <w:rFonts w:ascii="Times New Roman" w:hAnsi="Times New Roman"/>
                <w:color w:val="000000"/>
              </w:rPr>
              <w:br/>
              <w:t>PRIMAR - FLORIN BORDEI</w:t>
            </w:r>
            <w:r>
              <w:rPr>
                <w:rFonts w:ascii="Times New Roman" w:hAnsi="Times New Roman"/>
                <w:color w:val="000000"/>
              </w:rPr>
              <w:br/>
            </w:r>
            <w:r>
              <w:rPr>
                <w:rFonts w:ascii="Times New Roman" w:hAnsi="Times New Roman"/>
                <w:color w:val="000000"/>
              </w:rPr>
              <w:br/>
            </w:r>
            <w:proofErr w:type="spellStart"/>
            <w:r>
              <w:rPr>
                <w:rFonts w:ascii="Times New Roman" w:hAnsi="Times New Roman"/>
                <w:color w:val="000000"/>
              </w:rPr>
              <w:t>Semnătură</w:t>
            </w:r>
            <w:proofErr w:type="spellEnd"/>
            <w:r>
              <w:rPr>
                <w:rFonts w:ascii="Times New Roman" w:hAnsi="Times New Roman"/>
                <w:color w:val="000000"/>
              </w:rPr>
              <w:t>:</w:t>
            </w:r>
            <w:r>
              <w:rPr>
                <w:rFonts w:ascii="Times New Roman" w:hAnsi="Times New Roman"/>
                <w:color w:val="000000"/>
              </w:rPr>
              <w:br/>
              <w:t>____________________</w:t>
            </w:r>
          </w:p>
        </w:tc>
        <w:tc>
          <w:tcPr>
            <w:tcW w:w="4762" w:type="dxa"/>
          </w:tcPr>
          <w:p w14:paraId="09C83B5F" w14:textId="4A9644F8"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Reprezentant</w:t>
            </w:r>
            <w:proofErr w:type="spellEnd"/>
            <w:r w:rsidRPr="004B020D">
              <w:rPr>
                <w:rFonts w:ascii="Times New Roman" w:hAnsi="Times New Roman" w:cs="Times New Roman"/>
                <w:color w:val="000000"/>
                <w:szCs w:val="24"/>
              </w:rPr>
              <w:t xml:space="preserve"> legal:</w:t>
            </w:r>
            <w:r w:rsidRPr="004B020D">
              <w:rPr>
                <w:rFonts w:ascii="Times New Roman" w:hAnsi="Times New Roman" w:cs="Times New Roman"/>
                <w:color w:val="000000"/>
                <w:szCs w:val="24"/>
              </w:rPr>
              <w:br/>
            </w:r>
            <w:r w:rsidRPr="004B020D">
              <w:rPr>
                <w:rFonts w:ascii="Times New Roman" w:hAnsi="Times New Roman" w:cs="Times New Roman"/>
                <w:color w:val="000000"/>
                <w:szCs w:val="24"/>
              </w:rPr>
              <w:br/>
            </w:r>
            <w:r w:rsidRPr="004B020D">
              <w:rPr>
                <w:rFonts w:ascii="Times New Roman" w:hAnsi="Times New Roman" w:cs="Times New Roman"/>
                <w:color w:val="000000"/>
                <w:szCs w:val="24"/>
              </w:rPr>
              <w:br/>
            </w:r>
            <w:proofErr w:type="spellStart"/>
            <w:r w:rsidRPr="004B020D">
              <w:rPr>
                <w:rFonts w:ascii="Times New Roman" w:hAnsi="Times New Roman" w:cs="Times New Roman"/>
                <w:color w:val="000000"/>
                <w:szCs w:val="24"/>
              </w:rPr>
              <w:t>Semnătură</w:t>
            </w:r>
            <w:proofErr w:type="spellEnd"/>
            <w:r w:rsidRPr="004B020D">
              <w:rPr>
                <w:rFonts w:ascii="Times New Roman" w:hAnsi="Times New Roman" w:cs="Times New Roman"/>
                <w:color w:val="000000"/>
                <w:szCs w:val="24"/>
              </w:rPr>
              <w:t>:</w:t>
            </w:r>
            <w:r w:rsidRPr="004B020D">
              <w:rPr>
                <w:rFonts w:ascii="Times New Roman" w:hAnsi="Times New Roman" w:cs="Times New Roman"/>
                <w:color w:val="000000"/>
                <w:szCs w:val="24"/>
              </w:rPr>
              <w:br/>
            </w:r>
          </w:p>
        </w:tc>
      </w:tr>
      <w:tr w:rsidR="00B57445" w:rsidRPr="004B020D" w14:paraId="04BAEE88" w14:textId="77777777" w:rsidTr="004B020D">
        <w:trPr>
          <w:cantSplit/>
        </w:trPr>
        <w:tc>
          <w:tcPr>
            <w:tcW w:w="4762" w:type="dxa"/>
          </w:tcPr>
          <w:p w14:paraId="7BFE2D46" w14:textId="251F9BF2"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Responsabil</w:t>
            </w:r>
            <w:proofErr w:type="spellEnd"/>
            <w:r w:rsidRPr="004B020D">
              <w:rPr>
                <w:rFonts w:ascii="Times New Roman" w:hAnsi="Times New Roman" w:cs="Times New Roman"/>
                <w:color w:val="000000"/>
                <w:szCs w:val="24"/>
              </w:rPr>
              <w:t xml:space="preserve"> economic/</w:t>
            </w:r>
            <w:proofErr w:type="spellStart"/>
            <w:r w:rsidRPr="004B020D">
              <w:rPr>
                <w:rFonts w:ascii="Times New Roman" w:hAnsi="Times New Roman" w:cs="Times New Roman"/>
                <w:color w:val="000000"/>
                <w:szCs w:val="24"/>
              </w:rPr>
              <w:t>viză</w:t>
            </w:r>
            <w:proofErr w:type="spellEnd"/>
            <w:r w:rsidRPr="004B020D">
              <w:rPr>
                <w:rFonts w:ascii="Times New Roman" w:hAnsi="Times New Roman" w:cs="Times New Roman"/>
                <w:color w:val="000000"/>
                <w:szCs w:val="24"/>
              </w:rPr>
              <w:t xml:space="preserve"> CFP:</w:t>
            </w:r>
            <w:r w:rsidRPr="004B020D">
              <w:rPr>
                <w:rFonts w:ascii="Times New Roman" w:hAnsi="Times New Roman" w:cs="Times New Roman"/>
                <w:color w:val="000000"/>
                <w:szCs w:val="24"/>
              </w:rPr>
              <w:br/>
            </w:r>
          </w:p>
        </w:tc>
        <w:tc>
          <w:tcPr>
            <w:tcW w:w="4762" w:type="dxa"/>
          </w:tcPr>
          <w:p w14:paraId="611BDB5A" w14:textId="01E0B8D6"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Responsabil</w:t>
            </w:r>
            <w:proofErr w:type="spellEnd"/>
            <w:r w:rsidRPr="004B020D">
              <w:rPr>
                <w:rFonts w:ascii="Times New Roman" w:hAnsi="Times New Roman" w:cs="Times New Roman"/>
                <w:color w:val="000000"/>
                <w:szCs w:val="24"/>
              </w:rPr>
              <w:t xml:space="preserve"> contract:</w:t>
            </w:r>
            <w:r w:rsidRPr="004B020D">
              <w:rPr>
                <w:rFonts w:ascii="Times New Roman" w:hAnsi="Times New Roman" w:cs="Times New Roman"/>
                <w:color w:val="000000"/>
                <w:szCs w:val="24"/>
              </w:rPr>
              <w:br/>
            </w:r>
          </w:p>
        </w:tc>
      </w:tr>
      <w:tr w:rsidR="00B57445" w:rsidRPr="004B020D" w14:paraId="18D7579C" w14:textId="77777777" w:rsidTr="004B020D">
        <w:trPr>
          <w:cantSplit/>
        </w:trPr>
        <w:tc>
          <w:tcPr>
            <w:tcW w:w="4762" w:type="dxa"/>
          </w:tcPr>
          <w:p w14:paraId="125D7AED" w14:textId="48AE613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Responsabil</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achiziții</w:t>
            </w:r>
            <w:proofErr w:type="spellEnd"/>
            <w:r w:rsidRPr="004B020D">
              <w:rPr>
                <w:rFonts w:ascii="Times New Roman" w:hAnsi="Times New Roman" w:cs="Times New Roman"/>
                <w:color w:val="000000"/>
                <w:szCs w:val="24"/>
              </w:rPr>
              <w:t>/juridic:</w:t>
            </w:r>
            <w:r w:rsidRPr="004B020D">
              <w:rPr>
                <w:rFonts w:ascii="Times New Roman" w:hAnsi="Times New Roman" w:cs="Times New Roman"/>
                <w:color w:val="000000"/>
                <w:szCs w:val="24"/>
              </w:rPr>
              <w:br/>
            </w:r>
          </w:p>
        </w:tc>
        <w:tc>
          <w:tcPr>
            <w:tcW w:w="4762" w:type="dxa"/>
          </w:tcPr>
          <w:p w14:paraId="27418D52" w14:textId="77777777" w:rsidR="00B57445" w:rsidRPr="004B020D" w:rsidRDefault="00B57445">
            <w:pPr>
              <w:spacing w:after="20"/>
              <w:jc w:val="left"/>
              <w:rPr>
                <w:rFonts w:ascii="Times New Roman" w:hAnsi="Times New Roman" w:cs="Times New Roman"/>
                <w:sz w:val="24"/>
                <w:szCs w:val="24"/>
              </w:rPr>
            </w:pPr>
          </w:p>
        </w:tc>
      </w:tr>
    </w:tbl>
    <w:p w14:paraId="1848C6D4" w14:textId="77777777" w:rsidR="00B57445" w:rsidRPr="004B020D" w:rsidRDefault="00B57445">
      <w:pPr>
        <w:spacing w:after="20"/>
        <w:rPr>
          <w:rFonts w:ascii="Times New Roman" w:hAnsi="Times New Roman" w:cs="Times New Roman"/>
          <w:sz w:val="24"/>
          <w:szCs w:val="24"/>
        </w:rPr>
      </w:pPr>
    </w:p>
    <w:p w14:paraId="3B006D9C" w14:textId="77777777" w:rsidR="00B57445" w:rsidRPr="004B020D" w:rsidRDefault="002941E6">
      <w:pPr>
        <w:rPr>
          <w:rFonts w:ascii="Times New Roman" w:hAnsi="Times New Roman" w:cs="Times New Roman"/>
          <w:sz w:val="24"/>
          <w:szCs w:val="24"/>
        </w:rPr>
      </w:pPr>
      <w:r w:rsidRPr="004B020D">
        <w:rPr>
          <w:rFonts w:ascii="Times New Roman" w:hAnsi="Times New Roman" w:cs="Times New Roman"/>
          <w:color w:val="000000"/>
          <w:sz w:val="22"/>
          <w:szCs w:val="24"/>
        </w:rPr>
        <w:br w:type="page"/>
      </w:r>
    </w:p>
    <w:p w14:paraId="1A79D529" w14:textId="77777777" w:rsidR="00B57445" w:rsidRPr="004B020D" w:rsidRDefault="002941E6">
      <w:pPr>
        <w:pStyle w:val="Titlu1"/>
        <w:rPr>
          <w:rFonts w:ascii="Times New Roman" w:hAnsi="Times New Roman" w:cs="Times New Roman"/>
          <w:color w:val="auto"/>
          <w:sz w:val="24"/>
          <w:szCs w:val="24"/>
        </w:rPr>
      </w:pPr>
      <w:r w:rsidRPr="004B020D">
        <w:rPr>
          <w:rFonts w:ascii="Times New Roman" w:hAnsi="Times New Roman" w:cs="Times New Roman"/>
          <w:color w:val="000000"/>
          <w:sz w:val="22"/>
          <w:szCs w:val="24"/>
        </w:rPr>
        <w:lastRenderedPageBreak/>
        <w:t>ANEXE LA CONTRACT</w:t>
      </w:r>
    </w:p>
    <w:tbl>
      <w:tblPr>
        <w:tblStyle w:val="Tabelgril"/>
        <w:tblW w:w="0" w:type="auto"/>
        <w:tblLayout w:type="fixed"/>
        <w:tblLook w:val="04A0" w:firstRow="1" w:lastRow="0" w:firstColumn="1" w:lastColumn="0" w:noHBand="0" w:noVBand="1"/>
      </w:tblPr>
      <w:tblGrid>
        <w:gridCol w:w="737"/>
        <w:gridCol w:w="6520"/>
        <w:gridCol w:w="2268"/>
      </w:tblGrid>
      <w:tr w:rsidR="00B57445" w:rsidRPr="004B020D" w14:paraId="4D9633C4" w14:textId="77777777" w:rsidTr="004B020D">
        <w:trPr>
          <w:cantSplit/>
        </w:trPr>
        <w:tc>
          <w:tcPr>
            <w:tcW w:w="737" w:type="dxa"/>
          </w:tcPr>
          <w:p w14:paraId="4EF3576A" w14:textId="77777777" w:rsidR="00B57445" w:rsidRPr="004B020D" w:rsidRDefault="002941E6">
            <w:pPr>
              <w:jc w:val="center"/>
              <w:rPr>
                <w:rFonts w:ascii="Times New Roman" w:hAnsi="Times New Roman" w:cs="Times New Roman"/>
                <w:sz w:val="24"/>
                <w:szCs w:val="24"/>
              </w:rPr>
            </w:pPr>
            <w:r w:rsidRPr="004B020D">
              <w:rPr>
                <w:rFonts w:ascii="Times New Roman" w:hAnsi="Times New Roman" w:cs="Times New Roman"/>
                <w:b/>
                <w:color w:val="000000"/>
                <w:szCs w:val="24"/>
              </w:rPr>
              <w:t>Nr.</w:t>
            </w:r>
          </w:p>
        </w:tc>
        <w:tc>
          <w:tcPr>
            <w:tcW w:w="6520" w:type="dxa"/>
          </w:tcPr>
          <w:p w14:paraId="686D6F52" w14:textId="77777777" w:rsidR="00B57445" w:rsidRPr="004B020D" w:rsidRDefault="002941E6">
            <w:pPr>
              <w:jc w:val="left"/>
              <w:rPr>
                <w:rFonts w:ascii="Times New Roman" w:hAnsi="Times New Roman" w:cs="Times New Roman"/>
                <w:sz w:val="24"/>
                <w:szCs w:val="24"/>
              </w:rPr>
            </w:pPr>
            <w:r w:rsidRPr="004B020D">
              <w:rPr>
                <w:rFonts w:ascii="Times New Roman" w:hAnsi="Times New Roman" w:cs="Times New Roman"/>
                <w:b/>
                <w:color w:val="000000"/>
                <w:szCs w:val="24"/>
              </w:rPr>
              <w:t>Document</w:t>
            </w:r>
          </w:p>
        </w:tc>
        <w:tc>
          <w:tcPr>
            <w:tcW w:w="2268" w:type="dxa"/>
          </w:tcPr>
          <w:p w14:paraId="4954999F" w14:textId="77777777" w:rsidR="00B57445" w:rsidRPr="004B020D" w:rsidRDefault="002941E6">
            <w:pPr>
              <w:jc w:val="center"/>
              <w:rPr>
                <w:rFonts w:ascii="Times New Roman" w:hAnsi="Times New Roman" w:cs="Times New Roman"/>
                <w:sz w:val="24"/>
                <w:szCs w:val="24"/>
              </w:rPr>
            </w:pPr>
            <w:proofErr w:type="spellStart"/>
            <w:r w:rsidRPr="004B020D">
              <w:rPr>
                <w:rFonts w:ascii="Times New Roman" w:hAnsi="Times New Roman" w:cs="Times New Roman"/>
                <w:b/>
                <w:color w:val="000000"/>
                <w:szCs w:val="24"/>
              </w:rPr>
              <w:t>Aplicabilitate</w:t>
            </w:r>
            <w:proofErr w:type="spellEnd"/>
          </w:p>
        </w:tc>
      </w:tr>
      <w:tr w:rsidR="00B57445" w:rsidRPr="004B020D" w14:paraId="5CA6115D" w14:textId="77777777" w:rsidTr="004B020D">
        <w:trPr>
          <w:cantSplit/>
        </w:trPr>
        <w:tc>
          <w:tcPr>
            <w:tcW w:w="737" w:type="dxa"/>
          </w:tcPr>
          <w:p w14:paraId="164CB93A" w14:textId="77777777" w:rsidR="00B57445" w:rsidRPr="004B020D" w:rsidRDefault="002941E6">
            <w:pPr>
              <w:spacing w:after="20"/>
              <w:jc w:val="center"/>
              <w:rPr>
                <w:rFonts w:ascii="Times New Roman" w:hAnsi="Times New Roman" w:cs="Times New Roman"/>
                <w:sz w:val="24"/>
                <w:szCs w:val="24"/>
              </w:rPr>
            </w:pPr>
            <w:r w:rsidRPr="004B020D">
              <w:rPr>
                <w:rFonts w:ascii="Times New Roman" w:hAnsi="Times New Roman" w:cs="Times New Roman"/>
                <w:color w:val="000000"/>
                <w:szCs w:val="24"/>
              </w:rPr>
              <w:t>1</w:t>
            </w:r>
          </w:p>
        </w:tc>
        <w:tc>
          <w:tcPr>
            <w:tcW w:w="6520" w:type="dxa"/>
          </w:tcPr>
          <w:p w14:paraId="186AA370"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Caietul</w:t>
            </w:r>
            <w:proofErr w:type="spellEnd"/>
            <w:r w:rsidRPr="004B020D">
              <w:rPr>
                <w:rFonts w:ascii="Times New Roman" w:hAnsi="Times New Roman" w:cs="Times New Roman"/>
                <w:color w:val="000000"/>
                <w:szCs w:val="24"/>
              </w:rPr>
              <w:t xml:space="preserve"> de </w:t>
            </w:r>
            <w:proofErr w:type="spellStart"/>
            <w:r w:rsidRPr="004B020D">
              <w:rPr>
                <w:rFonts w:ascii="Times New Roman" w:hAnsi="Times New Roman" w:cs="Times New Roman"/>
                <w:color w:val="000000"/>
                <w:szCs w:val="24"/>
              </w:rPr>
              <w:t>sarcini</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și</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clarificările</w:t>
            </w:r>
            <w:proofErr w:type="spellEnd"/>
            <w:r w:rsidRPr="004B020D">
              <w:rPr>
                <w:rFonts w:ascii="Times New Roman" w:hAnsi="Times New Roman" w:cs="Times New Roman"/>
                <w:color w:val="000000"/>
                <w:szCs w:val="24"/>
              </w:rPr>
              <w:t>/</w:t>
            </w:r>
            <w:proofErr w:type="spellStart"/>
            <w:r w:rsidRPr="004B020D">
              <w:rPr>
                <w:rFonts w:ascii="Times New Roman" w:hAnsi="Times New Roman" w:cs="Times New Roman"/>
                <w:color w:val="000000"/>
                <w:szCs w:val="24"/>
              </w:rPr>
              <w:t>măsurile</w:t>
            </w:r>
            <w:proofErr w:type="spellEnd"/>
            <w:r w:rsidRPr="004B020D">
              <w:rPr>
                <w:rFonts w:ascii="Times New Roman" w:hAnsi="Times New Roman" w:cs="Times New Roman"/>
                <w:color w:val="000000"/>
                <w:szCs w:val="24"/>
              </w:rPr>
              <w:t xml:space="preserve"> de </w:t>
            </w:r>
            <w:proofErr w:type="spellStart"/>
            <w:r w:rsidRPr="004B020D">
              <w:rPr>
                <w:rFonts w:ascii="Times New Roman" w:hAnsi="Times New Roman" w:cs="Times New Roman"/>
                <w:color w:val="000000"/>
                <w:szCs w:val="24"/>
              </w:rPr>
              <w:t>remediere</w:t>
            </w:r>
            <w:proofErr w:type="spellEnd"/>
          </w:p>
        </w:tc>
        <w:tc>
          <w:tcPr>
            <w:tcW w:w="2268" w:type="dxa"/>
          </w:tcPr>
          <w:p w14:paraId="4E0CD076" w14:textId="77777777" w:rsidR="00B57445" w:rsidRPr="004B020D" w:rsidRDefault="002941E6">
            <w:pPr>
              <w:spacing w:after="20"/>
              <w:jc w:val="center"/>
              <w:rPr>
                <w:rFonts w:ascii="Times New Roman" w:hAnsi="Times New Roman" w:cs="Times New Roman"/>
                <w:sz w:val="24"/>
                <w:szCs w:val="24"/>
              </w:rPr>
            </w:pPr>
            <w:proofErr w:type="spellStart"/>
            <w:r w:rsidRPr="004B020D">
              <w:rPr>
                <w:rFonts w:ascii="Times New Roman" w:hAnsi="Times New Roman" w:cs="Times New Roman"/>
                <w:color w:val="000000"/>
                <w:szCs w:val="24"/>
              </w:rPr>
              <w:t>Obligatoriu</w:t>
            </w:r>
            <w:proofErr w:type="spellEnd"/>
          </w:p>
        </w:tc>
      </w:tr>
      <w:tr w:rsidR="00B57445" w:rsidRPr="004B020D" w14:paraId="776CDB74" w14:textId="77777777" w:rsidTr="004B020D">
        <w:trPr>
          <w:cantSplit/>
        </w:trPr>
        <w:tc>
          <w:tcPr>
            <w:tcW w:w="737" w:type="dxa"/>
          </w:tcPr>
          <w:p w14:paraId="69F4F619" w14:textId="77777777" w:rsidR="00B57445" w:rsidRPr="004B020D" w:rsidRDefault="002941E6">
            <w:pPr>
              <w:spacing w:after="20"/>
              <w:jc w:val="center"/>
              <w:rPr>
                <w:rFonts w:ascii="Times New Roman" w:hAnsi="Times New Roman" w:cs="Times New Roman"/>
                <w:sz w:val="24"/>
                <w:szCs w:val="24"/>
              </w:rPr>
            </w:pPr>
            <w:r w:rsidRPr="004B020D">
              <w:rPr>
                <w:rFonts w:ascii="Times New Roman" w:hAnsi="Times New Roman" w:cs="Times New Roman"/>
                <w:color w:val="000000"/>
                <w:szCs w:val="24"/>
              </w:rPr>
              <w:t>2</w:t>
            </w:r>
          </w:p>
        </w:tc>
        <w:tc>
          <w:tcPr>
            <w:tcW w:w="6520" w:type="dxa"/>
          </w:tcPr>
          <w:p w14:paraId="75920AB3"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Propunerea</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tehnică</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și</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clarificările</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acceptate</w:t>
            </w:r>
            <w:proofErr w:type="spellEnd"/>
          </w:p>
        </w:tc>
        <w:tc>
          <w:tcPr>
            <w:tcW w:w="2268" w:type="dxa"/>
          </w:tcPr>
          <w:p w14:paraId="7EB16B43" w14:textId="77777777" w:rsidR="00B57445" w:rsidRPr="004B020D" w:rsidRDefault="002941E6">
            <w:pPr>
              <w:spacing w:after="20"/>
              <w:jc w:val="center"/>
              <w:rPr>
                <w:rFonts w:ascii="Times New Roman" w:hAnsi="Times New Roman" w:cs="Times New Roman"/>
                <w:sz w:val="24"/>
                <w:szCs w:val="24"/>
              </w:rPr>
            </w:pPr>
            <w:proofErr w:type="spellStart"/>
            <w:r w:rsidRPr="004B020D">
              <w:rPr>
                <w:rFonts w:ascii="Times New Roman" w:hAnsi="Times New Roman" w:cs="Times New Roman"/>
                <w:color w:val="000000"/>
                <w:szCs w:val="24"/>
              </w:rPr>
              <w:t>Obligatoriu</w:t>
            </w:r>
            <w:proofErr w:type="spellEnd"/>
          </w:p>
        </w:tc>
      </w:tr>
      <w:tr w:rsidR="00B57445" w:rsidRPr="004B020D" w14:paraId="048A770E" w14:textId="77777777" w:rsidTr="004B020D">
        <w:trPr>
          <w:cantSplit/>
        </w:trPr>
        <w:tc>
          <w:tcPr>
            <w:tcW w:w="737" w:type="dxa"/>
          </w:tcPr>
          <w:p w14:paraId="262BE38F" w14:textId="77777777" w:rsidR="00B57445" w:rsidRPr="004B020D" w:rsidRDefault="002941E6">
            <w:pPr>
              <w:spacing w:after="20"/>
              <w:jc w:val="center"/>
              <w:rPr>
                <w:rFonts w:ascii="Times New Roman" w:hAnsi="Times New Roman" w:cs="Times New Roman"/>
                <w:sz w:val="24"/>
                <w:szCs w:val="24"/>
              </w:rPr>
            </w:pPr>
            <w:r w:rsidRPr="004B020D">
              <w:rPr>
                <w:rFonts w:ascii="Times New Roman" w:hAnsi="Times New Roman" w:cs="Times New Roman"/>
                <w:color w:val="000000"/>
                <w:szCs w:val="24"/>
              </w:rPr>
              <w:t>3</w:t>
            </w:r>
          </w:p>
        </w:tc>
        <w:tc>
          <w:tcPr>
            <w:tcW w:w="6520" w:type="dxa"/>
          </w:tcPr>
          <w:p w14:paraId="7CC5A682"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Propunerea</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financiară</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și</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centralizatorul</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financiar</w:t>
            </w:r>
            <w:proofErr w:type="spellEnd"/>
          </w:p>
        </w:tc>
        <w:tc>
          <w:tcPr>
            <w:tcW w:w="2268" w:type="dxa"/>
          </w:tcPr>
          <w:p w14:paraId="4591C6F5" w14:textId="77777777" w:rsidR="00B57445" w:rsidRPr="004B020D" w:rsidRDefault="002941E6">
            <w:pPr>
              <w:spacing w:after="20"/>
              <w:jc w:val="center"/>
              <w:rPr>
                <w:rFonts w:ascii="Times New Roman" w:hAnsi="Times New Roman" w:cs="Times New Roman"/>
                <w:sz w:val="24"/>
                <w:szCs w:val="24"/>
              </w:rPr>
            </w:pPr>
            <w:proofErr w:type="spellStart"/>
            <w:r w:rsidRPr="004B020D">
              <w:rPr>
                <w:rFonts w:ascii="Times New Roman" w:hAnsi="Times New Roman" w:cs="Times New Roman"/>
                <w:color w:val="000000"/>
                <w:szCs w:val="24"/>
              </w:rPr>
              <w:t>Obligatoriu</w:t>
            </w:r>
            <w:proofErr w:type="spellEnd"/>
          </w:p>
        </w:tc>
      </w:tr>
      <w:tr w:rsidR="00B57445" w:rsidRPr="004B020D" w14:paraId="641746AA" w14:textId="77777777" w:rsidTr="004B020D">
        <w:trPr>
          <w:cantSplit/>
        </w:trPr>
        <w:tc>
          <w:tcPr>
            <w:tcW w:w="737" w:type="dxa"/>
          </w:tcPr>
          <w:p w14:paraId="4F060397" w14:textId="77777777" w:rsidR="00B57445" w:rsidRPr="004B020D" w:rsidRDefault="002941E6">
            <w:pPr>
              <w:spacing w:after="20"/>
              <w:jc w:val="center"/>
              <w:rPr>
                <w:rFonts w:ascii="Times New Roman" w:hAnsi="Times New Roman" w:cs="Times New Roman"/>
                <w:sz w:val="24"/>
                <w:szCs w:val="24"/>
              </w:rPr>
            </w:pPr>
            <w:r w:rsidRPr="004B020D">
              <w:rPr>
                <w:rFonts w:ascii="Times New Roman" w:hAnsi="Times New Roman" w:cs="Times New Roman"/>
                <w:color w:val="000000"/>
                <w:szCs w:val="24"/>
              </w:rPr>
              <w:t>4</w:t>
            </w:r>
          </w:p>
        </w:tc>
        <w:tc>
          <w:tcPr>
            <w:tcW w:w="6520" w:type="dxa"/>
          </w:tcPr>
          <w:p w14:paraId="34C497D7"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Graficul</w:t>
            </w:r>
            <w:proofErr w:type="spellEnd"/>
            <w:r w:rsidRPr="004B020D">
              <w:rPr>
                <w:rFonts w:ascii="Times New Roman" w:hAnsi="Times New Roman" w:cs="Times New Roman"/>
                <w:color w:val="000000"/>
                <w:szCs w:val="24"/>
              </w:rPr>
              <w:t xml:space="preserve"> de </w:t>
            </w:r>
            <w:proofErr w:type="spellStart"/>
            <w:r w:rsidRPr="004B020D">
              <w:rPr>
                <w:rFonts w:ascii="Times New Roman" w:hAnsi="Times New Roman" w:cs="Times New Roman"/>
                <w:color w:val="000000"/>
                <w:szCs w:val="24"/>
              </w:rPr>
              <w:t>livrare</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și</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implementare</w:t>
            </w:r>
            <w:proofErr w:type="spellEnd"/>
          </w:p>
        </w:tc>
        <w:tc>
          <w:tcPr>
            <w:tcW w:w="2268" w:type="dxa"/>
          </w:tcPr>
          <w:p w14:paraId="7501E0BA" w14:textId="77777777" w:rsidR="00B57445" w:rsidRPr="004B020D" w:rsidRDefault="002941E6">
            <w:pPr>
              <w:spacing w:after="20"/>
              <w:jc w:val="center"/>
              <w:rPr>
                <w:rFonts w:ascii="Times New Roman" w:hAnsi="Times New Roman" w:cs="Times New Roman"/>
                <w:sz w:val="24"/>
                <w:szCs w:val="24"/>
              </w:rPr>
            </w:pPr>
            <w:proofErr w:type="spellStart"/>
            <w:r w:rsidRPr="004B020D">
              <w:rPr>
                <w:rFonts w:ascii="Times New Roman" w:hAnsi="Times New Roman" w:cs="Times New Roman"/>
                <w:color w:val="000000"/>
                <w:szCs w:val="24"/>
              </w:rPr>
              <w:t>Obligatoriu</w:t>
            </w:r>
            <w:proofErr w:type="spellEnd"/>
          </w:p>
        </w:tc>
      </w:tr>
      <w:tr w:rsidR="00B57445" w:rsidRPr="004B020D" w14:paraId="02D77F3E" w14:textId="77777777" w:rsidTr="004B020D">
        <w:trPr>
          <w:cantSplit/>
        </w:trPr>
        <w:tc>
          <w:tcPr>
            <w:tcW w:w="737" w:type="dxa"/>
          </w:tcPr>
          <w:p w14:paraId="6BFED4C7" w14:textId="77777777" w:rsidR="00B57445" w:rsidRPr="004B020D" w:rsidRDefault="002941E6">
            <w:pPr>
              <w:spacing w:after="20"/>
              <w:jc w:val="center"/>
              <w:rPr>
                <w:rFonts w:ascii="Times New Roman" w:hAnsi="Times New Roman" w:cs="Times New Roman"/>
                <w:sz w:val="24"/>
                <w:szCs w:val="24"/>
              </w:rPr>
            </w:pPr>
            <w:r w:rsidRPr="004B020D">
              <w:rPr>
                <w:rFonts w:ascii="Times New Roman" w:hAnsi="Times New Roman" w:cs="Times New Roman"/>
                <w:color w:val="000000"/>
                <w:szCs w:val="24"/>
              </w:rPr>
              <w:t>5</w:t>
            </w:r>
          </w:p>
        </w:tc>
        <w:tc>
          <w:tcPr>
            <w:tcW w:w="6520" w:type="dxa"/>
          </w:tcPr>
          <w:p w14:paraId="2A35BB26"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Garanția</w:t>
            </w:r>
            <w:proofErr w:type="spellEnd"/>
            <w:r w:rsidRPr="004B020D">
              <w:rPr>
                <w:rFonts w:ascii="Times New Roman" w:hAnsi="Times New Roman" w:cs="Times New Roman"/>
                <w:color w:val="000000"/>
                <w:szCs w:val="24"/>
              </w:rPr>
              <w:t xml:space="preserve"> de </w:t>
            </w:r>
            <w:proofErr w:type="spellStart"/>
            <w:r w:rsidRPr="004B020D">
              <w:rPr>
                <w:rFonts w:ascii="Times New Roman" w:hAnsi="Times New Roman" w:cs="Times New Roman"/>
                <w:color w:val="000000"/>
                <w:szCs w:val="24"/>
              </w:rPr>
              <w:t>bună</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execuție</w:t>
            </w:r>
            <w:proofErr w:type="spellEnd"/>
          </w:p>
        </w:tc>
        <w:tc>
          <w:tcPr>
            <w:tcW w:w="2268" w:type="dxa"/>
          </w:tcPr>
          <w:p w14:paraId="6A596729" w14:textId="77777777" w:rsidR="00B57445" w:rsidRPr="004B020D" w:rsidRDefault="002941E6">
            <w:pPr>
              <w:spacing w:after="20"/>
              <w:jc w:val="center"/>
              <w:rPr>
                <w:rFonts w:ascii="Times New Roman" w:hAnsi="Times New Roman" w:cs="Times New Roman"/>
                <w:sz w:val="24"/>
                <w:szCs w:val="24"/>
              </w:rPr>
            </w:pPr>
            <w:proofErr w:type="spellStart"/>
            <w:r w:rsidRPr="004B020D">
              <w:rPr>
                <w:rFonts w:ascii="Times New Roman" w:hAnsi="Times New Roman" w:cs="Times New Roman"/>
                <w:color w:val="000000"/>
                <w:szCs w:val="24"/>
              </w:rPr>
              <w:t>Obligatoriu</w:t>
            </w:r>
            <w:proofErr w:type="spellEnd"/>
          </w:p>
        </w:tc>
      </w:tr>
      <w:tr w:rsidR="00B57445" w:rsidRPr="004B020D" w14:paraId="45003062" w14:textId="77777777" w:rsidTr="004B020D">
        <w:trPr>
          <w:cantSplit/>
        </w:trPr>
        <w:tc>
          <w:tcPr>
            <w:tcW w:w="737" w:type="dxa"/>
          </w:tcPr>
          <w:p w14:paraId="20391DDB" w14:textId="77777777" w:rsidR="00B57445" w:rsidRPr="004B020D" w:rsidRDefault="002941E6">
            <w:pPr>
              <w:spacing w:after="20"/>
              <w:jc w:val="center"/>
              <w:rPr>
                <w:rFonts w:ascii="Times New Roman" w:hAnsi="Times New Roman" w:cs="Times New Roman"/>
                <w:sz w:val="24"/>
                <w:szCs w:val="24"/>
              </w:rPr>
            </w:pPr>
            <w:r w:rsidRPr="004B020D">
              <w:rPr>
                <w:rFonts w:ascii="Times New Roman" w:hAnsi="Times New Roman" w:cs="Times New Roman"/>
                <w:color w:val="000000"/>
                <w:szCs w:val="24"/>
              </w:rPr>
              <w:t>6</w:t>
            </w:r>
          </w:p>
        </w:tc>
        <w:tc>
          <w:tcPr>
            <w:tcW w:w="6520" w:type="dxa"/>
          </w:tcPr>
          <w:p w14:paraId="4A3B141B"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Acordul</w:t>
            </w:r>
            <w:proofErr w:type="spellEnd"/>
            <w:r w:rsidRPr="004B020D">
              <w:rPr>
                <w:rFonts w:ascii="Times New Roman" w:hAnsi="Times New Roman" w:cs="Times New Roman"/>
                <w:color w:val="000000"/>
                <w:szCs w:val="24"/>
              </w:rPr>
              <w:t xml:space="preserve"> de </w:t>
            </w:r>
            <w:proofErr w:type="spellStart"/>
            <w:r w:rsidRPr="004B020D">
              <w:rPr>
                <w:rFonts w:ascii="Times New Roman" w:hAnsi="Times New Roman" w:cs="Times New Roman"/>
                <w:color w:val="000000"/>
                <w:szCs w:val="24"/>
              </w:rPr>
              <w:t>asociere</w:t>
            </w:r>
            <w:proofErr w:type="spellEnd"/>
          </w:p>
        </w:tc>
        <w:tc>
          <w:tcPr>
            <w:tcW w:w="2268" w:type="dxa"/>
          </w:tcPr>
          <w:p w14:paraId="577F2D78" w14:textId="77777777" w:rsidR="00B57445" w:rsidRPr="004B020D" w:rsidRDefault="002941E6">
            <w:pPr>
              <w:spacing w:after="20"/>
              <w:jc w:val="center"/>
              <w:rPr>
                <w:rFonts w:ascii="Times New Roman" w:hAnsi="Times New Roman" w:cs="Times New Roman"/>
                <w:sz w:val="24"/>
                <w:szCs w:val="24"/>
              </w:rPr>
            </w:pPr>
            <w:proofErr w:type="spellStart"/>
            <w:r w:rsidRPr="004B020D">
              <w:rPr>
                <w:rFonts w:ascii="Times New Roman" w:hAnsi="Times New Roman" w:cs="Times New Roman"/>
                <w:color w:val="000000"/>
                <w:szCs w:val="24"/>
              </w:rPr>
              <w:t>Dacă</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este</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cazul</w:t>
            </w:r>
            <w:proofErr w:type="spellEnd"/>
          </w:p>
        </w:tc>
      </w:tr>
      <w:tr w:rsidR="00B57445" w:rsidRPr="004B020D" w14:paraId="21DEBFEA" w14:textId="77777777" w:rsidTr="004B020D">
        <w:trPr>
          <w:cantSplit/>
        </w:trPr>
        <w:tc>
          <w:tcPr>
            <w:tcW w:w="737" w:type="dxa"/>
          </w:tcPr>
          <w:p w14:paraId="334CE6A2" w14:textId="77777777" w:rsidR="00B57445" w:rsidRPr="004B020D" w:rsidRDefault="002941E6">
            <w:pPr>
              <w:spacing w:after="20"/>
              <w:jc w:val="center"/>
              <w:rPr>
                <w:rFonts w:ascii="Times New Roman" w:hAnsi="Times New Roman" w:cs="Times New Roman"/>
                <w:sz w:val="24"/>
                <w:szCs w:val="24"/>
              </w:rPr>
            </w:pPr>
            <w:r w:rsidRPr="004B020D">
              <w:rPr>
                <w:rFonts w:ascii="Times New Roman" w:hAnsi="Times New Roman" w:cs="Times New Roman"/>
                <w:color w:val="000000"/>
                <w:szCs w:val="24"/>
              </w:rPr>
              <w:t>7</w:t>
            </w:r>
          </w:p>
        </w:tc>
        <w:tc>
          <w:tcPr>
            <w:tcW w:w="6520" w:type="dxa"/>
          </w:tcPr>
          <w:p w14:paraId="2838B62F"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Angajamentul</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terțului</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susținător</w:t>
            </w:r>
            <w:proofErr w:type="spellEnd"/>
          </w:p>
        </w:tc>
        <w:tc>
          <w:tcPr>
            <w:tcW w:w="2268" w:type="dxa"/>
          </w:tcPr>
          <w:p w14:paraId="22B2010B" w14:textId="77777777" w:rsidR="00B57445" w:rsidRPr="004B020D" w:rsidRDefault="002941E6">
            <w:pPr>
              <w:spacing w:after="20"/>
              <w:jc w:val="center"/>
              <w:rPr>
                <w:rFonts w:ascii="Times New Roman" w:hAnsi="Times New Roman" w:cs="Times New Roman"/>
                <w:sz w:val="24"/>
                <w:szCs w:val="24"/>
              </w:rPr>
            </w:pPr>
            <w:proofErr w:type="spellStart"/>
            <w:r w:rsidRPr="004B020D">
              <w:rPr>
                <w:rFonts w:ascii="Times New Roman" w:hAnsi="Times New Roman" w:cs="Times New Roman"/>
                <w:color w:val="000000"/>
                <w:szCs w:val="24"/>
              </w:rPr>
              <w:t>Dacă</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este</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cazul</w:t>
            </w:r>
            <w:proofErr w:type="spellEnd"/>
          </w:p>
        </w:tc>
      </w:tr>
      <w:tr w:rsidR="00B57445" w:rsidRPr="004B020D" w14:paraId="095ED6DA" w14:textId="77777777" w:rsidTr="004B020D">
        <w:trPr>
          <w:cantSplit/>
        </w:trPr>
        <w:tc>
          <w:tcPr>
            <w:tcW w:w="737" w:type="dxa"/>
          </w:tcPr>
          <w:p w14:paraId="79754155" w14:textId="77777777" w:rsidR="00B57445" w:rsidRPr="004B020D" w:rsidRDefault="002941E6">
            <w:pPr>
              <w:spacing w:after="20"/>
              <w:jc w:val="center"/>
              <w:rPr>
                <w:rFonts w:ascii="Times New Roman" w:hAnsi="Times New Roman" w:cs="Times New Roman"/>
                <w:sz w:val="24"/>
                <w:szCs w:val="24"/>
              </w:rPr>
            </w:pPr>
            <w:r w:rsidRPr="004B020D">
              <w:rPr>
                <w:rFonts w:ascii="Times New Roman" w:hAnsi="Times New Roman" w:cs="Times New Roman"/>
                <w:color w:val="000000"/>
                <w:szCs w:val="24"/>
              </w:rPr>
              <w:t>8</w:t>
            </w:r>
          </w:p>
        </w:tc>
        <w:tc>
          <w:tcPr>
            <w:tcW w:w="6520" w:type="dxa"/>
          </w:tcPr>
          <w:p w14:paraId="2258451A" w14:textId="77777777" w:rsidR="00B57445" w:rsidRPr="004B020D" w:rsidRDefault="002941E6">
            <w:pPr>
              <w:spacing w:after="20"/>
              <w:jc w:val="left"/>
              <w:rPr>
                <w:rFonts w:ascii="Times New Roman" w:hAnsi="Times New Roman" w:cs="Times New Roman"/>
                <w:sz w:val="24"/>
                <w:szCs w:val="24"/>
              </w:rPr>
            </w:pPr>
            <w:proofErr w:type="spellStart"/>
            <w:r w:rsidRPr="004B020D">
              <w:rPr>
                <w:rFonts w:ascii="Times New Roman" w:hAnsi="Times New Roman" w:cs="Times New Roman"/>
                <w:color w:val="000000"/>
                <w:szCs w:val="24"/>
              </w:rPr>
              <w:t>Contractele</w:t>
            </w:r>
            <w:proofErr w:type="spellEnd"/>
            <w:r w:rsidRPr="004B020D">
              <w:rPr>
                <w:rFonts w:ascii="Times New Roman" w:hAnsi="Times New Roman" w:cs="Times New Roman"/>
                <w:color w:val="000000"/>
                <w:szCs w:val="24"/>
              </w:rPr>
              <w:t xml:space="preserve"> de </w:t>
            </w:r>
            <w:proofErr w:type="spellStart"/>
            <w:r w:rsidRPr="004B020D">
              <w:rPr>
                <w:rFonts w:ascii="Times New Roman" w:hAnsi="Times New Roman" w:cs="Times New Roman"/>
                <w:color w:val="000000"/>
                <w:szCs w:val="24"/>
              </w:rPr>
              <w:t>subcontractare</w:t>
            </w:r>
            <w:proofErr w:type="spellEnd"/>
          </w:p>
        </w:tc>
        <w:tc>
          <w:tcPr>
            <w:tcW w:w="2268" w:type="dxa"/>
          </w:tcPr>
          <w:p w14:paraId="2F5FCD97" w14:textId="77777777" w:rsidR="00B57445" w:rsidRPr="004B020D" w:rsidRDefault="002941E6">
            <w:pPr>
              <w:spacing w:after="20"/>
              <w:jc w:val="center"/>
              <w:rPr>
                <w:rFonts w:ascii="Times New Roman" w:hAnsi="Times New Roman" w:cs="Times New Roman"/>
                <w:sz w:val="24"/>
                <w:szCs w:val="24"/>
              </w:rPr>
            </w:pPr>
            <w:proofErr w:type="spellStart"/>
            <w:r w:rsidRPr="004B020D">
              <w:rPr>
                <w:rFonts w:ascii="Times New Roman" w:hAnsi="Times New Roman" w:cs="Times New Roman"/>
                <w:color w:val="000000"/>
                <w:szCs w:val="24"/>
              </w:rPr>
              <w:t>Dacă</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este</w:t>
            </w:r>
            <w:proofErr w:type="spellEnd"/>
            <w:r w:rsidRPr="004B020D">
              <w:rPr>
                <w:rFonts w:ascii="Times New Roman" w:hAnsi="Times New Roman" w:cs="Times New Roman"/>
                <w:color w:val="000000"/>
                <w:szCs w:val="24"/>
              </w:rPr>
              <w:t xml:space="preserve"> </w:t>
            </w:r>
            <w:proofErr w:type="spellStart"/>
            <w:r w:rsidRPr="004B020D">
              <w:rPr>
                <w:rFonts w:ascii="Times New Roman" w:hAnsi="Times New Roman" w:cs="Times New Roman"/>
                <w:color w:val="000000"/>
                <w:szCs w:val="24"/>
              </w:rPr>
              <w:t>cazul</w:t>
            </w:r>
            <w:proofErr w:type="spellEnd"/>
          </w:p>
        </w:tc>
      </w:tr>
      <w:tr w:rsidR="00B57445" w:rsidRPr="004B020D" w14:paraId="0241FBF5" w14:textId="77777777" w:rsidTr="004B020D">
        <w:trPr>
          <w:cantSplit/>
        </w:trPr>
        <w:tc>
          <w:tcPr>
            <w:tcW w:w="737" w:type="dxa"/>
          </w:tcPr>
          <w:p w14:paraId="16651721" w14:textId="77777777" w:rsidR="00B57445" w:rsidRPr="004B020D" w:rsidRDefault="002941E6">
            <w:pPr>
              <w:spacing w:after="20"/>
              <w:jc w:val="center"/>
              <w:rPr>
                <w:rFonts w:ascii="Times New Roman" w:hAnsi="Times New Roman" w:cs="Times New Roman"/>
                <w:sz w:val="24"/>
                <w:szCs w:val="24"/>
              </w:rPr>
            </w:pPr>
            <w:r w:rsidRPr="004B020D">
              <w:rPr>
                <w:rFonts w:ascii="Times New Roman" w:hAnsi="Times New Roman" w:cs="Times New Roman"/>
                <w:color w:val="000000"/>
                <w:szCs w:val="24"/>
              </w:rPr>
              <w:t>9</w:t>
            </w:r>
          </w:p>
        </w:tc>
        <w:tc>
          <w:tcPr>
            <w:tcW w:w="6520" w:type="dxa"/>
          </w:tcPr>
          <w:p w14:paraId="3F350DBA" w14:textId="77777777" w:rsidR="00DB4D80" w:rsidRDefault="00000000">
            <w:pPr>
              <w:jc w:val="left"/>
            </w:pPr>
            <w:proofErr w:type="spellStart"/>
            <w:r>
              <w:rPr>
                <w:rFonts w:ascii="Times New Roman" w:hAnsi="Times New Roman"/>
                <w:color w:val="000000"/>
              </w:rPr>
              <w:t>Centralizatorul</w:t>
            </w:r>
            <w:proofErr w:type="spellEnd"/>
            <w:r>
              <w:rPr>
                <w:rFonts w:ascii="Times New Roman" w:hAnsi="Times New Roman"/>
                <w:color w:val="000000"/>
              </w:rPr>
              <w:t xml:space="preserve"> </w:t>
            </w:r>
            <w:proofErr w:type="spellStart"/>
            <w:r>
              <w:rPr>
                <w:rFonts w:ascii="Times New Roman" w:hAnsi="Times New Roman"/>
                <w:color w:val="000000"/>
              </w:rPr>
              <w:t>caracteristicilor</w:t>
            </w:r>
            <w:proofErr w:type="spellEnd"/>
            <w:r>
              <w:rPr>
                <w:rFonts w:ascii="Times New Roman" w:hAnsi="Times New Roman"/>
                <w:color w:val="000000"/>
              </w:rPr>
              <w:t xml:space="preserve"> </w:t>
            </w:r>
            <w:proofErr w:type="spellStart"/>
            <w:r>
              <w:rPr>
                <w:rFonts w:ascii="Times New Roman" w:hAnsi="Times New Roman"/>
                <w:color w:val="000000"/>
              </w:rPr>
              <w:t>tehnice</w:t>
            </w:r>
            <w:proofErr w:type="spellEnd"/>
            <w:r>
              <w:rPr>
                <w:rFonts w:ascii="Times New Roman" w:hAnsi="Times New Roman"/>
                <w:color w:val="000000"/>
              </w:rPr>
              <w:t xml:space="preserve"> </w:t>
            </w:r>
            <w:proofErr w:type="spellStart"/>
            <w:r>
              <w:rPr>
                <w:rFonts w:ascii="Times New Roman" w:hAnsi="Times New Roman"/>
                <w:color w:val="000000"/>
              </w:rPr>
              <w:t>asumate</w:t>
            </w:r>
            <w:proofErr w:type="spellEnd"/>
            <w:r>
              <w:rPr>
                <w:rFonts w:ascii="Times New Roman" w:hAnsi="Times New Roman"/>
                <w:color w:val="000000"/>
              </w:rPr>
              <w:t xml:space="preserve"> </w:t>
            </w:r>
            <w:proofErr w:type="spellStart"/>
            <w:r>
              <w:rPr>
                <w:rFonts w:ascii="Times New Roman" w:hAnsi="Times New Roman"/>
                <w:color w:val="000000"/>
              </w:rPr>
              <w:t>și</w:t>
            </w:r>
            <w:proofErr w:type="spellEnd"/>
            <w:r>
              <w:rPr>
                <w:rFonts w:ascii="Times New Roman" w:hAnsi="Times New Roman"/>
                <w:color w:val="000000"/>
              </w:rPr>
              <w:t xml:space="preserve"> al </w:t>
            </w:r>
            <w:proofErr w:type="spellStart"/>
            <w:r>
              <w:rPr>
                <w:rFonts w:ascii="Times New Roman" w:hAnsi="Times New Roman"/>
                <w:color w:val="000000"/>
              </w:rPr>
              <w:t>condițiilor</w:t>
            </w:r>
            <w:proofErr w:type="spellEnd"/>
            <w:r>
              <w:rPr>
                <w:rFonts w:ascii="Times New Roman" w:hAnsi="Times New Roman"/>
                <w:color w:val="000000"/>
              </w:rPr>
              <w:t xml:space="preserve"> AFM</w:t>
            </w:r>
          </w:p>
        </w:tc>
        <w:tc>
          <w:tcPr>
            <w:tcW w:w="2268" w:type="dxa"/>
          </w:tcPr>
          <w:p w14:paraId="715C7002" w14:textId="77777777" w:rsidR="00B57445" w:rsidRPr="004B020D" w:rsidRDefault="002941E6">
            <w:pPr>
              <w:spacing w:after="20"/>
              <w:jc w:val="center"/>
              <w:rPr>
                <w:rFonts w:ascii="Times New Roman" w:hAnsi="Times New Roman" w:cs="Times New Roman"/>
                <w:sz w:val="24"/>
                <w:szCs w:val="24"/>
              </w:rPr>
            </w:pPr>
            <w:proofErr w:type="spellStart"/>
            <w:r w:rsidRPr="004B020D">
              <w:rPr>
                <w:rFonts w:ascii="Times New Roman" w:hAnsi="Times New Roman" w:cs="Times New Roman"/>
                <w:color w:val="000000"/>
                <w:szCs w:val="24"/>
              </w:rPr>
              <w:t>Obligatoriu</w:t>
            </w:r>
            <w:proofErr w:type="spellEnd"/>
          </w:p>
        </w:tc>
      </w:tr>
    </w:tbl>
    <w:p w14:paraId="386BA9F7" w14:textId="77777777" w:rsidR="00B57445" w:rsidRPr="004B020D" w:rsidRDefault="00B57445">
      <w:pPr>
        <w:spacing w:after="20"/>
        <w:rPr>
          <w:rFonts w:ascii="Times New Roman" w:hAnsi="Times New Roman" w:cs="Times New Roman"/>
          <w:sz w:val="24"/>
          <w:szCs w:val="24"/>
        </w:rPr>
      </w:pPr>
    </w:p>
    <w:p w14:paraId="156438E9" w14:textId="77777777" w:rsidR="00B57445" w:rsidRPr="004B020D" w:rsidRDefault="002941E6">
      <w:pPr>
        <w:pStyle w:val="ContractNote"/>
        <w:rPr>
          <w:rFonts w:ascii="Times New Roman" w:hAnsi="Times New Roman" w:cs="Times New Roman"/>
          <w:color w:val="auto"/>
          <w:sz w:val="24"/>
          <w:szCs w:val="24"/>
        </w:rPr>
      </w:pPr>
      <w:r>
        <w:rPr>
          <w:rFonts w:ascii="Times New Roman" w:hAnsi="Times New Roman"/>
        </w:rPr>
        <w:t>Notă de completare înainte de semnare: se vor completa numărul și data Contractului, datele Contractantului, prețul rezultat din oferta câștigătoare, cu verificarea încadrării în valoarea estimată de 324.793,39 lei fără TVA și în plafonul unitar de 131.000,00 lei cu TVA/autoturism, cuantumul exact al garanției de bună execuție, conturile, persoanele de contact, caracteristicile tehnice ale configurației ofertate, documentele privind relația cu producătorul validat/structura autorizată în Programul AFM și anexele aplicabile.</w:t>
      </w:r>
    </w:p>
    <w:sectPr w:rsidR="00B57445" w:rsidRPr="004B020D" w:rsidSect="00034616">
      <w:headerReference w:type="default" r:id="rId8"/>
      <w:footerReference w:type="default" r:id="rId9"/>
      <w:pgSz w:w="11906" w:h="16838"/>
      <w:pgMar w:top="935" w:right="1020" w:bottom="935"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F9450" w14:textId="77777777" w:rsidR="00BD29D7" w:rsidRDefault="00BD29D7">
      <w:pPr>
        <w:spacing w:after="0" w:line="240" w:lineRule="auto"/>
      </w:pPr>
      <w:r>
        <w:separator/>
      </w:r>
    </w:p>
  </w:endnote>
  <w:endnote w:type="continuationSeparator" w:id="0">
    <w:p w14:paraId="6DF11C28" w14:textId="77777777" w:rsidR="00BD29D7" w:rsidRDefault="00BD2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B379" w14:textId="77777777" w:rsidR="00B57445" w:rsidRDefault="002941E6">
    <w:pPr>
      <w:pStyle w:val="Subsol"/>
      <w:jc w:val="center"/>
    </w:pPr>
    <w:proofErr w:type="spellStart"/>
    <w:r>
      <w:rPr>
        <w:color w:val="5A5A5A"/>
        <w:sz w:val="17"/>
      </w:rPr>
      <w:t>Pagina</w:t>
    </w:r>
    <w:proofErr w:type="spellEnd"/>
    <w:r>
      <w:rPr>
        <w:color w:val="5A5A5A"/>
        <w:sz w:val="17"/>
      </w:rPr>
      <w:t xml:space="preserve"> </w:t>
    </w:r>
    <w:r>
      <w:fldChar w:fldCharType="begin"/>
    </w:r>
    <w:r>
      <w:instrText>PAGE</w:instrText>
    </w:r>
    <w:r>
      <w:fldChar w:fldCharType="separate"/>
    </w:r>
    <w:r w:rsidR="008575C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8F88C" w14:textId="77777777" w:rsidR="00BD29D7" w:rsidRDefault="00BD29D7">
      <w:pPr>
        <w:spacing w:after="0" w:line="240" w:lineRule="auto"/>
      </w:pPr>
      <w:r>
        <w:separator/>
      </w:r>
    </w:p>
  </w:footnote>
  <w:footnote w:type="continuationSeparator" w:id="0">
    <w:p w14:paraId="28BD9FED" w14:textId="77777777" w:rsidR="00BD29D7" w:rsidRDefault="00BD2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3E88" w14:textId="77777777" w:rsidR="00770696" w:rsidRDefault="0077069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110F2529"/>
    <w:multiLevelType w:val="hybridMultilevel"/>
    <w:tmpl w:val="4502BEEA"/>
    <w:lvl w:ilvl="0" w:tplc="9BA44DF0">
      <w:numFmt w:val="bullet"/>
      <w:lvlText w:val="•"/>
      <w:lvlJc w:val="left"/>
      <w:pPr>
        <w:ind w:left="559" w:hanging="360"/>
      </w:pPr>
      <w:rPr>
        <w:rFonts w:ascii="Times New Roman" w:eastAsiaTheme="minorEastAsia" w:hAnsi="Times New Roman" w:cs="Times New Roman" w:hint="default"/>
        <w:b/>
      </w:rPr>
    </w:lvl>
    <w:lvl w:ilvl="1" w:tplc="04090003" w:tentative="1">
      <w:start w:val="1"/>
      <w:numFmt w:val="bullet"/>
      <w:lvlText w:val="o"/>
      <w:lvlJc w:val="left"/>
      <w:pPr>
        <w:ind w:left="1279" w:hanging="360"/>
      </w:pPr>
      <w:rPr>
        <w:rFonts w:ascii="Courier New" w:hAnsi="Courier New" w:cs="Courier New" w:hint="default"/>
      </w:rPr>
    </w:lvl>
    <w:lvl w:ilvl="2" w:tplc="04090005" w:tentative="1">
      <w:start w:val="1"/>
      <w:numFmt w:val="bullet"/>
      <w:lvlText w:val=""/>
      <w:lvlJc w:val="left"/>
      <w:pPr>
        <w:ind w:left="1999" w:hanging="360"/>
      </w:pPr>
      <w:rPr>
        <w:rFonts w:ascii="Wingdings" w:hAnsi="Wingdings" w:hint="default"/>
      </w:rPr>
    </w:lvl>
    <w:lvl w:ilvl="3" w:tplc="04090001" w:tentative="1">
      <w:start w:val="1"/>
      <w:numFmt w:val="bullet"/>
      <w:lvlText w:val=""/>
      <w:lvlJc w:val="left"/>
      <w:pPr>
        <w:ind w:left="2719" w:hanging="360"/>
      </w:pPr>
      <w:rPr>
        <w:rFonts w:ascii="Symbol" w:hAnsi="Symbol" w:hint="default"/>
      </w:rPr>
    </w:lvl>
    <w:lvl w:ilvl="4" w:tplc="04090003" w:tentative="1">
      <w:start w:val="1"/>
      <w:numFmt w:val="bullet"/>
      <w:lvlText w:val="o"/>
      <w:lvlJc w:val="left"/>
      <w:pPr>
        <w:ind w:left="3439" w:hanging="360"/>
      </w:pPr>
      <w:rPr>
        <w:rFonts w:ascii="Courier New" w:hAnsi="Courier New" w:cs="Courier New" w:hint="default"/>
      </w:rPr>
    </w:lvl>
    <w:lvl w:ilvl="5" w:tplc="04090005" w:tentative="1">
      <w:start w:val="1"/>
      <w:numFmt w:val="bullet"/>
      <w:lvlText w:val=""/>
      <w:lvlJc w:val="left"/>
      <w:pPr>
        <w:ind w:left="4159" w:hanging="360"/>
      </w:pPr>
      <w:rPr>
        <w:rFonts w:ascii="Wingdings" w:hAnsi="Wingdings" w:hint="default"/>
      </w:rPr>
    </w:lvl>
    <w:lvl w:ilvl="6" w:tplc="04090001" w:tentative="1">
      <w:start w:val="1"/>
      <w:numFmt w:val="bullet"/>
      <w:lvlText w:val=""/>
      <w:lvlJc w:val="left"/>
      <w:pPr>
        <w:ind w:left="4879" w:hanging="360"/>
      </w:pPr>
      <w:rPr>
        <w:rFonts w:ascii="Symbol" w:hAnsi="Symbol" w:hint="default"/>
      </w:rPr>
    </w:lvl>
    <w:lvl w:ilvl="7" w:tplc="04090003" w:tentative="1">
      <w:start w:val="1"/>
      <w:numFmt w:val="bullet"/>
      <w:lvlText w:val="o"/>
      <w:lvlJc w:val="left"/>
      <w:pPr>
        <w:ind w:left="5599" w:hanging="360"/>
      </w:pPr>
      <w:rPr>
        <w:rFonts w:ascii="Courier New" w:hAnsi="Courier New" w:cs="Courier New" w:hint="default"/>
      </w:rPr>
    </w:lvl>
    <w:lvl w:ilvl="8" w:tplc="04090005" w:tentative="1">
      <w:start w:val="1"/>
      <w:numFmt w:val="bullet"/>
      <w:lvlText w:val=""/>
      <w:lvlJc w:val="left"/>
      <w:pPr>
        <w:ind w:left="6319" w:hanging="360"/>
      </w:pPr>
      <w:rPr>
        <w:rFonts w:ascii="Wingdings" w:hAnsi="Wingdings" w:hint="default"/>
      </w:rPr>
    </w:lvl>
  </w:abstractNum>
  <w:abstractNum w:abstractNumId="10" w15:restartNumberingAfterBreak="0">
    <w:nsid w:val="14D036F7"/>
    <w:multiLevelType w:val="hybridMultilevel"/>
    <w:tmpl w:val="BE70508E"/>
    <w:lvl w:ilvl="0" w:tplc="0409000D">
      <w:start w:val="1"/>
      <w:numFmt w:val="bullet"/>
      <w:lvlText w:val=""/>
      <w:lvlJc w:val="left"/>
      <w:pPr>
        <w:ind w:left="919" w:hanging="360"/>
      </w:pPr>
      <w:rPr>
        <w:rFonts w:ascii="Wingdings" w:hAnsi="Wingdings"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11" w15:restartNumberingAfterBreak="0">
    <w:nsid w:val="5EF931CA"/>
    <w:multiLevelType w:val="hybridMultilevel"/>
    <w:tmpl w:val="1182062A"/>
    <w:lvl w:ilvl="0" w:tplc="AAFAD202">
      <w:numFmt w:val="bullet"/>
      <w:lvlText w:val="•"/>
      <w:lvlJc w:val="left"/>
      <w:pPr>
        <w:ind w:left="559" w:hanging="360"/>
      </w:pPr>
      <w:rPr>
        <w:rFonts w:ascii="Times New Roman" w:eastAsiaTheme="minorEastAsia" w:hAnsi="Times New Roman" w:cs="Times New Roman" w:hint="default"/>
        <w:b/>
      </w:rPr>
    </w:lvl>
    <w:lvl w:ilvl="1" w:tplc="04090003" w:tentative="1">
      <w:start w:val="1"/>
      <w:numFmt w:val="bullet"/>
      <w:lvlText w:val="o"/>
      <w:lvlJc w:val="left"/>
      <w:pPr>
        <w:ind w:left="1279" w:hanging="360"/>
      </w:pPr>
      <w:rPr>
        <w:rFonts w:ascii="Courier New" w:hAnsi="Courier New" w:cs="Courier New" w:hint="default"/>
      </w:rPr>
    </w:lvl>
    <w:lvl w:ilvl="2" w:tplc="04090005" w:tentative="1">
      <w:start w:val="1"/>
      <w:numFmt w:val="bullet"/>
      <w:lvlText w:val=""/>
      <w:lvlJc w:val="left"/>
      <w:pPr>
        <w:ind w:left="1999" w:hanging="360"/>
      </w:pPr>
      <w:rPr>
        <w:rFonts w:ascii="Wingdings" w:hAnsi="Wingdings" w:hint="default"/>
      </w:rPr>
    </w:lvl>
    <w:lvl w:ilvl="3" w:tplc="04090001" w:tentative="1">
      <w:start w:val="1"/>
      <w:numFmt w:val="bullet"/>
      <w:lvlText w:val=""/>
      <w:lvlJc w:val="left"/>
      <w:pPr>
        <w:ind w:left="2719" w:hanging="360"/>
      </w:pPr>
      <w:rPr>
        <w:rFonts w:ascii="Symbol" w:hAnsi="Symbol" w:hint="default"/>
      </w:rPr>
    </w:lvl>
    <w:lvl w:ilvl="4" w:tplc="04090003" w:tentative="1">
      <w:start w:val="1"/>
      <w:numFmt w:val="bullet"/>
      <w:lvlText w:val="o"/>
      <w:lvlJc w:val="left"/>
      <w:pPr>
        <w:ind w:left="3439" w:hanging="360"/>
      </w:pPr>
      <w:rPr>
        <w:rFonts w:ascii="Courier New" w:hAnsi="Courier New" w:cs="Courier New" w:hint="default"/>
      </w:rPr>
    </w:lvl>
    <w:lvl w:ilvl="5" w:tplc="04090005" w:tentative="1">
      <w:start w:val="1"/>
      <w:numFmt w:val="bullet"/>
      <w:lvlText w:val=""/>
      <w:lvlJc w:val="left"/>
      <w:pPr>
        <w:ind w:left="4159" w:hanging="360"/>
      </w:pPr>
      <w:rPr>
        <w:rFonts w:ascii="Wingdings" w:hAnsi="Wingdings" w:hint="default"/>
      </w:rPr>
    </w:lvl>
    <w:lvl w:ilvl="6" w:tplc="04090001" w:tentative="1">
      <w:start w:val="1"/>
      <w:numFmt w:val="bullet"/>
      <w:lvlText w:val=""/>
      <w:lvlJc w:val="left"/>
      <w:pPr>
        <w:ind w:left="4879" w:hanging="360"/>
      </w:pPr>
      <w:rPr>
        <w:rFonts w:ascii="Symbol" w:hAnsi="Symbol" w:hint="default"/>
      </w:rPr>
    </w:lvl>
    <w:lvl w:ilvl="7" w:tplc="04090003" w:tentative="1">
      <w:start w:val="1"/>
      <w:numFmt w:val="bullet"/>
      <w:lvlText w:val="o"/>
      <w:lvlJc w:val="left"/>
      <w:pPr>
        <w:ind w:left="5599" w:hanging="360"/>
      </w:pPr>
      <w:rPr>
        <w:rFonts w:ascii="Courier New" w:hAnsi="Courier New" w:cs="Courier New" w:hint="default"/>
      </w:rPr>
    </w:lvl>
    <w:lvl w:ilvl="8" w:tplc="04090005" w:tentative="1">
      <w:start w:val="1"/>
      <w:numFmt w:val="bullet"/>
      <w:lvlText w:val=""/>
      <w:lvlJc w:val="left"/>
      <w:pPr>
        <w:ind w:left="6319" w:hanging="360"/>
      </w:pPr>
      <w:rPr>
        <w:rFonts w:ascii="Wingdings" w:hAnsi="Wingdings" w:hint="default"/>
      </w:rPr>
    </w:lvl>
  </w:abstractNum>
  <w:abstractNum w:abstractNumId="12" w15:restartNumberingAfterBreak="0">
    <w:nsid w:val="6A0B77EE"/>
    <w:multiLevelType w:val="hybridMultilevel"/>
    <w:tmpl w:val="51882CF4"/>
    <w:lvl w:ilvl="0" w:tplc="0409000D">
      <w:start w:val="1"/>
      <w:numFmt w:val="bullet"/>
      <w:lvlText w:val=""/>
      <w:lvlJc w:val="left"/>
      <w:pPr>
        <w:ind w:left="919" w:hanging="360"/>
      </w:pPr>
      <w:rPr>
        <w:rFonts w:ascii="Wingdings" w:hAnsi="Wingdings"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num w:numId="1" w16cid:durableId="89543344">
    <w:abstractNumId w:val="8"/>
  </w:num>
  <w:num w:numId="2" w16cid:durableId="1282610195">
    <w:abstractNumId w:val="6"/>
  </w:num>
  <w:num w:numId="3" w16cid:durableId="1929263522">
    <w:abstractNumId w:val="5"/>
  </w:num>
  <w:num w:numId="4" w16cid:durableId="1100026796">
    <w:abstractNumId w:val="4"/>
  </w:num>
  <w:num w:numId="5" w16cid:durableId="1486509910">
    <w:abstractNumId w:val="7"/>
  </w:num>
  <w:num w:numId="6" w16cid:durableId="945039922">
    <w:abstractNumId w:val="3"/>
  </w:num>
  <w:num w:numId="7" w16cid:durableId="993340598">
    <w:abstractNumId w:val="2"/>
  </w:num>
  <w:num w:numId="8" w16cid:durableId="166479478">
    <w:abstractNumId w:val="1"/>
  </w:num>
  <w:num w:numId="9" w16cid:durableId="1829517626">
    <w:abstractNumId w:val="0"/>
  </w:num>
  <w:num w:numId="10" w16cid:durableId="1582637591">
    <w:abstractNumId w:val="10"/>
  </w:num>
  <w:num w:numId="11" w16cid:durableId="732238710">
    <w:abstractNumId w:val="9"/>
  </w:num>
  <w:num w:numId="12" w16cid:durableId="1049961870">
    <w:abstractNumId w:val="12"/>
  </w:num>
  <w:num w:numId="13" w16cid:durableId="5523483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75F3"/>
    <w:rsid w:val="001F6866"/>
    <w:rsid w:val="002941E6"/>
    <w:rsid w:val="0029639D"/>
    <w:rsid w:val="00326F90"/>
    <w:rsid w:val="004B020D"/>
    <w:rsid w:val="00741A68"/>
    <w:rsid w:val="00770696"/>
    <w:rsid w:val="008575CB"/>
    <w:rsid w:val="008942CA"/>
    <w:rsid w:val="009764BC"/>
    <w:rsid w:val="00AA1D8D"/>
    <w:rsid w:val="00B47730"/>
    <w:rsid w:val="00B57445"/>
    <w:rsid w:val="00BD29D7"/>
    <w:rsid w:val="00CB0664"/>
    <w:rsid w:val="00D97966"/>
    <w:rsid w:val="00DB4D80"/>
    <w:rsid w:val="00F7763C"/>
    <w:rsid w:val="00FC693F"/>
    <w:rsid w:val="00FD4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04726A"/>
  <w14:defaultImageDpi w14:val="300"/>
  <w15:docId w15:val="{E8B80DB7-BCF9-4C25-93D7-43CBC9C8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jc w:val="both"/>
    </w:pPr>
    <w:rPr>
      <w:rFonts w:ascii="Calibri" w:hAnsi="Calibri"/>
      <w:color w:val="000000"/>
      <w:sz w:val="21"/>
    </w:rPr>
  </w:style>
  <w:style w:type="paragraph" w:styleId="Titlu1">
    <w:name w:val="heading 1"/>
    <w:basedOn w:val="Normal"/>
    <w:next w:val="Normal"/>
    <w:link w:val="Titlu1Caracter"/>
    <w:uiPriority w:val="9"/>
    <w:qFormat/>
    <w:rsid w:val="00FC693F"/>
    <w:pPr>
      <w:keepNext/>
      <w:keepLines/>
      <w:spacing w:before="240" w:after="120"/>
      <w:outlineLvl w:val="0"/>
    </w:pPr>
    <w:rPr>
      <w:rFonts w:asciiTheme="majorHAnsi" w:eastAsiaTheme="majorEastAsia" w:hAnsiTheme="majorHAnsi" w:cstheme="majorBidi"/>
      <w:b/>
      <w:bCs/>
      <w:color w:val="000000"/>
      <w:sz w:val="28"/>
      <w:szCs w:val="28"/>
    </w:rPr>
  </w:style>
  <w:style w:type="paragraph" w:styleId="Titlu2">
    <w:name w:val="heading 2"/>
    <w:basedOn w:val="Normal"/>
    <w:next w:val="Normal"/>
    <w:link w:val="Titlu2Caracter"/>
    <w:uiPriority w:val="9"/>
    <w:unhideWhenUsed/>
    <w:qFormat/>
    <w:rsid w:val="00FC693F"/>
    <w:pPr>
      <w:keepNext/>
      <w:keepLines/>
      <w:spacing w:before="180"/>
      <w:outlineLvl w:val="1"/>
    </w:pPr>
    <w:rPr>
      <w:rFonts w:asciiTheme="majorHAnsi" w:eastAsiaTheme="majorEastAsia" w:hAnsiTheme="majorHAnsi" w:cstheme="majorBidi"/>
      <w:b/>
      <w:bCs/>
      <w:color w:val="000000"/>
      <w:sz w:val="24"/>
      <w:szCs w:val="26"/>
    </w:rPr>
  </w:style>
  <w:style w:type="paragraph" w:styleId="Titlu3">
    <w:name w:val="heading 3"/>
    <w:basedOn w:val="Normal"/>
    <w:next w:val="Normal"/>
    <w:link w:val="Titlu3Caracter"/>
    <w:uiPriority w:val="9"/>
    <w:unhideWhenUsed/>
    <w:qFormat/>
    <w:rsid w:val="00FC693F"/>
    <w:pPr>
      <w:keepNext/>
      <w:keepLines/>
      <w:spacing w:before="140" w:after="60"/>
      <w:outlineLvl w:val="2"/>
    </w:pPr>
    <w:rPr>
      <w:rFonts w:asciiTheme="majorHAnsi" w:eastAsiaTheme="majorEastAsia" w:hAnsiTheme="majorHAnsi" w:cstheme="majorBidi"/>
      <w:b/>
      <w:bCs/>
      <w:color w:val="000000"/>
      <w:sz w:val="22"/>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000000"/>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000000"/>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000000"/>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000000"/>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000000"/>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Fontdeparagrafimplicit">
    <w:name w:val="Default Paragraph Font"/>
    <w:uiPriority w:val="1"/>
    <w:semiHidden/>
    <w:unhideWhenUsed/>
    <w:rPr>
      <w:color w:val="000000"/>
    </w:rPr>
  </w:style>
  <w:style w:type="table" w:default="1" w:styleId="TabelNormal">
    <w:name w:val="Normal Table"/>
    <w:uiPriority w:val="99"/>
    <w:semiHidden/>
    <w:unhideWhenUsed/>
    <w:rPr>
      <w:color w:val="000000"/>
    </w:rPr>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rPr>
      <w:color w:val="000000"/>
    </w:rPr>
  </w:style>
  <w:style w:type="character" w:customStyle="1" w:styleId="AntetCaracter">
    <w:name w:val="Antet Caracter"/>
    <w:basedOn w:val="Fontdeparagrafimplicit"/>
    <w:link w:val="Antet"/>
    <w:uiPriority w:val="99"/>
    <w:rsid w:val="00E618BF"/>
    <w:rPr>
      <w:color w:val="000000"/>
    </w:rPr>
  </w:style>
  <w:style w:type="paragraph" w:styleId="Subsol">
    <w:name w:val="footer"/>
    <w:basedOn w:val="Normal"/>
    <w:link w:val="SubsolCaracter"/>
    <w:uiPriority w:val="99"/>
    <w:unhideWhenUsed/>
    <w:rsid w:val="00E618BF"/>
    <w:pPr>
      <w:tabs>
        <w:tab w:val="center" w:pos="4680"/>
        <w:tab w:val="right" w:pos="9360"/>
      </w:tabs>
      <w:spacing w:after="0" w:line="240" w:lineRule="auto"/>
    </w:pPr>
    <w:rPr>
      <w:color w:val="000000"/>
    </w:rPr>
  </w:style>
  <w:style w:type="character" w:customStyle="1" w:styleId="SubsolCaracter">
    <w:name w:val="Subsol Caracter"/>
    <w:basedOn w:val="Fontdeparagrafimplicit"/>
    <w:link w:val="Subsol"/>
    <w:uiPriority w:val="99"/>
    <w:rsid w:val="00E618BF"/>
    <w:rPr>
      <w:color w:val="000000"/>
    </w:rPr>
  </w:style>
  <w:style w:type="paragraph" w:styleId="Frspaiere">
    <w:name w:val="No Spacing"/>
    <w:uiPriority w:val="1"/>
    <w:qFormat/>
    <w:rsid w:val="00FC693F"/>
    <w:pPr>
      <w:spacing w:after="0" w:line="240" w:lineRule="auto"/>
    </w:pPr>
    <w:rPr>
      <w:color w:val="000000"/>
    </w:r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000000"/>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000000"/>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000000"/>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000000"/>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000000"/>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000000"/>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000000"/>
      <w:spacing w:val="15"/>
      <w:sz w:val="24"/>
      <w:szCs w:val="24"/>
    </w:rPr>
  </w:style>
  <w:style w:type="paragraph" w:styleId="Listparagraf">
    <w:name w:val="List Paragraph"/>
    <w:basedOn w:val="Normal"/>
    <w:uiPriority w:val="34"/>
    <w:qFormat/>
    <w:rsid w:val="00FC693F"/>
    <w:pPr>
      <w:ind w:left="720"/>
      <w:contextualSpacing/>
    </w:pPr>
    <w:rPr>
      <w:color w:val="000000"/>
    </w:rPr>
  </w:style>
  <w:style w:type="paragraph" w:styleId="Corptext">
    <w:name w:val="Body Text"/>
    <w:basedOn w:val="Normal"/>
    <w:link w:val="CorptextCaracter"/>
    <w:uiPriority w:val="99"/>
    <w:unhideWhenUsed/>
    <w:rsid w:val="00AA1D8D"/>
    <w:pPr>
      <w:spacing w:after="120"/>
    </w:pPr>
    <w:rPr>
      <w:color w:val="000000"/>
    </w:rPr>
  </w:style>
  <w:style w:type="character" w:customStyle="1" w:styleId="CorptextCaracter">
    <w:name w:val="Corp text Caracter"/>
    <w:basedOn w:val="Fontdeparagrafimplicit"/>
    <w:link w:val="Corptext"/>
    <w:uiPriority w:val="99"/>
    <w:rsid w:val="00AA1D8D"/>
    <w:rPr>
      <w:color w:val="000000"/>
    </w:rPr>
  </w:style>
  <w:style w:type="paragraph" w:styleId="Corptext2">
    <w:name w:val="Body Text 2"/>
    <w:basedOn w:val="Normal"/>
    <w:link w:val="Corptext2Caracter"/>
    <w:uiPriority w:val="99"/>
    <w:unhideWhenUsed/>
    <w:rsid w:val="00AA1D8D"/>
    <w:pPr>
      <w:spacing w:after="120" w:line="480" w:lineRule="auto"/>
    </w:pPr>
    <w:rPr>
      <w:color w:val="000000"/>
    </w:rPr>
  </w:style>
  <w:style w:type="character" w:customStyle="1" w:styleId="Corptext2Caracter">
    <w:name w:val="Corp text 2 Caracter"/>
    <w:basedOn w:val="Fontdeparagrafimplicit"/>
    <w:link w:val="Corptext2"/>
    <w:uiPriority w:val="99"/>
    <w:rsid w:val="00AA1D8D"/>
    <w:rPr>
      <w:color w:val="000000"/>
    </w:rPr>
  </w:style>
  <w:style w:type="paragraph" w:styleId="Corptext3">
    <w:name w:val="Body Text 3"/>
    <w:basedOn w:val="Normal"/>
    <w:link w:val="Corptext3Caracter"/>
    <w:uiPriority w:val="99"/>
    <w:unhideWhenUsed/>
    <w:rsid w:val="00AA1D8D"/>
    <w:pPr>
      <w:spacing w:after="120"/>
    </w:pPr>
    <w:rPr>
      <w:color w:val="000000"/>
      <w:sz w:val="16"/>
      <w:szCs w:val="16"/>
    </w:rPr>
  </w:style>
  <w:style w:type="character" w:customStyle="1" w:styleId="Corptext3Caracter">
    <w:name w:val="Corp text 3 Caracter"/>
    <w:basedOn w:val="Fontdeparagrafimplicit"/>
    <w:link w:val="Corptext3"/>
    <w:uiPriority w:val="99"/>
    <w:rsid w:val="00AA1D8D"/>
    <w:rPr>
      <w:color w:val="000000"/>
      <w:sz w:val="16"/>
      <w:szCs w:val="16"/>
    </w:rPr>
  </w:style>
  <w:style w:type="paragraph" w:styleId="List">
    <w:name w:val="List"/>
    <w:basedOn w:val="Normal"/>
    <w:uiPriority w:val="99"/>
    <w:unhideWhenUsed/>
    <w:rsid w:val="00AA1D8D"/>
    <w:pPr>
      <w:ind w:left="360" w:hanging="360"/>
      <w:contextualSpacing/>
    </w:pPr>
    <w:rPr>
      <w:color w:val="000000"/>
    </w:rPr>
  </w:style>
  <w:style w:type="paragraph" w:styleId="Lista2">
    <w:name w:val="List 2"/>
    <w:basedOn w:val="Normal"/>
    <w:uiPriority w:val="99"/>
    <w:unhideWhenUsed/>
    <w:rsid w:val="00326F90"/>
    <w:pPr>
      <w:ind w:left="720" w:hanging="360"/>
      <w:contextualSpacing/>
    </w:pPr>
    <w:rPr>
      <w:color w:val="000000"/>
    </w:rPr>
  </w:style>
  <w:style w:type="paragraph" w:styleId="Lista3">
    <w:name w:val="List 3"/>
    <w:basedOn w:val="Normal"/>
    <w:uiPriority w:val="99"/>
    <w:unhideWhenUsed/>
    <w:rsid w:val="00326F90"/>
    <w:pPr>
      <w:ind w:left="1080" w:hanging="360"/>
      <w:contextualSpacing/>
    </w:pPr>
    <w:rPr>
      <w:color w:val="000000"/>
    </w:rPr>
  </w:style>
  <w:style w:type="paragraph" w:styleId="Listcumarcatori">
    <w:name w:val="List Bullet"/>
    <w:basedOn w:val="Normal"/>
    <w:uiPriority w:val="99"/>
    <w:unhideWhenUsed/>
    <w:rsid w:val="00326F90"/>
    <w:pPr>
      <w:numPr>
        <w:numId w:val="1"/>
      </w:numPr>
      <w:contextualSpacing/>
    </w:pPr>
    <w:rPr>
      <w:color w:val="000000"/>
    </w:rPr>
  </w:style>
  <w:style w:type="paragraph" w:styleId="Listacumarcatori2">
    <w:name w:val="List Bullet 2"/>
    <w:basedOn w:val="Normal"/>
    <w:uiPriority w:val="99"/>
    <w:unhideWhenUsed/>
    <w:rsid w:val="00326F90"/>
    <w:pPr>
      <w:numPr>
        <w:numId w:val="2"/>
      </w:numPr>
      <w:contextualSpacing/>
    </w:pPr>
    <w:rPr>
      <w:color w:val="000000"/>
    </w:rPr>
  </w:style>
  <w:style w:type="paragraph" w:styleId="Listacumarcatori3">
    <w:name w:val="List Bullet 3"/>
    <w:basedOn w:val="Normal"/>
    <w:uiPriority w:val="99"/>
    <w:unhideWhenUsed/>
    <w:rsid w:val="00326F90"/>
    <w:pPr>
      <w:numPr>
        <w:numId w:val="3"/>
      </w:numPr>
      <w:contextualSpacing/>
    </w:pPr>
    <w:rPr>
      <w:color w:val="000000"/>
    </w:rPr>
  </w:style>
  <w:style w:type="paragraph" w:styleId="Listnumerotat">
    <w:name w:val="List Number"/>
    <w:basedOn w:val="Normal"/>
    <w:uiPriority w:val="99"/>
    <w:unhideWhenUsed/>
    <w:rsid w:val="00326F90"/>
    <w:pPr>
      <w:numPr>
        <w:numId w:val="5"/>
      </w:numPr>
      <w:contextualSpacing/>
    </w:pPr>
    <w:rPr>
      <w:color w:val="000000"/>
    </w:rPr>
  </w:style>
  <w:style w:type="paragraph" w:styleId="Listanumerotat2">
    <w:name w:val="List Number 2"/>
    <w:basedOn w:val="Normal"/>
    <w:uiPriority w:val="99"/>
    <w:unhideWhenUsed/>
    <w:rsid w:val="0029639D"/>
    <w:pPr>
      <w:numPr>
        <w:numId w:val="6"/>
      </w:numPr>
      <w:contextualSpacing/>
    </w:pPr>
    <w:rPr>
      <w:color w:val="000000"/>
    </w:rPr>
  </w:style>
  <w:style w:type="paragraph" w:styleId="Listanumerotat3">
    <w:name w:val="List Number 3"/>
    <w:basedOn w:val="Normal"/>
    <w:uiPriority w:val="99"/>
    <w:unhideWhenUsed/>
    <w:rsid w:val="0029639D"/>
    <w:pPr>
      <w:numPr>
        <w:numId w:val="7"/>
      </w:numPr>
      <w:contextualSpacing/>
    </w:pPr>
    <w:rPr>
      <w:color w:val="000000"/>
    </w:rPr>
  </w:style>
  <w:style w:type="paragraph" w:styleId="Listcontinuare">
    <w:name w:val="List Continue"/>
    <w:basedOn w:val="Normal"/>
    <w:uiPriority w:val="99"/>
    <w:unhideWhenUsed/>
    <w:rsid w:val="0029639D"/>
    <w:pPr>
      <w:spacing w:after="120"/>
      <w:ind w:left="360"/>
      <w:contextualSpacing/>
    </w:pPr>
    <w:rPr>
      <w:color w:val="000000"/>
    </w:rPr>
  </w:style>
  <w:style w:type="paragraph" w:styleId="Listcontinuare2">
    <w:name w:val="List Continue 2"/>
    <w:basedOn w:val="Normal"/>
    <w:uiPriority w:val="99"/>
    <w:unhideWhenUsed/>
    <w:rsid w:val="0029639D"/>
    <w:pPr>
      <w:spacing w:after="120"/>
      <w:ind w:left="720"/>
      <w:contextualSpacing/>
    </w:pPr>
    <w:rPr>
      <w:color w:val="000000"/>
    </w:rPr>
  </w:style>
  <w:style w:type="paragraph" w:styleId="Listcontinuare3">
    <w:name w:val="List Continue 3"/>
    <w:basedOn w:val="Normal"/>
    <w:uiPriority w:val="99"/>
    <w:unhideWhenUsed/>
    <w:rsid w:val="0029639D"/>
    <w:pPr>
      <w:spacing w:after="120"/>
      <w:ind w:left="1080"/>
      <w:contextualSpacing/>
    </w:pPr>
    <w:rPr>
      <w:color w:val="000000"/>
    </w:r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color w:val="000000"/>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color w:val="000000"/>
      <w:sz w:val="20"/>
      <w:szCs w:val="20"/>
    </w:rPr>
  </w:style>
  <w:style w:type="paragraph" w:styleId="Citat">
    <w:name w:val="Quote"/>
    <w:basedOn w:val="Normal"/>
    <w:next w:val="Normal"/>
    <w:link w:val="CitatCaracter"/>
    <w:uiPriority w:val="29"/>
    <w:qFormat/>
    <w:rsid w:val="00FC693F"/>
    <w:rPr>
      <w:i/>
      <w:iCs/>
      <w:color w:val="000000"/>
    </w:rPr>
  </w:style>
  <w:style w:type="character" w:customStyle="1" w:styleId="CitatCaracter">
    <w:name w:val="Citat Caracter"/>
    <w:basedOn w:val="Fontdeparagrafimplicit"/>
    <w:link w:val="Citat"/>
    <w:uiPriority w:val="29"/>
    <w:rsid w:val="00FC693F"/>
    <w:rPr>
      <w:i/>
      <w:iCs/>
      <w:color w:val="000000"/>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000000"/>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000000"/>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000000"/>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000000"/>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000000"/>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000000"/>
      <w:sz w:val="20"/>
      <w:szCs w:val="20"/>
    </w:rPr>
  </w:style>
  <w:style w:type="paragraph" w:styleId="Legend">
    <w:name w:val="caption"/>
    <w:basedOn w:val="Normal"/>
    <w:next w:val="Normal"/>
    <w:uiPriority w:val="35"/>
    <w:semiHidden/>
    <w:unhideWhenUsed/>
    <w:qFormat/>
    <w:rsid w:val="00FC693F"/>
    <w:pPr>
      <w:spacing w:line="240" w:lineRule="auto"/>
    </w:pPr>
    <w:rPr>
      <w:b/>
      <w:bCs/>
      <w:color w:val="000000"/>
      <w:sz w:val="18"/>
      <w:szCs w:val="18"/>
    </w:rPr>
  </w:style>
  <w:style w:type="character" w:styleId="Robust">
    <w:name w:val="Strong"/>
    <w:basedOn w:val="Fontdeparagrafimplicit"/>
    <w:uiPriority w:val="22"/>
    <w:qFormat/>
    <w:rsid w:val="00FC693F"/>
    <w:rPr>
      <w:b/>
      <w:bCs/>
      <w:color w:val="000000"/>
    </w:rPr>
  </w:style>
  <w:style w:type="character" w:styleId="Accentuat">
    <w:name w:val="Emphasis"/>
    <w:basedOn w:val="Fontdeparagrafimplicit"/>
    <w:uiPriority w:val="20"/>
    <w:qFormat/>
    <w:rsid w:val="00FC693F"/>
    <w:rPr>
      <w:i/>
      <w:iCs/>
      <w:color w:val="000000"/>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000000"/>
    </w:rPr>
  </w:style>
  <w:style w:type="character" w:customStyle="1" w:styleId="CitatintensCaracter">
    <w:name w:val="Citat intens Caracter"/>
    <w:basedOn w:val="Fontdeparagrafimplicit"/>
    <w:link w:val="Citatintens"/>
    <w:uiPriority w:val="30"/>
    <w:rsid w:val="00FC693F"/>
    <w:rPr>
      <w:b/>
      <w:bCs/>
      <w:i/>
      <w:iCs/>
      <w:color w:val="000000"/>
    </w:rPr>
  </w:style>
  <w:style w:type="character" w:styleId="Accentuaresubtil">
    <w:name w:val="Subtle Emphasis"/>
    <w:basedOn w:val="Fontdeparagrafimplicit"/>
    <w:uiPriority w:val="19"/>
    <w:qFormat/>
    <w:rsid w:val="00FC693F"/>
    <w:rPr>
      <w:i/>
      <w:iCs/>
      <w:color w:val="000000"/>
    </w:rPr>
  </w:style>
  <w:style w:type="character" w:styleId="Accentuareintens">
    <w:name w:val="Intense Emphasis"/>
    <w:basedOn w:val="Fontdeparagrafimplicit"/>
    <w:uiPriority w:val="21"/>
    <w:qFormat/>
    <w:rsid w:val="00FC693F"/>
    <w:rPr>
      <w:b/>
      <w:bCs/>
      <w:i/>
      <w:iCs/>
      <w:color w:val="000000"/>
    </w:rPr>
  </w:style>
  <w:style w:type="character" w:styleId="Referiresubtil">
    <w:name w:val="Subtle Reference"/>
    <w:basedOn w:val="Fontdeparagrafimplicit"/>
    <w:uiPriority w:val="31"/>
    <w:qFormat/>
    <w:rsid w:val="00FC693F"/>
    <w:rPr>
      <w:smallCaps/>
      <w:color w:val="000000"/>
      <w:u w:val="single"/>
    </w:rPr>
  </w:style>
  <w:style w:type="character" w:styleId="Referireintens">
    <w:name w:val="Intense Reference"/>
    <w:basedOn w:val="Fontdeparagrafimplicit"/>
    <w:uiPriority w:val="32"/>
    <w:qFormat/>
    <w:rsid w:val="00FC693F"/>
    <w:rPr>
      <w:b/>
      <w:bCs/>
      <w:smallCaps/>
      <w:color w:val="000000"/>
      <w:spacing w:val="5"/>
      <w:u w:val="single"/>
    </w:rPr>
  </w:style>
  <w:style w:type="character" w:styleId="Titlulcrii">
    <w:name w:val="Book Title"/>
    <w:basedOn w:val="Fontdeparagrafimplicit"/>
    <w:uiPriority w:val="33"/>
    <w:qFormat/>
    <w:rsid w:val="00FC693F"/>
    <w:rPr>
      <w:b/>
      <w:bCs/>
      <w:smallCaps/>
      <w:color w:val="000000"/>
      <w:spacing w:val="5"/>
    </w:rPr>
  </w:style>
  <w:style w:type="paragraph" w:styleId="Titlucuprins">
    <w:name w:val="TOC Heading"/>
    <w:basedOn w:val="Titlu1"/>
    <w:next w:val="Normal"/>
    <w:uiPriority w:val="39"/>
    <w:semiHidden/>
    <w:unhideWhenUsed/>
    <w:qFormat/>
    <w:rsid w:val="00FC693F"/>
    <w:pPr>
      <w:outlineLvl w:val="9"/>
    </w:pPr>
    <w:rPr>
      <w:color w:val="000000"/>
    </w:rPr>
  </w:style>
  <w:style w:type="table" w:styleId="Tabelgril">
    <w:name w:val="Table Grid"/>
    <w:basedOn w:val="TabelNormal"/>
    <w:uiPriority w:val="59"/>
    <w:rsid w:val="00FC693F"/>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00000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00000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00000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00000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00000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00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rPr>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rPr>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rPr>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rPr>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rPr>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rPr>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rPr>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rPr>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rPr>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rPr>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rPr>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rPr>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rPr>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rPr>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rPr>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rPr>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rPr>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rPr>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rPr>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rPr>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rPr>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rPr>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rPr>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rPr>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rPr>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rPr>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rPr>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rPr>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rPr>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rPr>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00000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00000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00000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00000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00000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00000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00000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ntractNote">
    <w:name w:val="Contract Note"/>
    <w:pPr>
      <w:spacing w:after="80"/>
    </w:pPr>
    <w:rPr>
      <w:rFonts w:ascii="Calibri" w:hAnsi="Calibri"/>
      <w: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4451</Words>
  <Characters>25375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furnizare 3 autoturisme PHEV - UAT Cascioarele</dc:title>
  <dc:subject>Achiziție de autoturisme - Rabla Plus - secțiunea hibrid</dc:subject>
  <dc:creator>U.A.T. Comuna Căscioarele</dc:creator>
  <cp:keywords>achiziție publică, autoturisme electrice, AFM, ADI MDTR</cp:keywords>
  <dc:description>generated by python-docx</dc:description>
  <cp:lastModifiedBy>User</cp:lastModifiedBy>
  <cp:revision>3</cp:revision>
  <dcterms:created xsi:type="dcterms:W3CDTF">2026-09-07T07:05:00Z</dcterms:created>
  <dcterms:modified xsi:type="dcterms:W3CDTF">2026-09-07T09:09:00Z</dcterms:modified>
  <cp:category/>
</cp:coreProperties>
</file>